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EC786" w14:textId="42A95D27" w:rsidR="000E1878" w:rsidRPr="006117BB" w:rsidRDefault="00D27726" w:rsidP="007F2E81">
      <w:pPr>
        <w:spacing w:after="0" w:line="240" w:lineRule="auto"/>
        <w:jc w:val="both"/>
        <w:rPr>
          <w:rFonts w:asciiTheme="majorHAnsi" w:eastAsiaTheme="majorEastAsia" w:hAnsiTheme="majorHAnsi" w:cstheme="majorHAnsi"/>
          <w:sz w:val="18"/>
          <w:szCs w:val="18"/>
        </w:rPr>
      </w:pPr>
      <w:r w:rsidRPr="006117BB">
        <w:rPr>
          <w:rFonts w:asciiTheme="majorHAnsi" w:eastAsiaTheme="majorEastAsia" w:hAnsiTheme="majorHAnsi" w:cstheme="majorHAnsi"/>
          <w:noProof/>
          <w:sz w:val="18"/>
          <w:szCs w:val="18"/>
          <w:lang w:eastAsia="ja-JP"/>
        </w:rPr>
        <mc:AlternateContent>
          <mc:Choice Requires="wps">
            <w:drawing>
              <wp:anchor distT="0" distB="0" distL="114300" distR="114300" simplePos="0" relativeHeight="251658240" behindDoc="0" locked="0" layoutInCell="1" allowOverlap="1" wp14:anchorId="395F2523" wp14:editId="2F867241">
                <wp:simplePos x="0" y="0"/>
                <wp:positionH relativeFrom="margin">
                  <wp:align>center</wp:align>
                </wp:positionH>
                <wp:positionV relativeFrom="paragraph">
                  <wp:posOffset>-104140</wp:posOffset>
                </wp:positionV>
                <wp:extent cx="9239250" cy="1981200"/>
                <wp:effectExtent l="57150" t="19050" r="76200" b="95250"/>
                <wp:wrapNone/>
                <wp:docPr id="2" name="正方形/長方形 2"/>
                <wp:cNvGraphicFramePr/>
                <a:graphic xmlns:a="http://schemas.openxmlformats.org/drawingml/2006/main">
                  <a:graphicData uri="http://schemas.microsoft.com/office/word/2010/wordprocessingShape">
                    <wps:wsp>
                      <wps:cNvSpPr/>
                      <wps:spPr>
                        <a:xfrm>
                          <a:off x="0" y="0"/>
                          <a:ext cx="9239250" cy="198120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60C46432">
              <v:rect id="正方形/長方形 2" style="position:absolute;margin-left:0;margin-top:-8.2pt;width:727.5pt;height:156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ed="f" strokecolor="black [3213]" w14:anchorId="563ACB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">
                <v:shadow on="t" color="black" opacity="22937f" offset="0,.63889mm" origin=",.5"/>
                <w10:wrap anchorx="margin"/>
              </v:rect>
            </w:pict>
          </mc:Fallback>
        </mc:AlternateContent>
      </w:r>
      <w:r w:rsidR="000E1878" w:rsidRPr="006117BB">
        <w:rPr>
          <w:rFonts w:asciiTheme="majorHAnsi" w:eastAsiaTheme="majorEastAsia" w:hAnsiTheme="majorHAnsi" w:cstheme="majorHAnsi" w:hint="eastAsia"/>
          <w:sz w:val="18"/>
          <w:szCs w:val="18"/>
          <w:lang w:eastAsia="ja-JP"/>
        </w:rPr>
        <w:t>●</w:t>
      </w:r>
      <w:r w:rsidR="000E1878" w:rsidRPr="006117BB">
        <w:rPr>
          <w:rFonts w:asciiTheme="majorHAnsi" w:eastAsiaTheme="majorEastAsia" w:hAnsiTheme="majorHAnsi" w:cstheme="majorHAnsi"/>
          <w:sz w:val="18"/>
          <w:szCs w:val="18"/>
        </w:rPr>
        <w:t>THIS FORM IS TO BE COMPLETED FOR SITE PERSONNEL INVOLVED IN THE STUDY TO WHOM THE INVESTIGATOR HAS DELEGATED SIGNIFICANT STUDY-RELATED DUTIES.(</w:t>
      </w:r>
      <w:proofErr w:type="spellStart"/>
      <w:r w:rsidR="000E1878" w:rsidRPr="006117BB">
        <w:rPr>
          <w:rFonts w:asciiTheme="majorHAnsi" w:eastAsiaTheme="majorEastAsia" w:hAnsiTheme="majorHAnsi" w:cstheme="majorHAnsi"/>
          <w:sz w:val="18"/>
          <w:szCs w:val="18"/>
        </w:rPr>
        <w:t>このフォームは</w:t>
      </w:r>
      <w:r w:rsidR="000E1878" w:rsidRPr="006117BB">
        <w:rPr>
          <w:rFonts w:asciiTheme="majorHAnsi" w:eastAsiaTheme="majorEastAsia" w:hAnsiTheme="majorHAnsi" w:cstheme="majorHAnsi"/>
          <w:sz w:val="18"/>
          <w:szCs w:val="18"/>
        </w:rPr>
        <w:t>Investigator</w:t>
      </w:r>
      <w:r w:rsidR="000E1878" w:rsidRPr="006117BB">
        <w:rPr>
          <w:rFonts w:asciiTheme="majorHAnsi" w:eastAsiaTheme="majorEastAsia" w:hAnsiTheme="majorHAnsi" w:cstheme="majorHAnsi"/>
          <w:sz w:val="18"/>
          <w:szCs w:val="18"/>
        </w:rPr>
        <w:t>が重要な試験関連の任務を委任した研</w:t>
      </w:r>
      <w:proofErr w:type="spellEnd"/>
      <w:r w:rsidR="000E1878" w:rsidRPr="006117BB">
        <w:rPr>
          <w:rFonts w:asciiTheme="majorHAnsi" w:eastAsiaTheme="majorEastAsia" w:hAnsiTheme="majorHAnsi" w:cstheme="majorHAnsi"/>
          <w:sz w:val="18"/>
          <w:szCs w:val="18"/>
          <w:lang w:eastAsia="ja-JP"/>
        </w:rPr>
        <w:t>究に関与しているサイトスタッフのために記入されるものである</w:t>
      </w:r>
      <w:r w:rsidR="000E1878" w:rsidRPr="006117BB">
        <w:rPr>
          <w:rFonts w:asciiTheme="majorHAnsi" w:eastAsiaTheme="majorEastAsia" w:hAnsiTheme="majorHAnsi" w:cstheme="majorHAnsi"/>
          <w:sz w:val="18"/>
          <w:szCs w:val="18"/>
          <w:lang w:eastAsia="ja-JP"/>
        </w:rPr>
        <w:t>)</w:t>
      </w:r>
    </w:p>
    <w:p w14:paraId="6AC952B1" w14:textId="17489297" w:rsidR="000E1878" w:rsidRPr="006117BB" w:rsidRDefault="000E1878" w:rsidP="00E02EC2">
      <w:pPr>
        <w:spacing w:after="19" w:line="240" w:lineRule="auto"/>
        <w:ind w:left="11"/>
        <w:rPr>
          <w:rFonts w:asciiTheme="majorHAnsi" w:eastAsiaTheme="majorEastAsia" w:hAnsiTheme="majorHAnsi" w:cstheme="majorHAnsi"/>
          <w:sz w:val="18"/>
          <w:szCs w:val="18"/>
          <w:lang w:eastAsia="ja-JP"/>
        </w:rPr>
      </w:pPr>
      <w:r w:rsidRPr="006117BB">
        <w:rPr>
          <w:rFonts w:asciiTheme="majorHAnsi" w:eastAsiaTheme="majorEastAsia" w:hAnsiTheme="majorHAnsi" w:cstheme="majorHAnsi" w:hint="eastAsia"/>
          <w:sz w:val="18"/>
          <w:szCs w:val="18"/>
        </w:rPr>
        <w:t>●</w:t>
      </w:r>
      <w:r w:rsidRPr="006117BB">
        <w:rPr>
          <w:rFonts w:asciiTheme="majorHAnsi" w:eastAsiaTheme="majorEastAsia" w:hAnsiTheme="majorHAnsi" w:cstheme="majorHAnsi"/>
          <w:sz w:val="18"/>
          <w:szCs w:val="18"/>
        </w:rPr>
        <w:t>THE FORM IS TO BE COMPLETED PRIOR TO CONDUCTING STUDY RELATED TASKS.</w:t>
      </w:r>
      <w:r w:rsidRPr="006117BB">
        <w:rPr>
          <w:rFonts w:asciiTheme="majorHAnsi" w:eastAsiaTheme="majorEastAsia" w:hAnsiTheme="majorHAnsi" w:cstheme="majorHAnsi"/>
          <w:sz w:val="18"/>
          <w:szCs w:val="18"/>
          <w:lang w:eastAsia="ja-JP"/>
        </w:rPr>
        <w:t>(</w:t>
      </w:r>
      <w:r w:rsidRPr="006117BB">
        <w:rPr>
          <w:rFonts w:asciiTheme="majorHAnsi" w:eastAsiaTheme="majorEastAsia" w:hAnsiTheme="majorHAnsi" w:cstheme="majorHAnsi"/>
          <w:sz w:val="18"/>
          <w:szCs w:val="18"/>
          <w:lang w:eastAsia="ja-JP"/>
        </w:rPr>
        <w:t>このフォームは試験関連の</w:t>
      </w:r>
      <w:r w:rsidRPr="006117BB">
        <w:rPr>
          <w:rFonts w:asciiTheme="majorHAnsi" w:eastAsiaTheme="majorEastAsia" w:hAnsiTheme="majorHAnsi" w:cstheme="majorHAnsi"/>
          <w:sz w:val="18"/>
          <w:szCs w:val="18"/>
          <w:lang w:eastAsia="ja-JP"/>
        </w:rPr>
        <w:t>Task</w:t>
      </w:r>
      <w:r w:rsidRPr="006117BB">
        <w:rPr>
          <w:rFonts w:asciiTheme="majorHAnsi" w:eastAsiaTheme="majorEastAsia" w:hAnsiTheme="majorHAnsi" w:cstheme="majorHAnsi"/>
          <w:sz w:val="18"/>
          <w:szCs w:val="18"/>
          <w:lang w:eastAsia="ja-JP"/>
        </w:rPr>
        <w:t>を行う前に完成させるものである）</w:t>
      </w:r>
    </w:p>
    <w:p w14:paraId="7CF2C281" w14:textId="275B56F6" w:rsidR="000E1878" w:rsidRPr="006117BB" w:rsidRDefault="000E1878" w:rsidP="00E02EC2">
      <w:pPr>
        <w:spacing w:after="0" w:line="240" w:lineRule="auto"/>
        <w:ind w:left="11"/>
        <w:rPr>
          <w:rFonts w:asciiTheme="majorHAnsi" w:eastAsiaTheme="majorEastAsia" w:hAnsiTheme="majorHAnsi" w:cstheme="majorHAnsi"/>
          <w:sz w:val="18"/>
          <w:szCs w:val="18"/>
        </w:rPr>
      </w:pPr>
      <w:r w:rsidRPr="006117BB">
        <w:rPr>
          <w:rFonts w:asciiTheme="majorHAnsi" w:eastAsiaTheme="majorEastAsia" w:hAnsiTheme="majorHAnsi" w:cstheme="majorHAnsi" w:hint="eastAsia"/>
          <w:sz w:val="18"/>
          <w:szCs w:val="18"/>
        </w:rPr>
        <w:t>●</w:t>
      </w:r>
      <w:r w:rsidRPr="006117BB">
        <w:rPr>
          <w:rFonts w:asciiTheme="majorHAnsi" w:eastAsiaTheme="majorEastAsia" w:hAnsiTheme="majorHAnsi" w:cstheme="majorHAnsi"/>
          <w:sz w:val="18"/>
          <w:szCs w:val="18"/>
        </w:rPr>
        <w:t>THE PRINCIPAL INVESTIGATOR IS RESPONSIBLE FOR ALL TASKS CONDUCTED AT THE STUDY SITE, THEREFORE THE PI COMPLETES THE SECTIONS INDICATED BUT THE PI IS NOT DELEGATED</w:t>
      </w:r>
      <w:r w:rsidRPr="006117BB">
        <w:rPr>
          <w:rFonts w:asciiTheme="majorHAnsi" w:eastAsiaTheme="majorEastAsia" w:hAnsiTheme="majorHAnsi" w:cstheme="majorHAnsi"/>
          <w:sz w:val="18"/>
          <w:szCs w:val="18"/>
          <w:lang w:eastAsia="ja-JP"/>
        </w:rPr>
        <w:t xml:space="preserve"> </w:t>
      </w:r>
      <w:r w:rsidRPr="006117BB">
        <w:rPr>
          <w:rFonts w:asciiTheme="majorHAnsi" w:eastAsiaTheme="majorEastAsia" w:hAnsiTheme="majorHAnsi" w:cstheme="majorHAnsi"/>
          <w:sz w:val="18"/>
          <w:szCs w:val="18"/>
        </w:rPr>
        <w:t>SPECIFIC TASKS IN THE TASK SECTION OF THE LOG.</w:t>
      </w:r>
      <w:r w:rsidRPr="006117BB">
        <w:rPr>
          <w:rFonts w:asciiTheme="majorHAnsi" w:eastAsiaTheme="majorEastAsia" w:hAnsiTheme="majorHAnsi" w:cstheme="majorHAnsi"/>
          <w:sz w:val="18"/>
          <w:szCs w:val="18"/>
        </w:rPr>
        <w:t>（</w:t>
      </w:r>
      <w:r w:rsidRPr="006117BB">
        <w:rPr>
          <w:rFonts w:asciiTheme="majorHAnsi" w:eastAsiaTheme="majorEastAsia" w:hAnsiTheme="majorHAnsi" w:cstheme="majorHAnsi"/>
          <w:sz w:val="18"/>
          <w:szCs w:val="18"/>
        </w:rPr>
        <w:t>PI</w:t>
      </w:r>
      <w:r w:rsidRPr="006117BB">
        <w:rPr>
          <w:rFonts w:asciiTheme="majorHAnsi" w:eastAsiaTheme="majorEastAsia" w:hAnsiTheme="majorHAnsi" w:cstheme="majorHAnsi"/>
          <w:sz w:val="18"/>
          <w:szCs w:val="18"/>
        </w:rPr>
        <w:t>は研究施設で行われるすべての</w:t>
      </w:r>
      <w:r w:rsidRPr="006117BB">
        <w:rPr>
          <w:rFonts w:asciiTheme="majorHAnsi" w:eastAsiaTheme="majorEastAsia" w:hAnsiTheme="majorHAnsi" w:cstheme="majorHAnsi"/>
          <w:sz w:val="18"/>
          <w:szCs w:val="18"/>
        </w:rPr>
        <w:t>Task</w:t>
      </w:r>
      <w:r w:rsidRPr="006117BB">
        <w:rPr>
          <w:rFonts w:asciiTheme="majorHAnsi" w:eastAsiaTheme="majorEastAsia" w:hAnsiTheme="majorHAnsi" w:cstheme="majorHAnsi"/>
          <w:sz w:val="18"/>
          <w:szCs w:val="18"/>
        </w:rPr>
        <w:t>に対して責任があるため、特定のタスクをデリゲートされないが、全てのタスクを完全に示す）</w:t>
      </w:r>
    </w:p>
    <w:p w14:paraId="081CD118" w14:textId="6E00A197" w:rsidR="000E1878" w:rsidRPr="006117BB" w:rsidRDefault="000E1878" w:rsidP="00E02EC2">
      <w:pPr>
        <w:spacing w:after="0" w:line="240" w:lineRule="auto"/>
        <w:ind w:left="11"/>
        <w:rPr>
          <w:rFonts w:asciiTheme="majorHAnsi" w:eastAsiaTheme="majorEastAsia" w:hAnsiTheme="majorHAnsi" w:cstheme="majorHAnsi"/>
          <w:sz w:val="18"/>
          <w:szCs w:val="18"/>
          <w:lang w:eastAsia="ja-JP"/>
        </w:rPr>
      </w:pPr>
      <w:r w:rsidRPr="006117BB">
        <w:rPr>
          <w:rFonts w:asciiTheme="majorHAnsi" w:eastAsiaTheme="majorEastAsia" w:hAnsiTheme="majorHAnsi" w:cstheme="majorHAnsi" w:hint="eastAsia"/>
          <w:sz w:val="18"/>
          <w:szCs w:val="18"/>
        </w:rPr>
        <w:t>●</w:t>
      </w:r>
      <w:r w:rsidRPr="006117BB">
        <w:rPr>
          <w:rFonts w:asciiTheme="majorHAnsi" w:eastAsiaTheme="majorEastAsia" w:hAnsiTheme="majorHAnsi" w:cstheme="majorHAnsi"/>
          <w:sz w:val="18"/>
          <w:szCs w:val="18"/>
        </w:rPr>
        <w:t xml:space="preserve">THE PRINCIPAL INVESTIGATOR CONFIRMS TRAINING APPROPRIATE TO THE ROLE AND TASK IS COMPLETED BY SITE PERSONNEL. </w:t>
      </w:r>
      <w:r w:rsidRPr="006117BB">
        <w:rPr>
          <w:rFonts w:asciiTheme="majorHAnsi" w:eastAsiaTheme="majorEastAsia" w:hAnsiTheme="majorHAnsi" w:cstheme="majorHAnsi"/>
          <w:sz w:val="18"/>
          <w:szCs w:val="18"/>
          <w:lang w:eastAsia="ja-JP"/>
        </w:rPr>
        <w:t>(PI</w:t>
      </w:r>
      <w:r w:rsidRPr="006117BB">
        <w:rPr>
          <w:rFonts w:asciiTheme="majorHAnsi" w:eastAsiaTheme="majorEastAsia" w:hAnsiTheme="majorHAnsi" w:cstheme="majorHAnsi"/>
          <w:sz w:val="18"/>
          <w:szCs w:val="18"/>
          <w:lang w:eastAsia="ja-JP"/>
        </w:rPr>
        <w:t>はサイトスタッフが役割と</w:t>
      </w:r>
      <w:r w:rsidRPr="006117BB">
        <w:rPr>
          <w:rFonts w:asciiTheme="majorHAnsi" w:eastAsiaTheme="majorEastAsia" w:hAnsiTheme="majorHAnsi" w:cstheme="majorHAnsi"/>
          <w:sz w:val="18"/>
          <w:szCs w:val="18"/>
          <w:lang w:eastAsia="ja-JP"/>
        </w:rPr>
        <w:t>Task</w:t>
      </w:r>
      <w:r w:rsidRPr="006117BB">
        <w:rPr>
          <w:rFonts w:asciiTheme="majorHAnsi" w:eastAsiaTheme="majorEastAsia" w:hAnsiTheme="majorHAnsi" w:cstheme="majorHAnsi"/>
          <w:sz w:val="18"/>
          <w:szCs w:val="18"/>
          <w:lang w:eastAsia="ja-JP"/>
        </w:rPr>
        <w:t>にふさわしいトレーニングを完了したことを確認する</w:t>
      </w:r>
      <w:r w:rsidRPr="006117BB">
        <w:rPr>
          <w:rFonts w:asciiTheme="majorHAnsi" w:eastAsiaTheme="majorEastAsia" w:hAnsiTheme="majorHAnsi" w:cstheme="majorHAnsi"/>
          <w:sz w:val="18"/>
          <w:szCs w:val="18"/>
          <w:lang w:eastAsia="ja-JP"/>
        </w:rPr>
        <w:t>)</w:t>
      </w:r>
    </w:p>
    <w:p w14:paraId="6D749902" w14:textId="22BF3E9B" w:rsidR="000E1878" w:rsidRPr="006117BB" w:rsidRDefault="000E1878" w:rsidP="007F2E81">
      <w:pPr>
        <w:spacing w:after="12" w:line="240" w:lineRule="auto"/>
        <w:ind w:left="11"/>
        <w:jc w:val="both"/>
        <w:rPr>
          <w:rFonts w:asciiTheme="majorHAnsi" w:eastAsiaTheme="majorEastAsia" w:hAnsiTheme="majorHAnsi" w:cstheme="majorHAnsi"/>
          <w:sz w:val="18"/>
          <w:szCs w:val="18"/>
        </w:rPr>
      </w:pPr>
      <w:r w:rsidRPr="006117BB">
        <w:rPr>
          <w:rFonts w:asciiTheme="majorHAnsi" w:eastAsiaTheme="majorEastAsia" w:hAnsiTheme="majorHAnsi" w:cstheme="majorHAnsi" w:hint="eastAsia"/>
          <w:sz w:val="18"/>
          <w:szCs w:val="18"/>
        </w:rPr>
        <w:t>●</w:t>
      </w:r>
      <w:r w:rsidRPr="006117BB">
        <w:rPr>
          <w:rFonts w:asciiTheme="majorHAnsi" w:eastAsiaTheme="majorEastAsia" w:hAnsiTheme="majorHAnsi" w:cstheme="majorHAnsi"/>
          <w:sz w:val="18"/>
          <w:szCs w:val="18"/>
        </w:rPr>
        <w:t>THE PRINCIPAL INVESTIGATOR MUST ENSURE PERSONNEL DO NOT START THE DELEGATED STUDY-RELATED TASKS UNTIL CONFIRMING THAT THEY HAVE COMPLETED STUDY RELATED TRAINING APPROPRIATE TO THE</w:t>
      </w:r>
      <w:r w:rsidR="007F2E81" w:rsidRPr="006117BB">
        <w:rPr>
          <w:rFonts w:asciiTheme="majorHAnsi" w:eastAsiaTheme="majorEastAsia" w:hAnsiTheme="majorHAnsi" w:cstheme="majorHAnsi"/>
          <w:sz w:val="18"/>
          <w:szCs w:val="18"/>
          <w:lang w:eastAsia="ja-JP"/>
        </w:rPr>
        <w:t xml:space="preserve"> </w:t>
      </w:r>
      <w:r w:rsidRPr="006117BB">
        <w:rPr>
          <w:rFonts w:asciiTheme="majorHAnsi" w:eastAsiaTheme="majorEastAsia" w:hAnsiTheme="majorHAnsi" w:cstheme="majorHAnsi"/>
          <w:sz w:val="18"/>
          <w:szCs w:val="18"/>
          <w:lang w:eastAsia="ja-JP"/>
        </w:rPr>
        <w:t>ROLE AND TASK.</w:t>
      </w:r>
      <w:r w:rsidRPr="006117BB">
        <w:rPr>
          <w:rFonts w:asciiTheme="majorHAnsi" w:eastAsiaTheme="majorEastAsia" w:hAnsiTheme="majorHAnsi" w:cstheme="majorHAnsi"/>
          <w:sz w:val="18"/>
          <w:szCs w:val="18"/>
          <w:lang w:eastAsia="ja-JP"/>
        </w:rPr>
        <w:t>（</w:t>
      </w:r>
      <w:r w:rsidRPr="006117BB">
        <w:rPr>
          <w:rFonts w:asciiTheme="majorHAnsi" w:eastAsiaTheme="majorEastAsia" w:hAnsiTheme="majorHAnsi" w:cstheme="majorHAnsi"/>
          <w:sz w:val="18"/>
          <w:szCs w:val="18"/>
          <w:lang w:eastAsia="ja-JP"/>
        </w:rPr>
        <w:t>PI</w:t>
      </w:r>
      <w:r w:rsidRPr="006117BB">
        <w:rPr>
          <w:rFonts w:asciiTheme="majorHAnsi" w:eastAsiaTheme="majorEastAsia" w:hAnsiTheme="majorHAnsi" w:cstheme="majorHAnsi"/>
          <w:sz w:val="18"/>
          <w:szCs w:val="18"/>
          <w:lang w:eastAsia="ja-JP"/>
        </w:rPr>
        <w:t>はスタッフが役割や</w:t>
      </w:r>
      <w:r w:rsidRPr="006117BB">
        <w:rPr>
          <w:rFonts w:asciiTheme="majorHAnsi" w:eastAsiaTheme="majorEastAsia" w:hAnsiTheme="majorHAnsi" w:cstheme="majorHAnsi"/>
          <w:sz w:val="18"/>
          <w:szCs w:val="18"/>
          <w:lang w:eastAsia="ja-JP"/>
        </w:rPr>
        <w:t>Task</w:t>
      </w:r>
      <w:r w:rsidRPr="006117BB">
        <w:rPr>
          <w:rFonts w:asciiTheme="majorHAnsi" w:eastAsiaTheme="majorEastAsia" w:hAnsiTheme="majorHAnsi" w:cstheme="majorHAnsi"/>
          <w:sz w:val="18"/>
          <w:szCs w:val="18"/>
          <w:lang w:eastAsia="ja-JP"/>
        </w:rPr>
        <w:t>にあった試験関連のトレーニングを完了するまで</w:t>
      </w:r>
      <w:r w:rsidRPr="006117BB">
        <w:rPr>
          <w:rFonts w:asciiTheme="majorHAnsi" w:eastAsiaTheme="majorEastAsia" w:hAnsiTheme="majorHAnsi" w:cstheme="majorHAnsi"/>
          <w:sz w:val="18"/>
          <w:szCs w:val="18"/>
          <w:lang w:eastAsia="ja-JP"/>
        </w:rPr>
        <w:t>Delegate</w:t>
      </w:r>
      <w:r w:rsidRPr="006117BB">
        <w:rPr>
          <w:rFonts w:asciiTheme="majorHAnsi" w:eastAsiaTheme="majorEastAsia" w:hAnsiTheme="majorHAnsi" w:cstheme="majorHAnsi"/>
          <w:sz w:val="18"/>
          <w:szCs w:val="18"/>
          <w:lang w:eastAsia="ja-JP"/>
        </w:rPr>
        <w:t>された試験関連のタスクを開始していないことを確認しなければならない）</w:t>
      </w:r>
    </w:p>
    <w:p w14:paraId="05E13451" w14:textId="3C6325C9" w:rsidR="007F2E81" w:rsidRPr="006117BB" w:rsidRDefault="00E02EC2" w:rsidP="0016731C">
      <w:pPr>
        <w:spacing w:after="97" w:line="240" w:lineRule="auto"/>
        <w:ind w:left="11"/>
        <w:rPr>
          <w:rFonts w:asciiTheme="majorHAnsi" w:eastAsiaTheme="majorEastAsia" w:hAnsiTheme="majorHAnsi" w:cstheme="majorHAnsi"/>
          <w:b/>
          <w:sz w:val="21"/>
          <w:szCs w:val="20"/>
          <w:lang w:eastAsia="ja-JP"/>
        </w:rPr>
      </w:pPr>
      <w:r w:rsidRPr="006117BB">
        <w:rPr>
          <w:rFonts w:asciiTheme="majorHAnsi" w:eastAsiaTheme="majorEastAsia" w:hAnsiTheme="majorHAnsi" w:cstheme="majorHAnsi" w:hint="eastAsia"/>
          <w:sz w:val="18"/>
          <w:szCs w:val="18"/>
          <w:lang w:eastAsia="ja-JP"/>
        </w:rPr>
        <w:t>●</w:t>
      </w:r>
      <w:r w:rsidRPr="006117BB">
        <w:rPr>
          <w:rFonts w:asciiTheme="majorHAnsi" w:eastAsiaTheme="majorEastAsia" w:hAnsiTheme="majorHAnsi" w:cstheme="majorHAnsi"/>
          <w:sz w:val="18"/>
          <w:szCs w:val="18"/>
          <w:lang w:eastAsia="ja-JP"/>
        </w:rPr>
        <w:t xml:space="preserve">IN THE EVENT </w:t>
      </w:r>
      <w:r w:rsidR="0016731C" w:rsidRPr="006117BB">
        <w:rPr>
          <w:rFonts w:asciiTheme="majorHAnsi" w:eastAsiaTheme="majorEastAsia" w:hAnsiTheme="majorHAnsi" w:cstheme="majorHAnsi"/>
          <w:sz w:val="18"/>
          <w:szCs w:val="18"/>
          <w:lang w:eastAsia="ja-JP"/>
        </w:rPr>
        <w:t xml:space="preserve">OF A CHANG IN </w:t>
      </w:r>
      <w:r w:rsidRPr="006117BB">
        <w:rPr>
          <w:rFonts w:asciiTheme="majorHAnsi" w:eastAsiaTheme="majorEastAsia" w:hAnsiTheme="majorHAnsi" w:cstheme="majorHAnsi"/>
          <w:sz w:val="18"/>
          <w:szCs w:val="18"/>
          <w:lang w:eastAsia="ja-JP"/>
        </w:rPr>
        <w:t xml:space="preserve"> THE PI CHANGE</w:t>
      </w:r>
      <w:r w:rsidR="0016731C" w:rsidRPr="006117BB">
        <w:rPr>
          <w:rFonts w:asciiTheme="majorHAnsi" w:eastAsiaTheme="majorEastAsia" w:hAnsiTheme="majorHAnsi" w:cstheme="majorHAnsi"/>
          <w:sz w:val="18"/>
          <w:szCs w:val="18"/>
          <w:lang w:eastAsia="ja-JP"/>
        </w:rPr>
        <w:t xml:space="preserve">, </w:t>
      </w:r>
      <w:r w:rsidRPr="006117BB">
        <w:rPr>
          <w:rFonts w:asciiTheme="majorHAnsi" w:eastAsiaTheme="majorEastAsia" w:hAnsiTheme="majorHAnsi" w:cstheme="majorHAnsi"/>
          <w:sz w:val="18"/>
          <w:szCs w:val="18"/>
          <w:lang w:eastAsia="ja-JP"/>
        </w:rPr>
        <w:t>REF</w:t>
      </w:r>
      <w:r w:rsidR="0016731C" w:rsidRPr="006117BB">
        <w:rPr>
          <w:rFonts w:asciiTheme="majorHAnsi" w:eastAsiaTheme="majorEastAsia" w:hAnsiTheme="majorHAnsi" w:cstheme="majorHAnsi"/>
          <w:sz w:val="18"/>
          <w:szCs w:val="18"/>
          <w:lang w:eastAsia="ja-JP"/>
        </w:rPr>
        <w:t>E</w:t>
      </w:r>
      <w:r w:rsidRPr="006117BB">
        <w:rPr>
          <w:rFonts w:asciiTheme="majorHAnsi" w:eastAsiaTheme="majorEastAsia" w:hAnsiTheme="majorHAnsi" w:cstheme="majorHAnsi"/>
          <w:sz w:val="18"/>
          <w:szCs w:val="18"/>
          <w:lang w:eastAsia="ja-JP"/>
        </w:rPr>
        <w:t>R TO</w:t>
      </w:r>
      <w:r w:rsidR="0016731C" w:rsidRPr="006117BB">
        <w:rPr>
          <w:rFonts w:asciiTheme="majorHAnsi" w:eastAsiaTheme="majorEastAsia" w:hAnsiTheme="majorHAnsi" w:cstheme="majorHAnsi"/>
          <w:sz w:val="18"/>
          <w:szCs w:val="18"/>
          <w:lang w:eastAsia="ja-JP"/>
        </w:rPr>
        <w:t xml:space="preserve"> RELEVANT</w:t>
      </w:r>
      <w:r w:rsidR="0038169C" w:rsidRPr="006117BB">
        <w:rPr>
          <w:rFonts w:asciiTheme="majorHAnsi" w:eastAsiaTheme="majorEastAsia" w:hAnsiTheme="majorHAnsi" w:cstheme="majorHAnsi"/>
          <w:sz w:val="18"/>
          <w:szCs w:val="18"/>
          <w:lang w:eastAsia="ja-JP"/>
        </w:rPr>
        <w:t xml:space="preserve"> PAGE</w:t>
      </w:r>
      <w:r w:rsidR="0038169C" w:rsidRPr="006117BB">
        <w:rPr>
          <w:rFonts w:asciiTheme="majorHAnsi" w:eastAsiaTheme="majorEastAsia" w:hAnsiTheme="majorHAnsi" w:cstheme="majorHAnsi" w:hint="eastAsia"/>
          <w:sz w:val="18"/>
          <w:szCs w:val="18"/>
          <w:lang w:eastAsia="ja-JP"/>
        </w:rPr>
        <w:t>．</w:t>
      </w:r>
      <w:r w:rsidRPr="006117BB">
        <w:rPr>
          <w:rFonts w:asciiTheme="majorHAnsi" w:eastAsiaTheme="majorEastAsia" w:hAnsiTheme="majorHAnsi" w:cstheme="majorHAnsi"/>
          <w:sz w:val="18"/>
          <w:szCs w:val="18"/>
          <w:lang w:eastAsia="ja-JP"/>
        </w:rPr>
        <w:t>（</w:t>
      </w:r>
      <w:r w:rsidRPr="006117BB">
        <w:rPr>
          <w:rFonts w:asciiTheme="majorHAnsi" w:eastAsiaTheme="majorEastAsia" w:hAnsiTheme="majorHAnsi" w:cstheme="majorHAnsi"/>
          <w:sz w:val="18"/>
          <w:szCs w:val="18"/>
          <w:lang w:eastAsia="ja-JP"/>
        </w:rPr>
        <w:t>PI</w:t>
      </w:r>
      <w:r w:rsidR="007F2E81" w:rsidRPr="006117BB">
        <w:rPr>
          <w:rFonts w:asciiTheme="majorHAnsi" w:eastAsiaTheme="majorEastAsia" w:hAnsiTheme="majorHAnsi" w:cstheme="majorHAnsi" w:hint="eastAsia"/>
          <w:sz w:val="18"/>
          <w:szCs w:val="18"/>
          <w:lang w:eastAsia="ja-JP"/>
        </w:rPr>
        <w:t>が変更される場合は</w:t>
      </w:r>
      <w:r w:rsidR="0038169C" w:rsidRPr="006117BB">
        <w:rPr>
          <w:rFonts w:asciiTheme="majorHAnsi" w:eastAsiaTheme="majorEastAsia" w:hAnsiTheme="majorHAnsi" w:cstheme="majorHAnsi" w:hint="eastAsia"/>
          <w:sz w:val="18"/>
          <w:szCs w:val="18"/>
          <w:lang w:eastAsia="ja-JP"/>
        </w:rPr>
        <w:t>該当</w:t>
      </w:r>
      <w:r w:rsidR="007F2E81" w:rsidRPr="006117BB">
        <w:rPr>
          <w:rFonts w:asciiTheme="majorHAnsi" w:eastAsiaTheme="majorEastAsia" w:hAnsiTheme="majorHAnsi" w:cstheme="majorHAnsi" w:hint="eastAsia"/>
          <w:sz w:val="18"/>
          <w:szCs w:val="18"/>
          <w:lang w:eastAsia="ja-JP"/>
        </w:rPr>
        <w:t>文書を</w:t>
      </w:r>
      <w:r w:rsidR="0016731C" w:rsidRPr="006117BB">
        <w:rPr>
          <w:rFonts w:asciiTheme="majorHAnsi" w:eastAsiaTheme="majorEastAsia" w:hAnsiTheme="majorHAnsi" w:cstheme="majorHAnsi" w:hint="eastAsia"/>
          <w:sz w:val="18"/>
          <w:szCs w:val="18"/>
          <w:lang w:eastAsia="ja-JP"/>
        </w:rPr>
        <w:t>以て示さなければならない</w:t>
      </w:r>
      <w:r w:rsidR="007F2E81" w:rsidRPr="006117BB">
        <w:rPr>
          <w:rFonts w:asciiTheme="majorHAnsi" w:eastAsiaTheme="majorEastAsia" w:hAnsiTheme="majorHAnsi" w:cstheme="majorHAnsi"/>
          <w:sz w:val="18"/>
          <w:szCs w:val="18"/>
          <w:lang w:eastAsia="ja-JP"/>
        </w:rPr>
        <w:t>）</w:t>
      </w:r>
    </w:p>
    <w:p w14:paraId="130107F6" w14:textId="629C0368" w:rsidR="00AC0C04" w:rsidRPr="006117BB" w:rsidRDefault="00AC0C04" w:rsidP="000E1878">
      <w:pPr>
        <w:spacing w:after="0" w:line="240" w:lineRule="auto"/>
        <w:rPr>
          <w:rFonts w:asciiTheme="majorHAnsi" w:eastAsiaTheme="majorEastAsia" w:hAnsiTheme="majorHAnsi" w:cstheme="majorHAnsi"/>
          <w:b/>
          <w:sz w:val="21"/>
          <w:szCs w:val="20"/>
          <w:highlight w:val="lightGray"/>
          <w:lang w:eastAsia="ja-JP"/>
        </w:rPr>
      </w:pPr>
    </w:p>
    <w:p w14:paraId="7026D878" w14:textId="15B6705B" w:rsidR="00434A98" w:rsidRPr="006117BB" w:rsidRDefault="000E1878" w:rsidP="000E1878">
      <w:pPr>
        <w:spacing w:after="0" w:line="240" w:lineRule="auto"/>
        <w:rPr>
          <w:rFonts w:asciiTheme="majorHAnsi" w:eastAsiaTheme="majorEastAsia" w:hAnsiTheme="majorHAnsi" w:cstheme="majorHAnsi"/>
          <w:b/>
          <w:sz w:val="21"/>
          <w:szCs w:val="20"/>
          <w:lang w:eastAsia="ja-JP"/>
        </w:rPr>
      </w:pPr>
      <w:r w:rsidRPr="006117BB">
        <w:rPr>
          <w:rFonts w:asciiTheme="majorHAnsi" w:eastAsiaTheme="majorEastAsia" w:hAnsiTheme="majorHAnsi" w:cstheme="majorHAnsi"/>
          <w:b/>
          <w:sz w:val="21"/>
          <w:szCs w:val="20"/>
          <w:highlight w:val="lightGray"/>
        </w:rPr>
        <w:t>START OF STUDY DECLARATION</w:t>
      </w:r>
      <w:r w:rsidRPr="006117BB">
        <w:rPr>
          <w:rFonts w:asciiTheme="majorHAnsi" w:eastAsiaTheme="majorEastAsia" w:hAnsiTheme="majorHAnsi" w:cstheme="majorHAnsi"/>
          <w:b/>
          <w:sz w:val="21"/>
          <w:szCs w:val="20"/>
        </w:rPr>
        <w:t>: (to be completed at the start of the study)</w:t>
      </w:r>
    </w:p>
    <w:tbl>
      <w:tblPr>
        <w:tblStyle w:val="afe"/>
        <w:tblW w:w="0" w:type="auto"/>
        <w:tblLayout w:type="fixed"/>
        <w:tblLook w:val="06A0" w:firstRow="1" w:lastRow="0" w:firstColumn="1" w:lastColumn="0" w:noHBand="1" w:noVBand="1"/>
      </w:tblPr>
      <w:tblGrid>
        <w:gridCol w:w="3397"/>
        <w:gridCol w:w="3969"/>
        <w:gridCol w:w="3544"/>
        <w:gridCol w:w="3260"/>
      </w:tblGrid>
      <w:tr w:rsidR="005B57D4" w:rsidRPr="00852A3B" w14:paraId="63A8C87A" w14:textId="77777777" w:rsidTr="001C6A14">
        <w:trPr>
          <w:trHeight w:val="300"/>
        </w:trPr>
        <w:tc>
          <w:tcPr>
            <w:tcW w:w="3397" w:type="dxa"/>
            <w:shd w:val="clear" w:color="auto" w:fill="EEECE1" w:themeFill="background2"/>
          </w:tcPr>
          <w:p w14:paraId="2DE8723C" w14:textId="107349FB" w:rsidR="005B57D4" w:rsidRPr="006117BB" w:rsidRDefault="005B57D4" w:rsidP="007F2E81">
            <w:pPr>
              <w:jc w:val="center"/>
              <w:rPr>
                <w:rFonts w:asciiTheme="majorHAnsi" w:eastAsiaTheme="majorEastAsia" w:hAnsiTheme="majorHAnsi" w:cstheme="majorHAnsi"/>
                <w:b/>
                <w:sz w:val="20"/>
                <w:szCs w:val="18"/>
              </w:rPr>
            </w:pPr>
            <w:r w:rsidRPr="006117BB">
              <w:rPr>
                <w:rFonts w:asciiTheme="majorHAnsi" w:eastAsiaTheme="majorEastAsia" w:hAnsiTheme="majorHAnsi" w:cstheme="majorHAnsi"/>
                <w:b/>
                <w:sz w:val="20"/>
                <w:szCs w:val="18"/>
              </w:rPr>
              <w:t xml:space="preserve">Name of </w:t>
            </w:r>
            <w:bookmarkStart w:id="0" w:name="_Hlk215832728"/>
            <w:r w:rsidRPr="006117BB">
              <w:rPr>
                <w:rFonts w:asciiTheme="majorHAnsi" w:eastAsiaTheme="majorEastAsia" w:hAnsiTheme="majorHAnsi" w:cstheme="majorHAnsi"/>
                <w:b/>
                <w:sz w:val="20"/>
                <w:szCs w:val="18"/>
              </w:rPr>
              <w:t>Principal Investigator</w:t>
            </w:r>
            <w:bookmarkEnd w:id="0"/>
          </w:p>
        </w:tc>
        <w:tc>
          <w:tcPr>
            <w:tcW w:w="3969" w:type="dxa"/>
            <w:shd w:val="clear" w:color="auto" w:fill="EEECE1" w:themeFill="background2"/>
          </w:tcPr>
          <w:p w14:paraId="7A25E5B2" w14:textId="7CD5CA55" w:rsidR="005B57D4" w:rsidRPr="006117BB" w:rsidRDefault="005B57D4" w:rsidP="007F2E81">
            <w:pPr>
              <w:jc w:val="center"/>
              <w:rPr>
                <w:rFonts w:asciiTheme="majorHAnsi" w:eastAsiaTheme="majorEastAsia" w:hAnsiTheme="majorHAnsi" w:cstheme="majorHAnsi"/>
                <w:b/>
                <w:sz w:val="20"/>
                <w:szCs w:val="18"/>
              </w:rPr>
            </w:pPr>
            <w:r w:rsidRPr="006117BB">
              <w:rPr>
                <w:rFonts w:asciiTheme="majorHAnsi" w:eastAsiaTheme="majorEastAsia" w:hAnsiTheme="majorHAnsi" w:cstheme="majorHAnsi"/>
                <w:b/>
                <w:sz w:val="20"/>
                <w:szCs w:val="18"/>
              </w:rPr>
              <w:t>Principal Investigator’s Signature</w:t>
            </w:r>
          </w:p>
        </w:tc>
        <w:tc>
          <w:tcPr>
            <w:tcW w:w="3544" w:type="dxa"/>
            <w:shd w:val="clear" w:color="auto" w:fill="EEECE1" w:themeFill="background2"/>
          </w:tcPr>
          <w:p w14:paraId="72F49957" w14:textId="35239FBA" w:rsidR="005B57D4" w:rsidRPr="006117BB" w:rsidRDefault="005B57D4" w:rsidP="007F2E81">
            <w:pPr>
              <w:jc w:val="center"/>
              <w:rPr>
                <w:rFonts w:asciiTheme="majorHAnsi" w:eastAsiaTheme="majorEastAsia" w:hAnsiTheme="majorHAnsi" w:cstheme="majorHAnsi"/>
                <w:b/>
                <w:sz w:val="20"/>
                <w:szCs w:val="18"/>
              </w:rPr>
            </w:pPr>
            <w:r w:rsidRPr="006117BB">
              <w:rPr>
                <w:rFonts w:asciiTheme="majorHAnsi" w:eastAsiaTheme="majorEastAsia" w:hAnsiTheme="majorHAnsi" w:cstheme="majorHAnsi"/>
                <w:b/>
                <w:sz w:val="20"/>
                <w:szCs w:val="18"/>
              </w:rPr>
              <w:t>Principal Investigator’s Initials</w:t>
            </w:r>
          </w:p>
        </w:tc>
        <w:tc>
          <w:tcPr>
            <w:tcW w:w="3260" w:type="dxa"/>
            <w:shd w:val="clear" w:color="auto" w:fill="EEECE1" w:themeFill="background2"/>
          </w:tcPr>
          <w:p w14:paraId="729C210A" w14:textId="301AF2E1" w:rsidR="005B57D4" w:rsidRPr="006117BB" w:rsidRDefault="005B57D4" w:rsidP="007F2E81">
            <w:pPr>
              <w:jc w:val="center"/>
              <w:rPr>
                <w:rFonts w:asciiTheme="majorHAnsi" w:eastAsiaTheme="majorEastAsia" w:hAnsiTheme="majorHAnsi" w:cstheme="majorHAnsi"/>
                <w:b/>
                <w:sz w:val="20"/>
                <w:szCs w:val="18"/>
              </w:rPr>
            </w:pPr>
            <w:r w:rsidRPr="006117BB">
              <w:rPr>
                <w:rFonts w:asciiTheme="majorHAnsi" w:eastAsiaTheme="majorEastAsia" w:hAnsiTheme="majorHAnsi" w:cstheme="majorHAnsi"/>
                <w:b/>
                <w:sz w:val="20"/>
                <w:szCs w:val="18"/>
              </w:rPr>
              <w:t xml:space="preserve">Date: </w:t>
            </w:r>
            <w:r w:rsidR="00210340" w:rsidRPr="006117BB">
              <w:rPr>
                <w:rFonts w:asciiTheme="majorHAnsi" w:eastAsiaTheme="majorEastAsia" w:hAnsiTheme="majorHAnsi" w:cstheme="majorHAnsi"/>
                <w:b/>
                <w:sz w:val="20"/>
                <w:szCs w:val="18"/>
                <w:lang w:eastAsia="ja-JP"/>
              </w:rPr>
              <w:t>YYYY/MM/DD</w:t>
            </w:r>
          </w:p>
        </w:tc>
      </w:tr>
      <w:tr w:rsidR="005B57D4" w:rsidRPr="00852A3B" w14:paraId="538222F9" w14:textId="77777777" w:rsidTr="001C6A14">
        <w:trPr>
          <w:trHeight w:val="300"/>
        </w:trPr>
        <w:tc>
          <w:tcPr>
            <w:tcW w:w="3397" w:type="dxa"/>
          </w:tcPr>
          <w:p w14:paraId="0602770D" w14:textId="5C51E045" w:rsidR="005B57D4" w:rsidRPr="006117BB" w:rsidRDefault="005B57D4" w:rsidP="646740C5">
            <w:pPr>
              <w:rPr>
                <w:rFonts w:asciiTheme="majorHAnsi" w:eastAsiaTheme="majorEastAsia" w:hAnsiTheme="majorHAnsi" w:cstheme="majorHAnsi"/>
              </w:rPr>
            </w:pPr>
          </w:p>
        </w:tc>
        <w:tc>
          <w:tcPr>
            <w:tcW w:w="3969" w:type="dxa"/>
          </w:tcPr>
          <w:p w14:paraId="0C125052" w14:textId="7E26B8DD" w:rsidR="00507A59" w:rsidRPr="006117BB" w:rsidRDefault="00507A59" w:rsidP="646740C5">
            <w:pPr>
              <w:rPr>
                <w:rFonts w:asciiTheme="majorHAnsi" w:eastAsiaTheme="majorEastAsia" w:hAnsiTheme="majorHAnsi" w:cstheme="majorHAnsi"/>
                <w:color w:val="BFBFBF" w:themeColor="background1" w:themeShade="BF"/>
                <w:lang w:eastAsia="ja-JP"/>
              </w:rPr>
            </w:pPr>
          </w:p>
          <w:p w14:paraId="4396D1E7" w14:textId="3974D66C" w:rsidR="00507A59" w:rsidRPr="006117BB" w:rsidRDefault="00507A59" w:rsidP="646740C5">
            <w:pPr>
              <w:rPr>
                <w:rFonts w:asciiTheme="majorHAnsi" w:eastAsiaTheme="majorEastAsia" w:hAnsiTheme="majorHAnsi" w:cstheme="majorHAnsi"/>
                <w:color w:val="BFBFBF" w:themeColor="background1" w:themeShade="BF"/>
                <w:lang w:eastAsia="ja-JP"/>
              </w:rPr>
            </w:pPr>
          </w:p>
          <w:p w14:paraId="745B5401" w14:textId="6E1DACEE" w:rsidR="0016731C" w:rsidRPr="006117BB" w:rsidRDefault="0016731C" w:rsidP="00507A59">
            <w:pPr>
              <w:rPr>
                <w:rFonts w:asciiTheme="majorHAnsi" w:eastAsiaTheme="majorEastAsia" w:hAnsiTheme="majorHAnsi" w:cstheme="majorHAnsi"/>
                <w:sz w:val="18"/>
                <w:szCs w:val="18"/>
                <w:highlight w:val="yellow"/>
                <w:lang w:eastAsia="ja-JP"/>
              </w:rPr>
            </w:pPr>
          </w:p>
        </w:tc>
        <w:tc>
          <w:tcPr>
            <w:tcW w:w="3544" w:type="dxa"/>
          </w:tcPr>
          <w:p w14:paraId="2CD288BD" w14:textId="0DEDDC00" w:rsidR="005B57D4" w:rsidRPr="006117BB" w:rsidRDefault="005B57D4" w:rsidP="646740C5">
            <w:pPr>
              <w:rPr>
                <w:rFonts w:asciiTheme="majorHAnsi" w:eastAsiaTheme="majorEastAsia" w:hAnsiTheme="majorHAnsi" w:cstheme="majorHAnsi"/>
              </w:rPr>
            </w:pPr>
          </w:p>
        </w:tc>
        <w:tc>
          <w:tcPr>
            <w:tcW w:w="3260" w:type="dxa"/>
          </w:tcPr>
          <w:p w14:paraId="04439FF0" w14:textId="25DBB8CB" w:rsidR="005B57D4" w:rsidRPr="006117BB" w:rsidRDefault="005B57D4" w:rsidP="646740C5">
            <w:pPr>
              <w:rPr>
                <w:rFonts w:asciiTheme="majorHAnsi" w:eastAsiaTheme="majorEastAsia" w:hAnsiTheme="majorHAnsi" w:cstheme="majorHAnsi"/>
                <w:lang w:eastAsia="ja-JP"/>
              </w:rPr>
            </w:pPr>
          </w:p>
          <w:p w14:paraId="248717F8" w14:textId="37CB3804" w:rsidR="00210340" w:rsidRPr="006117BB" w:rsidRDefault="00210340" w:rsidP="00210340">
            <w:pPr>
              <w:ind w:firstLineChars="200" w:firstLine="440"/>
              <w:rPr>
                <w:rFonts w:asciiTheme="majorHAnsi" w:eastAsiaTheme="majorEastAsia" w:hAnsiTheme="majorHAnsi" w:cstheme="majorHAnsi"/>
                <w:lang w:eastAsia="ja-JP"/>
              </w:rPr>
            </w:pPr>
            <w:r w:rsidRPr="006117BB">
              <w:rPr>
                <w:rFonts w:asciiTheme="majorHAnsi" w:eastAsiaTheme="majorEastAsia" w:hAnsiTheme="majorHAnsi" w:cstheme="majorHAnsi"/>
                <w:lang w:eastAsia="ja-JP"/>
              </w:rPr>
              <w:t xml:space="preserve">20            / </w:t>
            </w:r>
            <w:r w:rsidR="00ED2ED4" w:rsidRPr="006117BB">
              <w:rPr>
                <w:rFonts w:asciiTheme="majorHAnsi" w:eastAsiaTheme="majorEastAsia" w:hAnsiTheme="majorHAnsi" w:cstheme="majorHAnsi" w:hint="eastAsia"/>
                <w:lang w:eastAsia="ja-JP"/>
              </w:rPr>
              <w:t xml:space="preserve">　　　</w:t>
            </w:r>
            <w:r w:rsidRPr="006117BB">
              <w:rPr>
                <w:rFonts w:asciiTheme="majorHAnsi" w:eastAsiaTheme="majorEastAsia" w:hAnsiTheme="majorHAnsi" w:cstheme="majorHAnsi"/>
                <w:lang w:eastAsia="ja-JP"/>
              </w:rPr>
              <w:t xml:space="preserve">/ </w:t>
            </w:r>
            <w:r w:rsidRPr="006117BB">
              <w:rPr>
                <w:rFonts w:asciiTheme="majorHAnsi" w:eastAsiaTheme="majorEastAsia" w:hAnsiTheme="majorHAnsi" w:cstheme="majorHAnsi"/>
                <w:u w:val="single"/>
                <w:lang w:eastAsia="ja-JP"/>
              </w:rPr>
              <w:t xml:space="preserve">     </w:t>
            </w:r>
          </w:p>
        </w:tc>
      </w:tr>
    </w:tbl>
    <w:p w14:paraId="233C4A19" w14:textId="33BE77FA" w:rsidR="00FA4175" w:rsidRPr="006117BB" w:rsidRDefault="5B41E705" w:rsidP="000E1878">
      <w:pPr>
        <w:spacing w:after="0" w:line="20" w:lineRule="atLeast"/>
        <w:rPr>
          <w:rFonts w:asciiTheme="majorHAnsi" w:eastAsiaTheme="majorEastAsia" w:hAnsiTheme="majorHAnsi" w:cstheme="majorHAnsi"/>
          <w:b/>
          <w:sz w:val="18"/>
          <w:szCs w:val="20"/>
        </w:rPr>
      </w:pPr>
      <w:r w:rsidRPr="006117BB">
        <w:rPr>
          <w:rFonts w:asciiTheme="majorHAnsi" w:eastAsiaTheme="majorEastAsia" w:hAnsiTheme="majorHAnsi" w:cstheme="majorHAnsi"/>
          <w:b/>
        </w:rPr>
        <w:t xml:space="preserve">   </w:t>
      </w:r>
      <w:r w:rsidR="007B4114" w:rsidRPr="006117BB">
        <w:rPr>
          <w:rFonts w:asciiTheme="majorHAnsi" w:eastAsiaTheme="majorEastAsia" w:hAnsiTheme="majorHAnsi" w:cstheme="majorHAnsi"/>
          <w:b/>
          <w:sz w:val="20"/>
          <w:szCs w:val="20"/>
        </w:rPr>
        <w:t xml:space="preserve"> </w:t>
      </w:r>
      <w:r w:rsidR="00FA4175" w:rsidRPr="006117BB">
        <w:rPr>
          <w:rFonts w:asciiTheme="majorHAnsi" w:eastAsiaTheme="majorEastAsia" w:hAnsiTheme="majorHAnsi" w:cstheme="majorHAnsi"/>
          <w:b/>
          <w:sz w:val="18"/>
          <w:szCs w:val="20"/>
        </w:rPr>
        <w:t>*My signature confirms/acknowledges that the information contained here is accurate and that:</w:t>
      </w:r>
    </w:p>
    <w:p w14:paraId="598AEADB" w14:textId="141792C4" w:rsidR="00BB584B" w:rsidRPr="006117BB" w:rsidRDefault="007B4114" w:rsidP="006117BB">
      <w:pPr>
        <w:spacing w:after="0" w:line="20" w:lineRule="atLeast"/>
        <w:ind w:leftChars="129" w:left="284"/>
        <w:rPr>
          <w:rFonts w:asciiTheme="majorHAnsi" w:eastAsiaTheme="majorEastAsia" w:hAnsiTheme="majorHAnsi" w:cstheme="majorHAnsi"/>
          <w:b/>
          <w:sz w:val="18"/>
          <w:szCs w:val="20"/>
        </w:rPr>
      </w:pPr>
      <w:r w:rsidRPr="006117BB">
        <w:rPr>
          <w:rFonts w:asciiTheme="majorHAnsi" w:eastAsiaTheme="majorEastAsia" w:hAnsiTheme="majorHAnsi" w:cstheme="majorHAnsi" w:hint="eastAsia"/>
          <w:b/>
          <w:sz w:val="18"/>
          <w:szCs w:val="20"/>
          <w:lang w:eastAsia="ja-JP"/>
        </w:rPr>
        <w:t>・</w:t>
      </w:r>
      <w:r w:rsidR="00FA4175" w:rsidRPr="006117BB">
        <w:rPr>
          <w:rFonts w:asciiTheme="majorHAnsi" w:eastAsiaTheme="majorEastAsia" w:hAnsiTheme="majorHAnsi" w:cstheme="majorHAnsi"/>
          <w:b/>
          <w:sz w:val="18"/>
          <w:szCs w:val="20"/>
        </w:rPr>
        <w:t xml:space="preserve">I will remain responsible for the overall study conduct and reported data. </w:t>
      </w:r>
    </w:p>
    <w:p w14:paraId="6C518AD0" w14:textId="6766218C" w:rsidR="00BB584B" w:rsidRPr="006117BB" w:rsidRDefault="007B4114" w:rsidP="006117BB">
      <w:pPr>
        <w:spacing w:after="0" w:line="20" w:lineRule="atLeast"/>
        <w:ind w:leftChars="129" w:left="284"/>
        <w:rPr>
          <w:rFonts w:asciiTheme="majorHAnsi" w:eastAsiaTheme="majorEastAsia" w:hAnsiTheme="majorHAnsi" w:cstheme="majorHAnsi"/>
          <w:b/>
          <w:sz w:val="18"/>
          <w:szCs w:val="20"/>
        </w:rPr>
      </w:pPr>
      <w:r w:rsidRPr="006117BB">
        <w:rPr>
          <w:rFonts w:asciiTheme="majorHAnsi" w:eastAsiaTheme="majorEastAsia" w:hAnsiTheme="majorHAnsi" w:cstheme="majorHAnsi" w:hint="eastAsia"/>
          <w:b/>
          <w:sz w:val="18"/>
          <w:szCs w:val="20"/>
          <w:lang w:eastAsia="ja-JP"/>
        </w:rPr>
        <w:t>・</w:t>
      </w:r>
      <w:r w:rsidR="00FA4175" w:rsidRPr="006117BB">
        <w:rPr>
          <w:rFonts w:asciiTheme="majorHAnsi" w:eastAsiaTheme="majorEastAsia" w:hAnsiTheme="majorHAnsi" w:cstheme="majorHAnsi"/>
          <w:b/>
          <w:sz w:val="18"/>
          <w:szCs w:val="20"/>
        </w:rPr>
        <w:t xml:space="preserve">I will ensure study oversight. </w:t>
      </w:r>
    </w:p>
    <w:p w14:paraId="103D5E6D" w14:textId="5421E87A" w:rsidR="00BB584B" w:rsidRPr="006117BB" w:rsidRDefault="007B4114" w:rsidP="006117BB">
      <w:pPr>
        <w:spacing w:after="0" w:line="20" w:lineRule="atLeast"/>
        <w:ind w:leftChars="129" w:left="284"/>
        <w:rPr>
          <w:rFonts w:asciiTheme="majorHAnsi" w:eastAsiaTheme="majorEastAsia" w:hAnsiTheme="majorHAnsi" w:cstheme="majorHAnsi"/>
          <w:b/>
          <w:sz w:val="18"/>
          <w:szCs w:val="20"/>
        </w:rPr>
      </w:pPr>
      <w:r w:rsidRPr="006117BB">
        <w:rPr>
          <w:rFonts w:asciiTheme="majorHAnsi" w:eastAsiaTheme="majorEastAsia" w:hAnsiTheme="majorHAnsi" w:cstheme="majorHAnsi" w:hint="eastAsia"/>
          <w:b/>
          <w:sz w:val="18"/>
          <w:szCs w:val="20"/>
          <w:lang w:eastAsia="ja-JP"/>
        </w:rPr>
        <w:t>・</w:t>
      </w:r>
      <w:r w:rsidR="00FA4175" w:rsidRPr="006117BB">
        <w:rPr>
          <w:rFonts w:asciiTheme="majorHAnsi" w:eastAsiaTheme="majorEastAsia" w:hAnsiTheme="majorHAnsi" w:cstheme="majorHAnsi"/>
          <w:b/>
          <w:sz w:val="18"/>
          <w:szCs w:val="20"/>
        </w:rPr>
        <w:t>I will authorize the delegation of study-related tasks to each individual as listed.</w:t>
      </w:r>
    </w:p>
    <w:p w14:paraId="549F781D" w14:textId="33E06A63" w:rsidR="00BB584B" w:rsidRDefault="007B4114" w:rsidP="006117BB">
      <w:pPr>
        <w:spacing w:after="0" w:line="20" w:lineRule="atLeast"/>
        <w:ind w:leftChars="129" w:left="284"/>
        <w:rPr>
          <w:rFonts w:asciiTheme="majorHAnsi" w:eastAsiaTheme="majorEastAsia" w:hAnsiTheme="majorHAnsi" w:cstheme="majorHAnsi"/>
          <w:b/>
          <w:sz w:val="18"/>
          <w:szCs w:val="20"/>
          <w:lang w:eastAsia="ja-JP"/>
        </w:rPr>
      </w:pPr>
      <w:r w:rsidRPr="006117BB">
        <w:rPr>
          <w:rFonts w:asciiTheme="majorHAnsi" w:eastAsiaTheme="majorEastAsia" w:hAnsiTheme="majorHAnsi" w:cstheme="majorHAnsi" w:hint="eastAsia"/>
          <w:b/>
          <w:sz w:val="18"/>
          <w:szCs w:val="20"/>
          <w:lang w:eastAsia="ja-JP"/>
        </w:rPr>
        <w:t>・</w:t>
      </w:r>
      <w:r w:rsidR="00FA4175" w:rsidRPr="006117BB">
        <w:rPr>
          <w:rFonts w:asciiTheme="majorHAnsi" w:eastAsiaTheme="majorEastAsia" w:hAnsiTheme="majorHAnsi" w:cstheme="majorHAnsi"/>
          <w:b/>
          <w:sz w:val="18"/>
          <w:szCs w:val="20"/>
        </w:rPr>
        <w:t>The study tasks listed will only be delegated by me to skilled and qualified staff appropriately trained for the role.</w:t>
      </w:r>
    </w:p>
    <w:p w14:paraId="2BDCA752" w14:textId="0BD269BE" w:rsidR="00BB584B" w:rsidRDefault="007B4114" w:rsidP="006117BB">
      <w:pPr>
        <w:spacing w:after="0" w:line="20" w:lineRule="atLeast"/>
        <w:ind w:leftChars="129" w:left="284"/>
        <w:rPr>
          <w:rFonts w:asciiTheme="majorHAnsi" w:eastAsiaTheme="majorEastAsia" w:hAnsiTheme="majorHAnsi" w:cstheme="majorHAnsi"/>
          <w:b/>
          <w:sz w:val="18"/>
          <w:szCs w:val="20"/>
          <w:u w:val="single"/>
          <w:lang w:eastAsia="ja-JP"/>
        </w:rPr>
      </w:pPr>
      <w:r w:rsidRPr="006117BB">
        <w:rPr>
          <w:rFonts w:asciiTheme="majorHAnsi" w:eastAsiaTheme="majorEastAsia" w:hAnsiTheme="majorHAnsi" w:cstheme="majorHAnsi" w:hint="eastAsia"/>
          <w:b/>
          <w:sz w:val="18"/>
          <w:szCs w:val="20"/>
          <w:lang w:eastAsia="ja-JP"/>
        </w:rPr>
        <w:t>・</w:t>
      </w:r>
      <w:r w:rsidR="00FA4175" w:rsidRPr="006117BB">
        <w:rPr>
          <w:rFonts w:asciiTheme="majorHAnsi" w:eastAsiaTheme="majorEastAsia" w:hAnsiTheme="majorHAnsi" w:cstheme="majorHAnsi"/>
          <w:b/>
          <w:sz w:val="18"/>
          <w:szCs w:val="20"/>
          <w:lang w:eastAsia="ja-JP"/>
        </w:rPr>
        <w:t xml:space="preserve">I will ensure that all personnel assisting in the conduct of the study are informed about their obligations and will not have performed any delegated study-related tasks </w:t>
      </w:r>
      <w:r w:rsidRPr="006117BB">
        <w:rPr>
          <w:rFonts w:asciiTheme="majorHAnsi" w:eastAsiaTheme="majorEastAsia" w:hAnsiTheme="majorHAnsi" w:cstheme="majorHAnsi"/>
          <w:b/>
          <w:sz w:val="18"/>
          <w:szCs w:val="20"/>
          <w:lang w:eastAsia="ja-JP"/>
        </w:rPr>
        <w:t>prior to appropriate</w:t>
      </w:r>
      <w:r w:rsidRPr="006117BB">
        <w:rPr>
          <w:rFonts w:asciiTheme="majorHAnsi" w:eastAsiaTheme="majorEastAsia" w:hAnsiTheme="majorHAnsi" w:cstheme="majorHAnsi"/>
          <w:b/>
          <w:sz w:val="18"/>
          <w:szCs w:val="20"/>
          <w:u w:val="single"/>
        </w:rPr>
        <w:t xml:space="preserve"> delegation</w:t>
      </w:r>
      <w:r w:rsidRPr="006117BB">
        <w:rPr>
          <w:rFonts w:asciiTheme="majorHAnsi" w:eastAsiaTheme="majorEastAsia" w:hAnsiTheme="majorHAnsi" w:cstheme="majorHAnsi"/>
          <w:b/>
          <w:sz w:val="18"/>
          <w:szCs w:val="20"/>
          <w:u w:val="single"/>
          <w:lang w:eastAsia="ja-JP"/>
        </w:rPr>
        <w:t xml:space="preserve"> </w:t>
      </w:r>
      <w:r w:rsidR="00FA4175" w:rsidRPr="006117BB">
        <w:rPr>
          <w:rFonts w:asciiTheme="majorHAnsi" w:eastAsiaTheme="majorEastAsia" w:hAnsiTheme="majorHAnsi" w:cstheme="majorHAnsi"/>
          <w:b/>
          <w:sz w:val="18"/>
          <w:szCs w:val="20"/>
          <w:u w:val="single"/>
        </w:rPr>
        <w:t xml:space="preserve">and completion of study training appropriate to the role. </w:t>
      </w:r>
    </w:p>
    <w:p w14:paraId="698E7C10" w14:textId="0EF36E57" w:rsidR="00FA4175" w:rsidRPr="006117BB" w:rsidRDefault="00FA4175" w:rsidP="006117BB">
      <w:pPr>
        <w:spacing w:after="0" w:line="20" w:lineRule="atLeast"/>
        <w:ind w:leftChars="129" w:left="284"/>
        <w:rPr>
          <w:rFonts w:asciiTheme="majorHAnsi" w:eastAsiaTheme="majorEastAsia" w:hAnsiTheme="majorHAnsi" w:cstheme="majorHAnsi"/>
          <w:b/>
          <w:sz w:val="18"/>
          <w:szCs w:val="20"/>
        </w:rPr>
      </w:pPr>
      <w:r w:rsidRPr="006117BB">
        <w:rPr>
          <w:rFonts w:asciiTheme="majorHAnsi" w:eastAsiaTheme="majorEastAsia" w:hAnsiTheme="majorHAnsi" w:cstheme="majorHAnsi" w:hint="eastAsia"/>
          <w:b/>
          <w:sz w:val="18"/>
          <w:szCs w:val="20"/>
        </w:rPr>
        <w:t>・</w:t>
      </w:r>
      <w:r w:rsidRPr="006117BB">
        <w:rPr>
          <w:rFonts w:asciiTheme="majorHAnsi" w:eastAsiaTheme="majorEastAsia" w:hAnsiTheme="majorHAnsi" w:cstheme="majorHAnsi"/>
          <w:b/>
          <w:sz w:val="18"/>
          <w:szCs w:val="20"/>
        </w:rPr>
        <w:t xml:space="preserve">I will ensure that site staff receives, in a timely manner, the appropriate information and training for delegated tasks. </w:t>
      </w:r>
    </w:p>
    <w:p w14:paraId="175CD6CD" w14:textId="481E75DE" w:rsidR="00434A98" w:rsidRPr="006117BB" w:rsidRDefault="00FA4175" w:rsidP="006117BB">
      <w:pPr>
        <w:spacing w:after="0" w:line="20" w:lineRule="atLeast"/>
        <w:ind w:leftChars="129" w:left="284"/>
        <w:rPr>
          <w:rFonts w:asciiTheme="majorHAnsi" w:eastAsiaTheme="majorEastAsia" w:hAnsiTheme="majorHAnsi" w:cstheme="majorHAnsi"/>
          <w:b/>
          <w:sz w:val="18"/>
          <w:szCs w:val="20"/>
        </w:rPr>
      </w:pPr>
      <w:r w:rsidRPr="006117BB">
        <w:rPr>
          <w:rFonts w:asciiTheme="majorHAnsi" w:eastAsiaTheme="majorEastAsia" w:hAnsiTheme="majorHAnsi" w:cstheme="majorHAnsi" w:hint="eastAsia"/>
          <w:b/>
          <w:sz w:val="18"/>
          <w:szCs w:val="20"/>
        </w:rPr>
        <w:t>・</w:t>
      </w:r>
      <w:r w:rsidRPr="006117BB">
        <w:rPr>
          <w:rFonts w:asciiTheme="majorHAnsi" w:eastAsiaTheme="majorEastAsia" w:hAnsiTheme="majorHAnsi" w:cstheme="majorHAnsi"/>
          <w:b/>
          <w:sz w:val="18"/>
          <w:szCs w:val="20"/>
        </w:rPr>
        <w:t>I will ensure that any and all changes in staff or delegated study-related task will be recorded in a timely manner.</w:t>
      </w:r>
    </w:p>
    <w:p w14:paraId="539CAC99" w14:textId="372A14B9" w:rsidR="001C6A14" w:rsidRPr="006117BB" w:rsidRDefault="001C6A14" w:rsidP="006117BB">
      <w:pPr>
        <w:spacing w:after="0" w:line="20" w:lineRule="atLeast"/>
        <w:ind w:leftChars="129" w:left="284"/>
        <w:rPr>
          <w:rFonts w:asciiTheme="majorHAnsi" w:eastAsiaTheme="majorEastAsia" w:hAnsiTheme="majorHAnsi" w:cstheme="majorHAnsi"/>
          <w:b/>
          <w:sz w:val="18"/>
          <w:szCs w:val="20"/>
          <w:lang w:eastAsia="ja-JP"/>
        </w:rPr>
      </w:pPr>
      <w:r w:rsidRPr="006117BB">
        <w:rPr>
          <w:rFonts w:asciiTheme="majorHAnsi" w:eastAsiaTheme="majorEastAsia" w:hAnsiTheme="majorHAnsi" w:cstheme="majorHAnsi" w:hint="eastAsia"/>
          <w:b/>
          <w:sz w:val="18"/>
          <w:szCs w:val="20"/>
          <w:lang w:eastAsia="ja-JP"/>
        </w:rPr>
        <w:t>・</w:t>
      </w:r>
      <w:r w:rsidR="00273EA7" w:rsidRPr="006117BB">
        <w:rPr>
          <w:rFonts w:asciiTheme="majorHAnsi" w:eastAsiaTheme="majorEastAsia" w:hAnsiTheme="majorHAnsi" w:cstheme="majorHAnsi"/>
          <w:b/>
          <w:sz w:val="18"/>
          <w:szCs w:val="20"/>
          <w:lang w:eastAsia="ja-JP"/>
        </w:rPr>
        <w:t>General clinical work</w:t>
      </w:r>
      <w:r w:rsidR="00646083" w:rsidRPr="006117BB">
        <w:rPr>
          <w:rFonts w:asciiTheme="majorHAnsi" w:eastAsiaTheme="majorEastAsia" w:hAnsiTheme="majorHAnsi" w:cstheme="majorHAnsi"/>
          <w:b/>
          <w:sz w:val="18"/>
          <w:szCs w:val="20"/>
          <w:lang w:eastAsia="ja-JP"/>
        </w:rPr>
        <w:t xml:space="preserve"> in our hospital is specified. In principle, personal delegation is unnecessary. (Please refer to table “Clinical Department” )</w:t>
      </w:r>
    </w:p>
    <w:p w14:paraId="5A3248BB" w14:textId="77777777" w:rsidR="00646083" w:rsidRPr="006117BB" w:rsidRDefault="00646083" w:rsidP="007F2E81">
      <w:pPr>
        <w:spacing w:after="0" w:line="20" w:lineRule="atLeast"/>
        <w:rPr>
          <w:rFonts w:asciiTheme="majorHAnsi" w:eastAsiaTheme="majorEastAsia" w:hAnsiTheme="majorHAnsi" w:cstheme="majorHAnsi"/>
          <w:b/>
          <w:sz w:val="18"/>
          <w:szCs w:val="20"/>
        </w:rPr>
      </w:pPr>
    </w:p>
    <w:p w14:paraId="02869366" w14:textId="5D9E9A85" w:rsidR="00AC0C04" w:rsidRPr="006117BB" w:rsidRDefault="646740C5" w:rsidP="001C6A14">
      <w:pPr>
        <w:spacing w:after="120" w:line="300" w:lineRule="auto"/>
        <w:rPr>
          <w:rFonts w:asciiTheme="majorHAnsi" w:eastAsiaTheme="majorEastAsia" w:hAnsiTheme="majorHAnsi" w:cstheme="majorHAnsi"/>
          <w:b/>
          <w:lang w:eastAsia="ja-JP"/>
        </w:rPr>
      </w:pPr>
      <w:r w:rsidRPr="006117BB">
        <w:rPr>
          <w:rFonts w:asciiTheme="majorHAnsi" w:eastAsiaTheme="majorEastAsia" w:hAnsiTheme="majorHAnsi" w:cstheme="majorHAnsi"/>
          <w:b/>
          <w:sz w:val="21"/>
          <w:highlight w:val="lightGray"/>
        </w:rPr>
        <w:t>E</w:t>
      </w:r>
      <w:r w:rsidR="001C6A14" w:rsidRPr="006117BB">
        <w:rPr>
          <w:rFonts w:asciiTheme="majorHAnsi" w:eastAsiaTheme="majorEastAsia" w:hAnsiTheme="majorHAnsi" w:cstheme="majorHAnsi"/>
          <w:b/>
          <w:sz w:val="21"/>
          <w:highlight w:val="lightGray"/>
        </w:rPr>
        <w:t>ND OF STUDY DECLARATION</w:t>
      </w:r>
      <w:r w:rsidR="001C6A14" w:rsidRPr="006117BB">
        <w:rPr>
          <w:rFonts w:asciiTheme="majorHAnsi" w:eastAsiaTheme="majorEastAsia" w:hAnsiTheme="majorHAnsi" w:cstheme="majorHAnsi" w:hint="eastAsia"/>
          <w:b/>
          <w:sz w:val="21"/>
          <w:highlight w:val="lightGray"/>
          <w:lang w:eastAsia="ja-JP"/>
        </w:rPr>
        <w:t xml:space="preserve">　</w:t>
      </w:r>
      <w:r w:rsidR="001C6A14" w:rsidRPr="006117BB">
        <w:rPr>
          <w:rFonts w:asciiTheme="majorHAnsi" w:eastAsiaTheme="majorEastAsia" w:hAnsiTheme="majorHAnsi" w:cstheme="majorHAnsi"/>
          <w:b/>
          <w:sz w:val="21"/>
        </w:rPr>
        <w:t>:</w:t>
      </w:r>
      <w:r w:rsidRPr="006117BB">
        <w:rPr>
          <w:rFonts w:asciiTheme="majorHAnsi" w:eastAsiaTheme="majorEastAsia" w:hAnsiTheme="majorHAnsi" w:cstheme="majorHAnsi"/>
          <w:b/>
        </w:rPr>
        <w:t xml:space="preserve"> </w:t>
      </w:r>
      <w:r w:rsidR="00FA4175" w:rsidRPr="006117BB">
        <w:rPr>
          <w:rFonts w:asciiTheme="majorHAnsi" w:eastAsiaTheme="majorEastAsia" w:hAnsiTheme="majorHAnsi" w:cstheme="majorHAnsi"/>
          <w:b/>
        </w:rPr>
        <w:t>I confirm that the information contained in this document is accurate and complete.</w:t>
      </w:r>
    </w:p>
    <w:tbl>
      <w:tblPr>
        <w:tblStyle w:val="afe"/>
        <w:tblW w:w="0" w:type="auto"/>
        <w:tblLayout w:type="fixed"/>
        <w:tblLook w:val="06A0" w:firstRow="1" w:lastRow="0" w:firstColumn="1" w:lastColumn="0" w:noHBand="1" w:noVBand="1"/>
      </w:tblPr>
      <w:tblGrid>
        <w:gridCol w:w="4110"/>
        <w:gridCol w:w="4050"/>
        <w:gridCol w:w="4080"/>
      </w:tblGrid>
      <w:tr w:rsidR="646740C5" w:rsidRPr="00852A3B" w14:paraId="44A21A60" w14:textId="77777777" w:rsidTr="646740C5">
        <w:trPr>
          <w:trHeight w:val="300"/>
        </w:trPr>
        <w:tc>
          <w:tcPr>
            <w:tcW w:w="4110" w:type="dxa"/>
          </w:tcPr>
          <w:p w14:paraId="51437F50" w14:textId="19102AF3" w:rsidR="2055E029" w:rsidRPr="006117BB" w:rsidRDefault="2055E029" w:rsidP="646740C5">
            <w:pPr>
              <w:rPr>
                <w:rFonts w:asciiTheme="majorHAnsi" w:eastAsiaTheme="majorEastAsia" w:hAnsiTheme="majorHAnsi" w:cstheme="majorHAnsi"/>
                <w:b/>
                <w:sz w:val="20"/>
                <w:szCs w:val="18"/>
              </w:rPr>
            </w:pPr>
            <w:r w:rsidRPr="006117BB">
              <w:rPr>
                <w:rFonts w:asciiTheme="majorHAnsi" w:eastAsiaTheme="majorEastAsia" w:hAnsiTheme="majorHAnsi" w:cstheme="majorHAnsi"/>
                <w:b/>
                <w:sz w:val="20"/>
                <w:szCs w:val="18"/>
              </w:rPr>
              <w:t>Name of Principal Investigator:</w:t>
            </w:r>
          </w:p>
          <w:p w14:paraId="51E26A95" w14:textId="47496F48" w:rsidR="646740C5" w:rsidRPr="006117BB" w:rsidRDefault="646740C5" w:rsidP="646740C5">
            <w:pPr>
              <w:rPr>
                <w:rFonts w:asciiTheme="majorHAnsi" w:eastAsiaTheme="majorEastAsia" w:hAnsiTheme="majorHAnsi" w:cstheme="majorHAnsi"/>
                <w:b/>
                <w:sz w:val="20"/>
              </w:rPr>
            </w:pPr>
          </w:p>
        </w:tc>
        <w:tc>
          <w:tcPr>
            <w:tcW w:w="4050" w:type="dxa"/>
          </w:tcPr>
          <w:p w14:paraId="7D077FE0" w14:textId="15CB8B6D" w:rsidR="2055E029" w:rsidRPr="006117BB" w:rsidRDefault="2055E029" w:rsidP="646740C5">
            <w:pPr>
              <w:rPr>
                <w:rFonts w:asciiTheme="majorHAnsi" w:eastAsiaTheme="majorEastAsia" w:hAnsiTheme="majorHAnsi" w:cstheme="majorHAnsi"/>
                <w:b/>
                <w:sz w:val="20"/>
                <w:szCs w:val="18"/>
              </w:rPr>
            </w:pPr>
            <w:r w:rsidRPr="006117BB">
              <w:rPr>
                <w:rFonts w:asciiTheme="majorHAnsi" w:eastAsiaTheme="majorEastAsia" w:hAnsiTheme="majorHAnsi" w:cstheme="majorHAnsi"/>
                <w:b/>
                <w:sz w:val="20"/>
                <w:szCs w:val="18"/>
              </w:rPr>
              <w:t>Principal Investigator’s Signature:</w:t>
            </w:r>
          </w:p>
          <w:p w14:paraId="35EAF9BE" w14:textId="1AFB31FC" w:rsidR="646740C5" w:rsidRPr="006117BB" w:rsidRDefault="646740C5" w:rsidP="646740C5">
            <w:pPr>
              <w:rPr>
                <w:rFonts w:asciiTheme="majorHAnsi" w:eastAsiaTheme="majorEastAsia" w:hAnsiTheme="majorHAnsi" w:cstheme="majorHAnsi"/>
                <w:b/>
                <w:sz w:val="20"/>
              </w:rPr>
            </w:pPr>
          </w:p>
        </w:tc>
        <w:tc>
          <w:tcPr>
            <w:tcW w:w="4080" w:type="dxa"/>
          </w:tcPr>
          <w:p w14:paraId="30B9296A" w14:textId="045E7D89" w:rsidR="2055E029" w:rsidRPr="006117BB" w:rsidRDefault="2055E029" w:rsidP="646740C5">
            <w:pPr>
              <w:rPr>
                <w:rFonts w:asciiTheme="majorHAnsi" w:eastAsiaTheme="majorEastAsia" w:hAnsiTheme="majorHAnsi" w:cstheme="majorHAnsi"/>
                <w:b/>
                <w:sz w:val="20"/>
                <w:szCs w:val="18"/>
                <w:lang w:eastAsia="ja-JP"/>
              </w:rPr>
            </w:pPr>
            <w:r w:rsidRPr="006117BB">
              <w:rPr>
                <w:rFonts w:asciiTheme="majorHAnsi" w:eastAsiaTheme="majorEastAsia" w:hAnsiTheme="majorHAnsi" w:cstheme="majorHAnsi"/>
                <w:b/>
                <w:sz w:val="20"/>
                <w:szCs w:val="18"/>
              </w:rPr>
              <w:t>Date: YYYY</w:t>
            </w:r>
            <w:r w:rsidR="00E40508" w:rsidRPr="006117BB">
              <w:rPr>
                <w:rFonts w:asciiTheme="majorHAnsi" w:eastAsiaTheme="majorEastAsia" w:hAnsiTheme="majorHAnsi" w:cstheme="majorHAnsi"/>
                <w:b/>
                <w:sz w:val="20"/>
                <w:szCs w:val="18"/>
                <w:lang w:eastAsia="ja-JP"/>
              </w:rPr>
              <w:t>/</w:t>
            </w:r>
            <w:r w:rsidR="00210340" w:rsidRPr="006117BB">
              <w:rPr>
                <w:rFonts w:asciiTheme="majorHAnsi" w:eastAsiaTheme="majorEastAsia" w:hAnsiTheme="majorHAnsi" w:cstheme="majorHAnsi"/>
                <w:b/>
                <w:sz w:val="20"/>
                <w:szCs w:val="18"/>
                <w:lang w:eastAsia="ja-JP"/>
              </w:rPr>
              <w:t>MM</w:t>
            </w:r>
            <w:r w:rsidR="00E40508" w:rsidRPr="006117BB">
              <w:rPr>
                <w:rFonts w:asciiTheme="majorHAnsi" w:eastAsiaTheme="majorEastAsia" w:hAnsiTheme="majorHAnsi" w:cstheme="majorHAnsi"/>
                <w:b/>
                <w:sz w:val="20"/>
                <w:szCs w:val="18"/>
                <w:lang w:eastAsia="ja-JP"/>
              </w:rPr>
              <w:t>/</w:t>
            </w:r>
            <w:r w:rsidR="00210340" w:rsidRPr="006117BB">
              <w:rPr>
                <w:rFonts w:asciiTheme="majorHAnsi" w:eastAsiaTheme="majorEastAsia" w:hAnsiTheme="majorHAnsi" w:cstheme="majorHAnsi"/>
                <w:b/>
                <w:sz w:val="20"/>
                <w:szCs w:val="18"/>
                <w:lang w:eastAsia="ja-JP"/>
              </w:rPr>
              <w:t>DD</w:t>
            </w:r>
          </w:p>
          <w:p w14:paraId="10B0A6AD" w14:textId="77777777" w:rsidR="646740C5" w:rsidRPr="006117BB" w:rsidRDefault="646740C5" w:rsidP="646740C5">
            <w:pPr>
              <w:rPr>
                <w:rFonts w:asciiTheme="majorHAnsi" w:eastAsiaTheme="majorEastAsia" w:hAnsiTheme="majorHAnsi" w:cstheme="majorHAnsi"/>
                <w:b/>
                <w:sz w:val="20"/>
                <w:szCs w:val="18"/>
              </w:rPr>
            </w:pPr>
          </w:p>
          <w:p w14:paraId="60F5C16D" w14:textId="1C05AD98" w:rsidR="00482B96" w:rsidRPr="006117BB" w:rsidRDefault="00210340" w:rsidP="646740C5">
            <w:pPr>
              <w:rPr>
                <w:rFonts w:asciiTheme="majorHAnsi" w:eastAsiaTheme="majorEastAsia" w:hAnsiTheme="majorHAnsi" w:cstheme="majorHAnsi"/>
                <w:b/>
                <w:sz w:val="20"/>
                <w:szCs w:val="18"/>
                <w:lang w:eastAsia="ja-JP"/>
              </w:rPr>
            </w:pPr>
            <w:r w:rsidRPr="006117BB">
              <w:rPr>
                <w:rFonts w:asciiTheme="majorHAnsi" w:eastAsiaTheme="majorEastAsia" w:hAnsiTheme="majorHAnsi" w:cstheme="majorHAnsi"/>
                <w:b/>
                <w:sz w:val="20"/>
                <w:szCs w:val="18"/>
                <w:lang w:eastAsia="ja-JP"/>
              </w:rPr>
              <w:t xml:space="preserve">               </w:t>
            </w:r>
            <w:r w:rsidRPr="006117BB">
              <w:rPr>
                <w:rFonts w:asciiTheme="majorHAnsi" w:eastAsiaTheme="majorEastAsia" w:hAnsiTheme="majorHAnsi" w:cstheme="majorHAnsi"/>
                <w:lang w:eastAsia="ja-JP"/>
              </w:rPr>
              <w:t xml:space="preserve">  20            /                 /      </w:t>
            </w:r>
            <w:r w:rsidR="00ED2ED4" w:rsidRPr="006117BB">
              <w:rPr>
                <w:rFonts w:asciiTheme="majorHAnsi" w:eastAsiaTheme="majorEastAsia" w:hAnsiTheme="majorHAnsi" w:cstheme="majorHAnsi" w:hint="eastAsia"/>
                <w:lang w:eastAsia="ja-JP"/>
              </w:rPr>
              <w:t xml:space="preserve">　</w:t>
            </w:r>
          </w:p>
          <w:p w14:paraId="044CFAEC" w14:textId="34112477" w:rsidR="00210340" w:rsidRPr="006117BB" w:rsidRDefault="00210340" w:rsidP="646740C5">
            <w:pPr>
              <w:rPr>
                <w:rFonts w:asciiTheme="majorHAnsi" w:eastAsiaTheme="majorEastAsia" w:hAnsiTheme="majorHAnsi" w:cstheme="majorHAnsi"/>
                <w:b/>
                <w:sz w:val="20"/>
                <w:szCs w:val="18"/>
                <w:lang w:eastAsia="ja-JP"/>
              </w:rPr>
            </w:pPr>
          </w:p>
        </w:tc>
      </w:tr>
    </w:tbl>
    <w:p w14:paraId="4E30B192" w14:textId="5CB4AFE4" w:rsidR="003E4909" w:rsidRPr="006117BB" w:rsidRDefault="00F867BC" w:rsidP="006117BB">
      <w:pPr>
        <w:tabs>
          <w:tab w:val="left" w:pos="3740"/>
        </w:tabs>
        <w:rPr>
          <w:rFonts w:asciiTheme="majorHAnsi" w:eastAsiaTheme="majorEastAsia" w:hAnsiTheme="majorHAnsi" w:cstheme="majorHAnsi"/>
          <w:lang w:eastAsia="ja-JP"/>
        </w:rPr>
      </w:pPr>
      <w:r>
        <w:rPr>
          <w:rFonts w:asciiTheme="majorHAnsi" w:eastAsiaTheme="majorEastAsia" w:hAnsiTheme="majorHAnsi" w:cstheme="majorHAnsi"/>
          <w:lang w:eastAsia="ja-JP"/>
        </w:rPr>
        <w:tab/>
      </w:r>
    </w:p>
    <w:p w14:paraId="51A80260" w14:textId="19F9B538" w:rsidR="007B4114" w:rsidRPr="00852A3B" w:rsidRDefault="007B4114">
      <w:pPr>
        <w:pStyle w:val="21"/>
        <w:rPr>
          <w:rFonts w:cstheme="majorHAnsi"/>
          <w:lang w:eastAsia="ja-JP"/>
        </w:rPr>
      </w:pPr>
      <w:r w:rsidRPr="00852A3B">
        <w:rPr>
          <w:rFonts w:cstheme="majorHAnsi"/>
          <w:lang w:eastAsia="ja-JP"/>
        </w:rPr>
        <w:lastRenderedPageBreak/>
        <w:t xml:space="preserve">Table </w:t>
      </w:r>
      <w:r w:rsidR="00A00757" w:rsidRPr="00231173">
        <w:rPr>
          <w:rFonts w:cstheme="majorHAnsi" w:hint="eastAsia"/>
          <w:lang w:eastAsia="ja-JP"/>
        </w:rPr>
        <w:t>：</w:t>
      </w:r>
      <w:r w:rsidRPr="00231173">
        <w:rPr>
          <w:rFonts w:cstheme="majorHAnsi"/>
          <w:lang w:eastAsia="ja-JP"/>
        </w:rPr>
        <w:t>C</w:t>
      </w:r>
      <w:r w:rsidRPr="00852A3B">
        <w:rPr>
          <w:rFonts w:cstheme="majorHAnsi"/>
          <w:lang w:eastAsia="ja-JP"/>
        </w:rPr>
        <w:t>linical Department</w:t>
      </w:r>
      <w:r w:rsidR="00586504" w:rsidRPr="00231173">
        <w:rPr>
          <w:rFonts w:cstheme="majorHAnsi" w:hint="eastAsia"/>
          <w:lang w:eastAsia="ja-JP"/>
        </w:rPr>
        <w:t xml:space="preserve">　</w:t>
      </w:r>
    </w:p>
    <w:p w14:paraId="06712BC2" w14:textId="1017D19B" w:rsidR="00AC0C04" w:rsidRPr="006117BB" w:rsidRDefault="00AD58E2" w:rsidP="00316354">
      <w:pPr>
        <w:rPr>
          <w:rFonts w:asciiTheme="majorHAnsi" w:eastAsiaTheme="majorEastAsia" w:hAnsiTheme="majorHAnsi" w:cstheme="majorHAnsi"/>
          <w:b/>
          <w:bCs/>
          <w:sz w:val="20"/>
          <w:szCs w:val="20"/>
          <w:lang w:eastAsia="ja-JP"/>
        </w:rPr>
      </w:pPr>
      <w:bookmarkStart w:id="1" w:name="_Hlk212653314"/>
      <w:r w:rsidRPr="006117BB">
        <w:rPr>
          <w:rStyle w:val="cf01"/>
          <w:rFonts w:asciiTheme="majorHAnsi" w:eastAsiaTheme="majorEastAsia" w:hAnsiTheme="majorHAnsi" w:cstheme="majorHAnsi" w:hint="default"/>
          <w:b/>
          <w:bCs/>
          <w:sz w:val="20"/>
          <w:szCs w:val="20"/>
        </w:rPr>
        <w:t>General</w:t>
      </w:r>
      <w:r w:rsidR="00F2214B" w:rsidRPr="006117BB">
        <w:rPr>
          <w:rFonts w:asciiTheme="majorHAnsi" w:eastAsiaTheme="majorEastAsia" w:hAnsiTheme="majorHAnsi" w:cstheme="majorHAnsi"/>
          <w:b/>
          <w:bCs/>
          <w:sz w:val="21"/>
          <w:szCs w:val="21"/>
          <w:lang w:eastAsia="ja-JP"/>
        </w:rPr>
        <w:t xml:space="preserve"> </w:t>
      </w:r>
      <w:r w:rsidR="00236043" w:rsidRPr="006117BB">
        <w:rPr>
          <w:rFonts w:asciiTheme="majorHAnsi" w:eastAsiaTheme="majorEastAsia" w:hAnsiTheme="majorHAnsi" w:cstheme="majorHAnsi"/>
          <w:b/>
          <w:bCs/>
          <w:sz w:val="20"/>
          <w:szCs w:val="20"/>
          <w:lang w:eastAsia="ja-JP"/>
        </w:rPr>
        <w:t>clinical</w:t>
      </w:r>
      <w:r w:rsidR="00AC0C04" w:rsidRPr="006117BB">
        <w:rPr>
          <w:rFonts w:asciiTheme="majorHAnsi" w:eastAsiaTheme="majorEastAsia" w:hAnsiTheme="majorHAnsi" w:cstheme="majorHAnsi"/>
          <w:b/>
          <w:bCs/>
          <w:sz w:val="20"/>
          <w:szCs w:val="20"/>
          <w:lang w:eastAsia="ja-JP"/>
        </w:rPr>
        <w:t xml:space="preserve"> work</w:t>
      </w:r>
      <w:bookmarkEnd w:id="1"/>
      <w:r w:rsidR="00AC0C04" w:rsidRPr="006117BB">
        <w:rPr>
          <w:rFonts w:asciiTheme="majorHAnsi" w:eastAsiaTheme="majorEastAsia" w:hAnsiTheme="majorHAnsi" w:cstheme="majorHAnsi"/>
          <w:b/>
          <w:bCs/>
          <w:sz w:val="20"/>
          <w:szCs w:val="20"/>
          <w:lang w:eastAsia="ja-JP"/>
        </w:rPr>
        <w:t xml:space="preserve"> in our hospital is specified. In principle, personal delegation is unnecessary.  Signatures from representatives of these departments are also not required.</w:t>
      </w:r>
      <w:r w:rsidRPr="006117BB">
        <w:rPr>
          <w:rFonts w:asciiTheme="majorHAnsi" w:eastAsiaTheme="majorEastAsia" w:hAnsiTheme="majorHAnsi" w:cstheme="majorHAnsi"/>
          <w:b/>
          <w:bCs/>
          <w:sz w:val="20"/>
          <w:szCs w:val="20"/>
          <w:lang w:eastAsia="ja-JP"/>
        </w:rPr>
        <w:t xml:space="preserve"> </w:t>
      </w:r>
      <w:r w:rsidR="00FE69CB">
        <w:rPr>
          <w:rFonts w:asciiTheme="majorHAnsi" w:eastAsiaTheme="majorEastAsia" w:hAnsiTheme="majorHAnsi" w:cstheme="majorHAnsi" w:hint="eastAsia"/>
          <w:b/>
          <w:bCs/>
          <w:sz w:val="18"/>
          <w:szCs w:val="18"/>
          <w:lang w:eastAsia="ja-JP"/>
        </w:rPr>
        <w:t>（</w:t>
      </w:r>
      <w:r w:rsidRPr="006117BB">
        <w:rPr>
          <w:rFonts w:asciiTheme="majorHAnsi" w:eastAsiaTheme="majorEastAsia" w:hAnsiTheme="majorHAnsi" w:cstheme="majorHAnsi" w:hint="eastAsia"/>
          <w:b/>
          <w:bCs/>
          <w:sz w:val="18"/>
          <w:szCs w:val="18"/>
          <w:lang w:eastAsia="ja-JP"/>
        </w:rPr>
        <w:t>当院における一般的な通常業務は規定されている。原則として個人</w:t>
      </w:r>
      <w:r w:rsidR="00CA2595">
        <w:rPr>
          <w:rFonts w:asciiTheme="majorHAnsi" w:eastAsiaTheme="majorEastAsia" w:hAnsiTheme="majorHAnsi" w:cstheme="majorHAnsi" w:hint="eastAsia"/>
          <w:b/>
          <w:bCs/>
          <w:sz w:val="18"/>
          <w:szCs w:val="18"/>
          <w:lang w:eastAsia="ja-JP"/>
        </w:rPr>
        <w:t>への分担</w:t>
      </w:r>
      <w:r w:rsidRPr="006117BB">
        <w:rPr>
          <w:rFonts w:asciiTheme="majorHAnsi" w:eastAsiaTheme="majorEastAsia" w:hAnsiTheme="majorHAnsi" w:cstheme="majorHAnsi" w:hint="eastAsia"/>
          <w:b/>
          <w:bCs/>
          <w:sz w:val="18"/>
          <w:szCs w:val="18"/>
          <w:lang w:eastAsia="ja-JP"/>
        </w:rPr>
        <w:t>は不要でありこれら部門代表者による署名も必要としない</w:t>
      </w:r>
      <w:r w:rsidR="00FE69CB">
        <w:rPr>
          <w:rFonts w:asciiTheme="majorHAnsi" w:eastAsiaTheme="majorEastAsia" w:hAnsiTheme="majorHAnsi" w:cstheme="majorHAnsi" w:hint="eastAsia"/>
          <w:b/>
          <w:bCs/>
          <w:sz w:val="18"/>
          <w:szCs w:val="18"/>
          <w:lang w:eastAsia="ja-JP"/>
        </w:rPr>
        <w:t>）</w:t>
      </w:r>
    </w:p>
    <w:tbl>
      <w:tblPr>
        <w:tblStyle w:val="afe"/>
        <w:tblW w:w="0" w:type="auto"/>
        <w:tblLook w:val="04A0" w:firstRow="1" w:lastRow="0" w:firstColumn="1" w:lastColumn="0" w:noHBand="0" w:noVBand="1"/>
      </w:tblPr>
      <w:tblGrid>
        <w:gridCol w:w="1701"/>
        <w:gridCol w:w="5386"/>
        <w:gridCol w:w="1701"/>
        <w:gridCol w:w="5386"/>
      </w:tblGrid>
      <w:tr w:rsidR="008F1FF3" w:rsidRPr="00852A3B" w14:paraId="2280A356" w14:textId="77777777" w:rsidTr="006117BB">
        <w:tc>
          <w:tcPr>
            <w:tcW w:w="1701" w:type="dxa"/>
            <w:shd w:val="clear" w:color="auto" w:fill="EEECE1" w:themeFill="background2"/>
          </w:tcPr>
          <w:p w14:paraId="5A34E0BC" w14:textId="411EA7A1" w:rsidR="007B4114" w:rsidRPr="006117BB" w:rsidRDefault="007B4114" w:rsidP="007B4114">
            <w:pPr>
              <w:jc w:val="center"/>
              <w:rPr>
                <w:rFonts w:asciiTheme="majorHAnsi" w:eastAsiaTheme="majorEastAsia" w:hAnsiTheme="majorHAnsi" w:cstheme="majorHAnsi"/>
                <w:sz w:val="18"/>
                <w:szCs w:val="18"/>
                <w:lang w:eastAsia="ja-JP"/>
              </w:rPr>
            </w:pPr>
            <w:r w:rsidRPr="006117BB">
              <w:rPr>
                <w:rFonts w:asciiTheme="majorHAnsi" w:eastAsiaTheme="majorEastAsia" w:hAnsiTheme="majorHAnsi" w:cstheme="majorHAnsi"/>
                <w:sz w:val="18"/>
                <w:szCs w:val="18"/>
                <w:lang w:eastAsia="ja-JP"/>
              </w:rPr>
              <w:t>Clinical Department</w:t>
            </w:r>
          </w:p>
        </w:tc>
        <w:tc>
          <w:tcPr>
            <w:tcW w:w="5386" w:type="dxa"/>
            <w:shd w:val="clear" w:color="auto" w:fill="EEECE1" w:themeFill="background2"/>
          </w:tcPr>
          <w:p w14:paraId="399E725A" w14:textId="07B14222" w:rsidR="007B4114" w:rsidRPr="006117BB" w:rsidRDefault="005C6BF6" w:rsidP="007B4114">
            <w:pPr>
              <w:jc w:val="center"/>
              <w:rPr>
                <w:rFonts w:asciiTheme="majorHAnsi" w:eastAsiaTheme="majorEastAsia" w:hAnsiTheme="majorHAnsi" w:cstheme="majorHAnsi"/>
                <w:sz w:val="18"/>
                <w:szCs w:val="18"/>
                <w:lang w:eastAsia="ja-JP"/>
              </w:rPr>
            </w:pPr>
            <w:bookmarkStart w:id="2" w:name="_Hlk215830667"/>
            <w:r w:rsidRPr="006117BB">
              <w:rPr>
                <w:rStyle w:val="cf01"/>
                <w:rFonts w:asciiTheme="majorHAnsi" w:eastAsiaTheme="majorEastAsia" w:hAnsiTheme="majorHAnsi" w:cstheme="majorHAnsi" w:hint="default"/>
              </w:rPr>
              <w:t>General</w:t>
            </w:r>
            <w:r w:rsidRPr="006117BB">
              <w:rPr>
                <w:rFonts w:asciiTheme="majorHAnsi" w:eastAsiaTheme="majorEastAsia" w:hAnsiTheme="majorHAnsi" w:cstheme="majorHAnsi"/>
                <w:sz w:val="18"/>
                <w:szCs w:val="18"/>
                <w:lang w:eastAsia="ja-JP"/>
              </w:rPr>
              <w:t xml:space="preserve"> clinical</w:t>
            </w:r>
            <w:r w:rsidRPr="006117BB" w:rsidDel="005C6BF6">
              <w:rPr>
                <w:rFonts w:asciiTheme="majorHAnsi" w:eastAsiaTheme="majorEastAsia" w:hAnsiTheme="majorHAnsi" w:cstheme="majorHAnsi"/>
                <w:sz w:val="18"/>
                <w:szCs w:val="18"/>
                <w:lang w:eastAsia="ja-JP"/>
              </w:rPr>
              <w:t xml:space="preserve"> </w:t>
            </w:r>
            <w:r w:rsidR="007B4114" w:rsidRPr="006117BB">
              <w:rPr>
                <w:rFonts w:asciiTheme="majorHAnsi" w:eastAsiaTheme="majorEastAsia" w:hAnsiTheme="majorHAnsi" w:cstheme="majorHAnsi"/>
                <w:sz w:val="18"/>
                <w:szCs w:val="18"/>
                <w:lang w:eastAsia="ja-JP"/>
              </w:rPr>
              <w:t>Task</w:t>
            </w:r>
            <w:bookmarkEnd w:id="2"/>
          </w:p>
        </w:tc>
        <w:tc>
          <w:tcPr>
            <w:tcW w:w="1701" w:type="dxa"/>
            <w:shd w:val="clear" w:color="auto" w:fill="EEECE1" w:themeFill="background2"/>
          </w:tcPr>
          <w:p w14:paraId="0E95A94F" w14:textId="0D76420E" w:rsidR="007B4114" w:rsidRPr="006117BB" w:rsidRDefault="007B4114" w:rsidP="007B4114">
            <w:pPr>
              <w:jc w:val="center"/>
              <w:rPr>
                <w:rFonts w:asciiTheme="majorHAnsi" w:eastAsiaTheme="majorEastAsia" w:hAnsiTheme="majorHAnsi" w:cstheme="majorHAnsi"/>
                <w:sz w:val="18"/>
                <w:szCs w:val="18"/>
                <w:lang w:eastAsia="ja-JP"/>
              </w:rPr>
            </w:pPr>
            <w:r w:rsidRPr="006117BB">
              <w:rPr>
                <w:rFonts w:asciiTheme="majorHAnsi" w:eastAsiaTheme="majorEastAsia" w:hAnsiTheme="majorHAnsi" w:cstheme="majorHAnsi"/>
                <w:sz w:val="18"/>
                <w:szCs w:val="18"/>
                <w:lang w:eastAsia="ja-JP"/>
              </w:rPr>
              <w:t>Clinical Department</w:t>
            </w:r>
          </w:p>
        </w:tc>
        <w:tc>
          <w:tcPr>
            <w:tcW w:w="5386" w:type="dxa"/>
            <w:shd w:val="clear" w:color="auto" w:fill="EEECE1" w:themeFill="background2"/>
          </w:tcPr>
          <w:p w14:paraId="1E8D0189" w14:textId="6E3CB950" w:rsidR="007B4114" w:rsidRPr="006117BB" w:rsidRDefault="005C6BF6" w:rsidP="007B4114">
            <w:pPr>
              <w:jc w:val="center"/>
              <w:rPr>
                <w:rFonts w:asciiTheme="majorHAnsi" w:eastAsiaTheme="majorEastAsia" w:hAnsiTheme="majorHAnsi" w:cstheme="majorHAnsi"/>
                <w:sz w:val="18"/>
                <w:szCs w:val="18"/>
                <w:lang w:eastAsia="ja-JP"/>
              </w:rPr>
            </w:pPr>
            <w:r w:rsidRPr="006117BB">
              <w:rPr>
                <w:rStyle w:val="cf01"/>
                <w:rFonts w:asciiTheme="majorHAnsi" w:eastAsiaTheme="majorEastAsia" w:hAnsiTheme="majorHAnsi" w:cstheme="majorHAnsi" w:hint="default"/>
              </w:rPr>
              <w:t>General</w:t>
            </w:r>
            <w:r w:rsidRPr="006117BB">
              <w:rPr>
                <w:rFonts w:asciiTheme="majorHAnsi" w:eastAsiaTheme="majorEastAsia" w:hAnsiTheme="majorHAnsi" w:cstheme="majorHAnsi"/>
                <w:sz w:val="18"/>
                <w:szCs w:val="18"/>
                <w:lang w:eastAsia="ja-JP"/>
              </w:rPr>
              <w:t xml:space="preserve"> clinical</w:t>
            </w:r>
            <w:r w:rsidRPr="006117BB" w:rsidDel="005C6BF6">
              <w:rPr>
                <w:rFonts w:asciiTheme="majorHAnsi" w:eastAsiaTheme="majorEastAsia" w:hAnsiTheme="majorHAnsi" w:cstheme="majorHAnsi"/>
                <w:sz w:val="18"/>
                <w:szCs w:val="18"/>
                <w:lang w:eastAsia="ja-JP"/>
              </w:rPr>
              <w:t xml:space="preserve"> </w:t>
            </w:r>
            <w:r w:rsidRPr="006117BB">
              <w:rPr>
                <w:rFonts w:asciiTheme="majorHAnsi" w:eastAsiaTheme="majorEastAsia" w:hAnsiTheme="majorHAnsi" w:cstheme="majorHAnsi"/>
                <w:sz w:val="18"/>
                <w:szCs w:val="18"/>
                <w:lang w:eastAsia="ja-JP"/>
              </w:rPr>
              <w:t>Task</w:t>
            </w:r>
          </w:p>
        </w:tc>
      </w:tr>
      <w:tr w:rsidR="008F1FF3" w:rsidRPr="00852A3B" w14:paraId="1327D97C" w14:textId="77777777" w:rsidTr="006117BB">
        <w:trPr>
          <w:trHeight w:val="2047"/>
        </w:trPr>
        <w:tc>
          <w:tcPr>
            <w:tcW w:w="1701" w:type="dxa"/>
          </w:tcPr>
          <w:p w14:paraId="785B758B" w14:textId="77777777" w:rsidR="007B4114" w:rsidRPr="006117BB" w:rsidRDefault="007B4114" w:rsidP="007B4114">
            <w:pPr>
              <w:rPr>
                <w:rFonts w:asciiTheme="majorHAnsi" w:eastAsiaTheme="majorEastAsia" w:hAnsiTheme="majorHAnsi" w:cstheme="majorHAnsi"/>
                <w:sz w:val="18"/>
                <w:szCs w:val="18"/>
                <w:lang w:eastAsia="ja-JP"/>
              </w:rPr>
            </w:pPr>
            <w:r w:rsidRPr="006117BB">
              <w:rPr>
                <w:rFonts w:asciiTheme="majorHAnsi" w:eastAsiaTheme="majorEastAsia" w:hAnsiTheme="majorHAnsi" w:cstheme="majorHAnsi"/>
                <w:sz w:val="18"/>
                <w:szCs w:val="18"/>
                <w:lang w:eastAsia="ja-JP"/>
              </w:rPr>
              <w:t>Nurse</w:t>
            </w:r>
          </w:p>
          <w:p w14:paraId="3C06E76B" w14:textId="40566B59" w:rsidR="007B4114" w:rsidRPr="006117BB" w:rsidRDefault="008B0DD8" w:rsidP="007B4114">
            <w:pPr>
              <w:rPr>
                <w:rFonts w:asciiTheme="majorHAnsi" w:eastAsiaTheme="majorEastAsia" w:hAnsiTheme="majorHAnsi" w:cstheme="majorHAnsi"/>
                <w:sz w:val="18"/>
                <w:szCs w:val="18"/>
                <w:lang w:eastAsia="ja-JP"/>
              </w:rPr>
            </w:pPr>
            <w:r w:rsidRPr="00FE69CB">
              <w:rPr>
                <w:rFonts w:asciiTheme="majorHAnsi" w:eastAsiaTheme="majorEastAsia" w:hAnsiTheme="majorHAnsi" w:cstheme="majorHAnsi" w:hint="eastAsia"/>
                <w:sz w:val="18"/>
                <w:szCs w:val="18"/>
                <w:lang w:eastAsia="ja-JP"/>
              </w:rPr>
              <w:t>（</w:t>
            </w:r>
            <w:r w:rsidR="007B4114" w:rsidRPr="006117BB">
              <w:rPr>
                <w:rFonts w:asciiTheme="majorHAnsi" w:eastAsiaTheme="majorEastAsia" w:hAnsiTheme="majorHAnsi" w:cstheme="majorHAnsi" w:hint="eastAsia"/>
                <w:sz w:val="18"/>
                <w:szCs w:val="18"/>
                <w:lang w:eastAsia="ja-JP"/>
              </w:rPr>
              <w:t>看護部</w:t>
            </w:r>
            <w:r w:rsidRPr="00FE69CB">
              <w:rPr>
                <w:rFonts w:asciiTheme="majorHAnsi" w:eastAsiaTheme="majorEastAsia" w:hAnsiTheme="majorHAnsi" w:cstheme="majorHAnsi" w:hint="eastAsia"/>
                <w:sz w:val="18"/>
                <w:szCs w:val="18"/>
                <w:lang w:eastAsia="ja-JP"/>
              </w:rPr>
              <w:t>）</w:t>
            </w:r>
          </w:p>
        </w:tc>
        <w:tc>
          <w:tcPr>
            <w:tcW w:w="5386" w:type="dxa"/>
          </w:tcPr>
          <w:p w14:paraId="1592C7E8" w14:textId="7C28614F" w:rsidR="008A7000" w:rsidRPr="006117BB" w:rsidRDefault="003E4909" w:rsidP="006117BB">
            <w:pPr>
              <w:pStyle w:val="ae"/>
              <w:numPr>
                <w:ilvl w:val="0"/>
                <w:numId w:val="15"/>
              </w:numPr>
              <w:spacing w:after="76"/>
              <w:ind w:left="318" w:hanging="284"/>
              <w:rPr>
                <w:rFonts w:asciiTheme="majorHAnsi" w:eastAsiaTheme="majorEastAsia" w:hAnsiTheme="majorHAnsi" w:cstheme="majorHAnsi"/>
                <w:sz w:val="18"/>
                <w:szCs w:val="18"/>
              </w:rPr>
            </w:pPr>
            <w:r w:rsidRPr="006117BB">
              <w:rPr>
                <w:rFonts w:asciiTheme="majorHAnsi" w:eastAsiaTheme="majorEastAsia" w:hAnsiTheme="majorHAnsi" w:cstheme="majorHAnsi"/>
                <w:sz w:val="18"/>
                <w:szCs w:val="18"/>
                <w:lang w:eastAsia="ja-JP"/>
              </w:rPr>
              <w:t xml:space="preserve">Collect biological </w:t>
            </w:r>
            <w:proofErr w:type="spellStart"/>
            <w:r w:rsidRPr="006117BB">
              <w:rPr>
                <w:rFonts w:asciiTheme="majorHAnsi" w:eastAsiaTheme="majorEastAsia" w:hAnsiTheme="majorHAnsi" w:cstheme="majorHAnsi"/>
                <w:sz w:val="18"/>
                <w:szCs w:val="18"/>
                <w:lang w:eastAsia="ja-JP"/>
              </w:rPr>
              <w:t>samples</w:t>
            </w:r>
            <w:r w:rsidR="004E2E33" w:rsidRPr="006117BB">
              <w:rPr>
                <w:rFonts w:asciiTheme="majorHAnsi" w:eastAsiaTheme="majorEastAsia" w:hAnsiTheme="majorHAnsi" w:cstheme="majorHAnsi" w:hint="eastAsia"/>
                <w:sz w:val="18"/>
                <w:szCs w:val="18"/>
              </w:rPr>
              <w:t>（検体採取</w:t>
            </w:r>
            <w:proofErr w:type="spellEnd"/>
            <w:r w:rsidR="004E2E33" w:rsidRPr="006117BB">
              <w:rPr>
                <w:rFonts w:asciiTheme="majorHAnsi" w:eastAsiaTheme="majorEastAsia" w:hAnsiTheme="majorHAnsi" w:cstheme="majorHAnsi" w:hint="eastAsia"/>
                <w:sz w:val="18"/>
                <w:szCs w:val="18"/>
              </w:rPr>
              <w:t>）</w:t>
            </w:r>
          </w:p>
          <w:p w14:paraId="7744A835" w14:textId="4C75A03C" w:rsidR="008A7000" w:rsidRPr="006117BB" w:rsidRDefault="004E2E33" w:rsidP="008A7000">
            <w:pPr>
              <w:pStyle w:val="ae"/>
              <w:numPr>
                <w:ilvl w:val="0"/>
                <w:numId w:val="15"/>
              </w:numPr>
              <w:spacing w:after="76"/>
              <w:ind w:left="318" w:hanging="284"/>
              <w:rPr>
                <w:sz w:val="18"/>
                <w:szCs w:val="18"/>
              </w:rPr>
            </w:pPr>
            <w:r w:rsidRPr="006117BB">
              <w:rPr>
                <w:rFonts w:asciiTheme="majorHAnsi" w:eastAsiaTheme="majorEastAsia" w:hAnsiTheme="majorHAnsi" w:cstheme="majorHAnsi"/>
                <w:sz w:val="18"/>
                <w:szCs w:val="18"/>
              </w:rPr>
              <w:t>Measurement (vital signs, height, weight, etc.)</w:t>
            </w:r>
          </w:p>
          <w:p w14:paraId="4C5A1009" w14:textId="5790FC35" w:rsidR="008A7000" w:rsidRPr="006117BB" w:rsidRDefault="004E2E33" w:rsidP="006117BB">
            <w:pPr>
              <w:pStyle w:val="ae"/>
              <w:spacing w:after="76"/>
              <w:ind w:left="318"/>
              <w:rPr>
                <w:sz w:val="18"/>
                <w:szCs w:val="18"/>
                <w:lang w:eastAsia="ja-JP"/>
              </w:rPr>
            </w:pPr>
            <w:r w:rsidRPr="006117BB">
              <w:rPr>
                <w:rFonts w:asciiTheme="majorHAnsi" w:eastAsiaTheme="majorEastAsia" w:hAnsiTheme="majorHAnsi" w:cstheme="majorHAnsi" w:hint="eastAsia"/>
                <w:sz w:val="18"/>
                <w:szCs w:val="18"/>
                <w:lang w:eastAsia="ja-JP"/>
              </w:rPr>
              <w:t>（バイタル測定、身体測定）</w:t>
            </w:r>
          </w:p>
          <w:p w14:paraId="68CF748E" w14:textId="55DE8E2F" w:rsidR="008A7000" w:rsidRPr="006117BB" w:rsidRDefault="004E2E33" w:rsidP="006117BB">
            <w:pPr>
              <w:pStyle w:val="ae"/>
              <w:numPr>
                <w:ilvl w:val="0"/>
                <w:numId w:val="15"/>
              </w:numPr>
              <w:spacing w:after="76"/>
              <w:ind w:left="318" w:hanging="284"/>
              <w:rPr>
                <w:rFonts w:asciiTheme="majorHAnsi" w:eastAsiaTheme="majorEastAsia" w:hAnsiTheme="majorHAnsi" w:cstheme="majorHAnsi"/>
                <w:sz w:val="18"/>
                <w:szCs w:val="18"/>
              </w:rPr>
            </w:pPr>
            <w:r w:rsidRPr="006117BB">
              <w:rPr>
                <w:rFonts w:asciiTheme="majorHAnsi" w:eastAsiaTheme="majorEastAsia" w:hAnsiTheme="majorHAnsi" w:cstheme="majorHAnsi"/>
                <w:sz w:val="18"/>
                <w:szCs w:val="18"/>
              </w:rPr>
              <w:t xml:space="preserve">Drug </w:t>
            </w:r>
            <w:proofErr w:type="spellStart"/>
            <w:r w:rsidRPr="006117BB">
              <w:rPr>
                <w:rFonts w:asciiTheme="majorHAnsi" w:eastAsiaTheme="majorEastAsia" w:hAnsiTheme="majorHAnsi" w:cstheme="majorHAnsi"/>
                <w:sz w:val="18"/>
                <w:szCs w:val="18"/>
              </w:rPr>
              <w:t>administration</w:t>
            </w:r>
            <w:r w:rsidRPr="006117BB">
              <w:rPr>
                <w:rFonts w:asciiTheme="majorHAnsi" w:eastAsiaTheme="majorEastAsia" w:hAnsiTheme="majorHAnsi" w:cstheme="majorHAnsi" w:hint="eastAsia"/>
                <w:sz w:val="18"/>
                <w:szCs w:val="18"/>
              </w:rPr>
              <w:t>（投薬</w:t>
            </w:r>
            <w:proofErr w:type="spellEnd"/>
            <w:r w:rsidRPr="006117BB">
              <w:rPr>
                <w:rFonts w:asciiTheme="majorHAnsi" w:eastAsiaTheme="majorEastAsia" w:hAnsiTheme="majorHAnsi" w:cstheme="majorHAnsi" w:hint="eastAsia"/>
                <w:sz w:val="18"/>
                <w:szCs w:val="18"/>
              </w:rPr>
              <w:t>）</w:t>
            </w:r>
          </w:p>
          <w:p w14:paraId="6FE8D127" w14:textId="5601864D" w:rsidR="007B4114" w:rsidRPr="006117BB" w:rsidRDefault="004E2E33" w:rsidP="006117BB">
            <w:pPr>
              <w:pStyle w:val="ae"/>
              <w:numPr>
                <w:ilvl w:val="0"/>
                <w:numId w:val="15"/>
              </w:numPr>
              <w:spacing w:after="76"/>
              <w:ind w:left="318" w:hanging="284"/>
              <w:rPr>
                <w:rFonts w:asciiTheme="majorHAnsi" w:eastAsiaTheme="majorEastAsia" w:hAnsiTheme="majorHAnsi" w:cstheme="majorHAnsi"/>
                <w:sz w:val="18"/>
                <w:szCs w:val="18"/>
                <w:lang w:eastAsia="ja-JP"/>
              </w:rPr>
            </w:pPr>
            <w:r w:rsidRPr="006117BB">
              <w:rPr>
                <w:rFonts w:asciiTheme="majorHAnsi" w:eastAsiaTheme="majorEastAsia" w:hAnsiTheme="majorHAnsi" w:cstheme="majorHAnsi"/>
                <w:sz w:val="18"/>
                <w:szCs w:val="18"/>
              </w:rPr>
              <w:t xml:space="preserve">Disease </w:t>
            </w:r>
            <w:proofErr w:type="spellStart"/>
            <w:r w:rsidRPr="006117BB">
              <w:rPr>
                <w:rFonts w:asciiTheme="majorHAnsi" w:eastAsiaTheme="majorEastAsia" w:hAnsiTheme="majorHAnsi" w:cstheme="majorHAnsi"/>
                <w:sz w:val="18"/>
                <w:szCs w:val="18"/>
              </w:rPr>
              <w:t>guidance</w:t>
            </w:r>
            <w:r w:rsidRPr="006117BB">
              <w:rPr>
                <w:rFonts w:asciiTheme="majorEastAsia" w:eastAsiaTheme="majorEastAsia" w:hAnsiTheme="majorEastAsia" w:cstheme="majorHAnsi" w:hint="eastAsia"/>
                <w:bCs/>
                <w:sz w:val="18"/>
                <w:szCs w:val="18"/>
              </w:rPr>
              <w:t>（患者指導</w:t>
            </w:r>
            <w:proofErr w:type="spellEnd"/>
            <w:r w:rsidRPr="006117BB">
              <w:rPr>
                <w:rFonts w:asciiTheme="majorEastAsia" w:eastAsiaTheme="majorEastAsia" w:hAnsiTheme="majorEastAsia" w:cstheme="majorHAnsi" w:hint="eastAsia"/>
                <w:bCs/>
                <w:sz w:val="18"/>
                <w:szCs w:val="18"/>
              </w:rPr>
              <w:t>）</w:t>
            </w:r>
          </w:p>
        </w:tc>
        <w:tc>
          <w:tcPr>
            <w:tcW w:w="1701" w:type="dxa"/>
          </w:tcPr>
          <w:p w14:paraId="71A2CD09" w14:textId="678526DF" w:rsidR="007B4114" w:rsidRPr="006117BB" w:rsidRDefault="004E2E33" w:rsidP="007B4114">
            <w:pPr>
              <w:rPr>
                <w:rFonts w:asciiTheme="majorHAnsi" w:eastAsiaTheme="majorEastAsia" w:hAnsiTheme="majorHAnsi" w:cstheme="majorHAnsi"/>
                <w:sz w:val="18"/>
                <w:szCs w:val="18"/>
                <w:lang w:eastAsia="ja-JP"/>
              </w:rPr>
            </w:pPr>
            <w:r w:rsidRPr="006117BB">
              <w:rPr>
                <w:rFonts w:asciiTheme="majorHAnsi" w:eastAsiaTheme="majorEastAsia" w:hAnsiTheme="majorHAnsi" w:cstheme="majorHAnsi"/>
                <w:sz w:val="18"/>
                <w:szCs w:val="18"/>
                <w:lang w:eastAsia="ja-JP"/>
              </w:rPr>
              <w:t xml:space="preserve">Medical </w:t>
            </w:r>
            <w:r w:rsidR="008E6ABF" w:rsidRPr="006117BB">
              <w:rPr>
                <w:rFonts w:asciiTheme="majorHAnsi" w:eastAsiaTheme="majorEastAsia" w:hAnsiTheme="majorHAnsi" w:cstheme="majorHAnsi"/>
                <w:sz w:val="18"/>
                <w:szCs w:val="18"/>
                <w:lang w:eastAsia="ja-JP"/>
              </w:rPr>
              <w:t xml:space="preserve">Laboratory </w:t>
            </w:r>
            <w:r w:rsidRPr="006117BB">
              <w:rPr>
                <w:rFonts w:asciiTheme="majorHAnsi" w:eastAsiaTheme="majorEastAsia" w:hAnsiTheme="majorHAnsi" w:cstheme="majorHAnsi"/>
                <w:sz w:val="18"/>
                <w:szCs w:val="18"/>
                <w:lang w:eastAsia="ja-JP"/>
              </w:rPr>
              <w:t>Technologist</w:t>
            </w:r>
          </w:p>
          <w:p w14:paraId="51ACCAD7" w14:textId="3521AFFB" w:rsidR="004E2E33" w:rsidRPr="006117BB" w:rsidRDefault="008B0DD8" w:rsidP="007B4114">
            <w:pPr>
              <w:rPr>
                <w:rFonts w:asciiTheme="majorHAnsi" w:eastAsiaTheme="majorEastAsia" w:hAnsiTheme="majorHAnsi" w:cstheme="majorHAnsi"/>
                <w:sz w:val="18"/>
                <w:szCs w:val="18"/>
                <w:lang w:eastAsia="ja-JP"/>
              </w:rPr>
            </w:pPr>
            <w:r w:rsidRPr="00FE69CB">
              <w:rPr>
                <w:rFonts w:asciiTheme="majorHAnsi" w:eastAsiaTheme="majorEastAsia" w:hAnsiTheme="majorHAnsi" w:cstheme="majorHAnsi" w:hint="eastAsia"/>
                <w:sz w:val="18"/>
                <w:szCs w:val="18"/>
                <w:lang w:eastAsia="ja-JP"/>
              </w:rPr>
              <w:t>（</w:t>
            </w:r>
            <w:r w:rsidR="004E2E33" w:rsidRPr="006117BB">
              <w:rPr>
                <w:rFonts w:asciiTheme="majorHAnsi" w:eastAsiaTheme="majorEastAsia" w:hAnsiTheme="majorHAnsi" w:cstheme="majorHAnsi" w:hint="eastAsia"/>
                <w:sz w:val="18"/>
                <w:szCs w:val="18"/>
                <w:lang w:eastAsia="ja-JP"/>
              </w:rPr>
              <w:t>臨床検査部・輸血部</w:t>
            </w:r>
            <w:r w:rsidRPr="00FE69CB">
              <w:rPr>
                <w:rFonts w:asciiTheme="majorHAnsi" w:eastAsiaTheme="majorEastAsia" w:hAnsiTheme="majorHAnsi" w:cstheme="majorHAnsi" w:hint="eastAsia"/>
                <w:sz w:val="18"/>
                <w:szCs w:val="18"/>
                <w:lang w:eastAsia="ja-JP"/>
              </w:rPr>
              <w:t>）</w:t>
            </w:r>
          </w:p>
        </w:tc>
        <w:tc>
          <w:tcPr>
            <w:tcW w:w="5386" w:type="dxa"/>
          </w:tcPr>
          <w:p w14:paraId="4AC670C5" w14:textId="21BDADD4" w:rsidR="008A7000" w:rsidRPr="006117BB" w:rsidRDefault="00A00757" w:rsidP="006117BB">
            <w:pPr>
              <w:pStyle w:val="ae"/>
              <w:numPr>
                <w:ilvl w:val="0"/>
                <w:numId w:val="19"/>
              </w:numPr>
              <w:spacing w:after="54"/>
              <w:ind w:left="318" w:hanging="284"/>
              <w:rPr>
                <w:rFonts w:asciiTheme="majorHAnsi" w:eastAsiaTheme="majorEastAsia" w:hAnsiTheme="majorHAnsi" w:cstheme="majorHAnsi"/>
                <w:sz w:val="18"/>
                <w:szCs w:val="18"/>
              </w:rPr>
            </w:pPr>
            <w:r w:rsidRPr="006117BB">
              <w:rPr>
                <w:rFonts w:asciiTheme="majorHAnsi" w:eastAsiaTheme="majorEastAsia" w:hAnsiTheme="majorHAnsi" w:cstheme="majorHAnsi"/>
                <w:sz w:val="18"/>
                <w:szCs w:val="18"/>
              </w:rPr>
              <w:t xml:space="preserve">Collect/Process biological </w:t>
            </w:r>
            <w:proofErr w:type="spellStart"/>
            <w:r w:rsidRPr="006117BB">
              <w:rPr>
                <w:rFonts w:asciiTheme="majorHAnsi" w:eastAsiaTheme="majorEastAsia" w:hAnsiTheme="majorHAnsi" w:cstheme="majorHAnsi"/>
                <w:sz w:val="18"/>
                <w:szCs w:val="18"/>
              </w:rPr>
              <w:t>samples</w:t>
            </w:r>
            <w:r w:rsidRPr="006117BB">
              <w:rPr>
                <w:rFonts w:asciiTheme="majorHAnsi" w:eastAsiaTheme="majorEastAsia" w:hAnsiTheme="majorHAnsi" w:cstheme="majorHAnsi" w:hint="eastAsia"/>
                <w:sz w:val="18"/>
                <w:szCs w:val="18"/>
              </w:rPr>
              <w:t>（検体採取、処理</w:t>
            </w:r>
            <w:proofErr w:type="spellEnd"/>
            <w:r w:rsidRPr="006117BB">
              <w:rPr>
                <w:rFonts w:asciiTheme="majorHAnsi" w:eastAsiaTheme="majorEastAsia" w:hAnsiTheme="majorHAnsi" w:cstheme="majorHAnsi" w:hint="eastAsia"/>
                <w:sz w:val="18"/>
                <w:szCs w:val="18"/>
              </w:rPr>
              <w:t>）</w:t>
            </w:r>
          </w:p>
          <w:p w14:paraId="417FD310" w14:textId="2DBA4093" w:rsidR="008A7000" w:rsidRPr="006117BB" w:rsidRDefault="00A00757" w:rsidP="006117BB">
            <w:pPr>
              <w:pStyle w:val="ae"/>
              <w:numPr>
                <w:ilvl w:val="0"/>
                <w:numId w:val="19"/>
              </w:numPr>
              <w:spacing w:after="54"/>
              <w:ind w:left="318" w:hanging="284"/>
              <w:rPr>
                <w:rFonts w:asciiTheme="majorHAnsi" w:eastAsiaTheme="majorEastAsia" w:hAnsiTheme="majorHAnsi" w:cstheme="majorHAnsi"/>
                <w:sz w:val="18"/>
                <w:szCs w:val="18"/>
              </w:rPr>
            </w:pPr>
            <w:r w:rsidRPr="006117BB">
              <w:rPr>
                <w:rFonts w:asciiTheme="majorHAnsi" w:eastAsiaTheme="majorEastAsia" w:hAnsiTheme="majorHAnsi" w:cstheme="majorHAnsi"/>
                <w:sz w:val="18"/>
                <w:szCs w:val="18"/>
              </w:rPr>
              <w:t xml:space="preserve">Laboratory </w:t>
            </w:r>
            <w:proofErr w:type="spellStart"/>
            <w:r w:rsidRPr="006117BB">
              <w:rPr>
                <w:rFonts w:asciiTheme="majorHAnsi" w:eastAsiaTheme="majorEastAsia" w:hAnsiTheme="majorHAnsi" w:cstheme="majorHAnsi"/>
                <w:sz w:val="18"/>
                <w:szCs w:val="18"/>
              </w:rPr>
              <w:t>tests</w:t>
            </w:r>
            <w:r w:rsidRPr="006117BB">
              <w:rPr>
                <w:rFonts w:asciiTheme="majorHAnsi" w:eastAsiaTheme="majorEastAsia" w:hAnsiTheme="majorHAnsi" w:cstheme="majorHAnsi" w:hint="eastAsia"/>
                <w:sz w:val="18"/>
                <w:szCs w:val="18"/>
              </w:rPr>
              <w:t>（検体検査</w:t>
            </w:r>
            <w:proofErr w:type="spellEnd"/>
            <w:r w:rsidRPr="006117BB">
              <w:rPr>
                <w:rFonts w:asciiTheme="majorHAnsi" w:eastAsiaTheme="majorEastAsia" w:hAnsiTheme="majorHAnsi" w:cstheme="majorHAnsi" w:hint="eastAsia"/>
                <w:sz w:val="18"/>
                <w:szCs w:val="18"/>
              </w:rPr>
              <w:t>）</w:t>
            </w:r>
          </w:p>
          <w:p w14:paraId="32FA2457" w14:textId="48649D65" w:rsidR="008A7000" w:rsidRPr="00FE69CB" w:rsidRDefault="00A00757" w:rsidP="00A00757">
            <w:pPr>
              <w:pStyle w:val="ae"/>
              <w:numPr>
                <w:ilvl w:val="0"/>
                <w:numId w:val="19"/>
              </w:numPr>
              <w:spacing w:after="54"/>
              <w:ind w:left="318" w:hanging="284"/>
              <w:rPr>
                <w:rFonts w:asciiTheme="majorHAnsi" w:eastAsiaTheme="majorEastAsia" w:hAnsiTheme="majorHAnsi" w:cstheme="majorHAnsi"/>
                <w:sz w:val="18"/>
                <w:szCs w:val="18"/>
                <w:lang w:eastAsia="ja-JP"/>
              </w:rPr>
            </w:pPr>
            <w:r w:rsidRPr="006117BB">
              <w:rPr>
                <w:rFonts w:asciiTheme="majorHAnsi" w:eastAsiaTheme="majorEastAsia" w:hAnsiTheme="majorHAnsi" w:cstheme="majorHAnsi"/>
                <w:sz w:val="18"/>
                <w:szCs w:val="18"/>
              </w:rPr>
              <w:t xml:space="preserve">Physiological function examination(electrocardiogram, respiratory functional examination, brain wave </w:t>
            </w:r>
            <w:proofErr w:type="spellStart"/>
            <w:r w:rsidRPr="006117BB">
              <w:rPr>
                <w:rFonts w:asciiTheme="majorHAnsi" w:eastAsiaTheme="majorEastAsia" w:hAnsiTheme="majorHAnsi" w:cstheme="majorHAnsi"/>
                <w:sz w:val="18"/>
                <w:szCs w:val="18"/>
              </w:rPr>
              <w:t>examination,US,etc</w:t>
            </w:r>
            <w:proofErr w:type="spellEnd"/>
            <w:r w:rsidRPr="006117BB">
              <w:rPr>
                <w:rFonts w:asciiTheme="majorHAnsi" w:eastAsiaTheme="majorEastAsia" w:hAnsiTheme="majorHAnsi" w:cstheme="majorHAnsi"/>
                <w:sz w:val="18"/>
                <w:szCs w:val="18"/>
              </w:rPr>
              <w:t>.)</w:t>
            </w:r>
            <w:r w:rsidRPr="006117BB">
              <w:rPr>
                <w:rFonts w:asciiTheme="majorHAnsi" w:eastAsiaTheme="majorEastAsia" w:hAnsiTheme="majorHAnsi" w:cstheme="majorHAnsi" w:hint="eastAsia"/>
                <w:sz w:val="18"/>
                <w:szCs w:val="18"/>
                <w:lang w:eastAsia="ja-JP"/>
              </w:rPr>
              <w:t>（生理検査（心電図・呼吸機能・脳波・超音波等））</w:t>
            </w:r>
          </w:p>
          <w:p w14:paraId="1E0C863F" w14:textId="6A7122B9" w:rsidR="008A7000" w:rsidRPr="00FE69CB" w:rsidRDefault="00A00757" w:rsidP="008A7000">
            <w:pPr>
              <w:pStyle w:val="ae"/>
              <w:numPr>
                <w:ilvl w:val="0"/>
                <w:numId w:val="19"/>
              </w:numPr>
              <w:spacing w:after="54"/>
              <w:ind w:left="318" w:hanging="284"/>
              <w:rPr>
                <w:rFonts w:asciiTheme="majorHAnsi" w:eastAsiaTheme="majorEastAsia" w:hAnsiTheme="majorHAnsi" w:cstheme="majorHAnsi"/>
                <w:sz w:val="18"/>
                <w:szCs w:val="18"/>
                <w:lang w:eastAsia="ja-JP"/>
              </w:rPr>
            </w:pPr>
            <w:r w:rsidRPr="006117BB">
              <w:rPr>
                <w:rFonts w:asciiTheme="majorHAnsi" w:eastAsiaTheme="majorEastAsia" w:hAnsiTheme="majorHAnsi" w:cstheme="majorHAnsi"/>
                <w:sz w:val="18"/>
                <w:szCs w:val="18"/>
              </w:rPr>
              <w:t>Management of diagnostic equipment</w:t>
            </w:r>
            <w:r w:rsidRPr="006117BB">
              <w:rPr>
                <w:rFonts w:asciiTheme="majorHAnsi" w:eastAsiaTheme="majorEastAsia" w:hAnsiTheme="majorHAnsi" w:cstheme="majorHAnsi" w:hint="eastAsia"/>
                <w:sz w:val="18"/>
                <w:szCs w:val="18"/>
                <w:lang w:eastAsia="ja-JP"/>
              </w:rPr>
              <w:t>（検査機器管理）</w:t>
            </w:r>
          </w:p>
          <w:p w14:paraId="6CEE75BE" w14:textId="7743833E" w:rsidR="00BE2524" w:rsidRPr="006117BB" w:rsidRDefault="00BE2524" w:rsidP="006117BB">
            <w:pPr>
              <w:pStyle w:val="ae"/>
              <w:numPr>
                <w:ilvl w:val="0"/>
                <w:numId w:val="19"/>
              </w:numPr>
              <w:spacing w:after="54"/>
              <w:ind w:left="318" w:hanging="284"/>
              <w:rPr>
                <w:rFonts w:asciiTheme="majorHAnsi" w:eastAsiaTheme="majorEastAsia" w:hAnsiTheme="majorHAnsi" w:cstheme="majorHAnsi"/>
                <w:sz w:val="18"/>
                <w:szCs w:val="18"/>
                <w:lang w:eastAsia="ja-JP"/>
              </w:rPr>
            </w:pPr>
            <w:r w:rsidRPr="006117BB">
              <w:rPr>
                <w:rFonts w:asciiTheme="majorHAnsi" w:eastAsiaTheme="majorEastAsia" w:hAnsiTheme="majorHAnsi" w:cstheme="majorHAnsi"/>
                <w:sz w:val="18"/>
                <w:szCs w:val="18"/>
              </w:rPr>
              <w:t>Pathology specimen manufacture</w:t>
            </w:r>
            <w:r w:rsidR="008B0DD8" w:rsidRPr="00FE69CB">
              <w:rPr>
                <w:rFonts w:asciiTheme="majorHAnsi" w:eastAsiaTheme="majorEastAsia" w:hAnsiTheme="majorHAnsi" w:cstheme="majorHAnsi" w:hint="eastAsia"/>
                <w:sz w:val="18"/>
                <w:szCs w:val="18"/>
                <w:lang w:eastAsia="ja-JP"/>
              </w:rPr>
              <w:t>（</w:t>
            </w:r>
            <w:proofErr w:type="spellStart"/>
            <w:r w:rsidRPr="006117BB">
              <w:rPr>
                <w:rFonts w:asciiTheme="majorHAnsi" w:eastAsiaTheme="majorEastAsia" w:hAnsiTheme="majorHAnsi" w:cstheme="majorHAnsi"/>
                <w:sz w:val="18"/>
                <w:szCs w:val="18"/>
              </w:rPr>
              <w:t>病理標本作製</w:t>
            </w:r>
            <w:proofErr w:type="spellEnd"/>
            <w:r w:rsidR="008B0DD8" w:rsidRPr="00FE69CB">
              <w:rPr>
                <w:rFonts w:asciiTheme="majorHAnsi" w:eastAsiaTheme="majorEastAsia" w:hAnsiTheme="majorHAnsi" w:cstheme="majorHAnsi" w:hint="eastAsia"/>
                <w:sz w:val="18"/>
                <w:szCs w:val="18"/>
                <w:lang w:eastAsia="ja-JP"/>
              </w:rPr>
              <w:t>）</w:t>
            </w:r>
          </w:p>
        </w:tc>
      </w:tr>
      <w:tr w:rsidR="008F1FF3" w:rsidRPr="00852A3B" w14:paraId="15CE60FA" w14:textId="77777777" w:rsidTr="006117BB">
        <w:trPr>
          <w:trHeight w:val="2416"/>
        </w:trPr>
        <w:tc>
          <w:tcPr>
            <w:tcW w:w="1701" w:type="dxa"/>
          </w:tcPr>
          <w:p w14:paraId="14B2EF98" w14:textId="6C7423A1" w:rsidR="00A00757" w:rsidRPr="006117BB" w:rsidRDefault="00A00757" w:rsidP="00A00757">
            <w:pPr>
              <w:rPr>
                <w:rFonts w:asciiTheme="majorHAnsi" w:eastAsiaTheme="majorEastAsia" w:hAnsiTheme="majorHAnsi" w:cstheme="majorHAnsi"/>
                <w:sz w:val="18"/>
                <w:szCs w:val="18"/>
                <w:lang w:eastAsia="ja-JP"/>
              </w:rPr>
            </w:pPr>
            <w:r w:rsidRPr="006117BB">
              <w:rPr>
                <w:rFonts w:asciiTheme="majorHAnsi" w:eastAsiaTheme="majorEastAsia" w:hAnsiTheme="majorHAnsi" w:cstheme="majorHAnsi"/>
                <w:sz w:val="18"/>
                <w:szCs w:val="18"/>
                <w:lang w:eastAsia="ja-JP"/>
              </w:rPr>
              <w:t>Pharmac</w:t>
            </w:r>
            <w:r w:rsidR="008E6ABF" w:rsidRPr="006117BB">
              <w:rPr>
                <w:rFonts w:asciiTheme="majorHAnsi" w:eastAsiaTheme="majorEastAsia" w:hAnsiTheme="majorHAnsi" w:cstheme="majorHAnsi"/>
                <w:sz w:val="18"/>
                <w:szCs w:val="18"/>
                <w:lang w:eastAsia="ja-JP"/>
              </w:rPr>
              <w:t>y</w:t>
            </w:r>
          </w:p>
          <w:p w14:paraId="7ACF2D67" w14:textId="77642C01" w:rsidR="00A00757" w:rsidRPr="006117BB" w:rsidRDefault="008B0DD8" w:rsidP="00A00757">
            <w:pPr>
              <w:rPr>
                <w:rFonts w:asciiTheme="majorHAnsi" w:eastAsiaTheme="majorEastAsia" w:hAnsiTheme="majorHAnsi" w:cstheme="majorHAnsi"/>
                <w:sz w:val="18"/>
                <w:szCs w:val="18"/>
                <w:lang w:eastAsia="ja-JP"/>
              </w:rPr>
            </w:pPr>
            <w:r w:rsidRPr="00FE69CB">
              <w:rPr>
                <w:rFonts w:asciiTheme="majorHAnsi" w:eastAsiaTheme="majorEastAsia" w:hAnsiTheme="majorHAnsi" w:cstheme="majorHAnsi" w:hint="eastAsia"/>
                <w:sz w:val="18"/>
                <w:szCs w:val="18"/>
                <w:lang w:eastAsia="ja-JP"/>
              </w:rPr>
              <w:t>（</w:t>
            </w:r>
            <w:r w:rsidR="00A00757" w:rsidRPr="006117BB">
              <w:rPr>
                <w:rFonts w:asciiTheme="majorHAnsi" w:eastAsiaTheme="majorEastAsia" w:hAnsiTheme="majorHAnsi" w:cstheme="majorHAnsi" w:hint="eastAsia"/>
                <w:sz w:val="18"/>
                <w:szCs w:val="18"/>
                <w:lang w:eastAsia="ja-JP"/>
              </w:rPr>
              <w:t>薬剤部</w:t>
            </w:r>
            <w:r w:rsidRPr="00FE69CB">
              <w:rPr>
                <w:rFonts w:asciiTheme="majorHAnsi" w:eastAsiaTheme="majorEastAsia" w:hAnsiTheme="majorHAnsi" w:cstheme="majorHAnsi" w:hint="eastAsia"/>
                <w:sz w:val="18"/>
                <w:szCs w:val="18"/>
                <w:lang w:eastAsia="ja-JP"/>
              </w:rPr>
              <w:t>）</w:t>
            </w:r>
          </w:p>
        </w:tc>
        <w:tc>
          <w:tcPr>
            <w:tcW w:w="5386" w:type="dxa"/>
          </w:tcPr>
          <w:p w14:paraId="67078986" w14:textId="718BF48E" w:rsidR="00FE69CB" w:rsidRPr="006117BB" w:rsidRDefault="00FE69CB" w:rsidP="00E90FD6">
            <w:pPr>
              <w:pStyle w:val="ae"/>
              <w:numPr>
                <w:ilvl w:val="0"/>
                <w:numId w:val="15"/>
              </w:numPr>
              <w:spacing w:after="76"/>
              <w:ind w:left="318" w:hanging="284"/>
              <w:rPr>
                <w:rFonts w:asciiTheme="majorHAnsi" w:eastAsiaTheme="majorEastAsia" w:hAnsiTheme="majorHAnsi" w:cstheme="majorHAnsi"/>
                <w:sz w:val="18"/>
                <w:szCs w:val="18"/>
                <w:lang w:eastAsia="ja-JP"/>
              </w:rPr>
            </w:pPr>
            <w:r w:rsidRPr="00A000E1">
              <w:rPr>
                <w:rFonts w:asciiTheme="majorHAnsi" w:eastAsiaTheme="majorEastAsia" w:hAnsiTheme="majorHAnsi" w:cstheme="majorHAnsi"/>
                <w:sz w:val="18"/>
                <w:szCs w:val="18"/>
              </w:rPr>
              <w:t>The Investigational Product</w:t>
            </w:r>
            <w:r w:rsidRPr="00A000E1">
              <w:rPr>
                <w:rFonts w:asciiTheme="majorHAnsi" w:eastAsiaTheme="majorEastAsia" w:hAnsiTheme="majorHAnsi" w:cstheme="majorHAnsi" w:hint="eastAsia"/>
                <w:sz w:val="18"/>
                <w:szCs w:val="18"/>
                <w:lang w:eastAsia="ja-JP"/>
              </w:rPr>
              <w:t>（</w:t>
            </w:r>
            <w:r w:rsidRPr="00A000E1">
              <w:rPr>
                <w:rFonts w:asciiTheme="majorHAnsi" w:eastAsiaTheme="majorEastAsia" w:hAnsiTheme="majorHAnsi" w:cstheme="majorHAnsi"/>
                <w:sz w:val="18"/>
                <w:szCs w:val="18"/>
                <w:lang w:eastAsia="ja-JP"/>
              </w:rPr>
              <w:t>IP</w:t>
            </w:r>
            <w:r w:rsidRPr="00A000E1">
              <w:rPr>
                <w:rFonts w:asciiTheme="majorHAnsi" w:eastAsiaTheme="majorEastAsia" w:hAnsiTheme="majorHAnsi" w:cstheme="majorHAnsi" w:hint="eastAsia"/>
                <w:sz w:val="18"/>
                <w:szCs w:val="18"/>
                <w:lang w:eastAsia="ja-JP"/>
              </w:rPr>
              <w:t>）</w:t>
            </w:r>
            <w:r w:rsidRPr="00A000E1">
              <w:rPr>
                <w:rFonts w:asciiTheme="majorHAnsi" w:eastAsiaTheme="majorEastAsia" w:hAnsiTheme="majorHAnsi" w:cstheme="majorHAnsi"/>
                <w:sz w:val="18"/>
                <w:szCs w:val="18"/>
              </w:rPr>
              <w:t xml:space="preserve"> management assistant is separately designated by the supervising pharmacist</w:t>
            </w:r>
            <w:r w:rsidRPr="00A000E1">
              <w:rPr>
                <w:rFonts w:asciiTheme="majorEastAsia" w:eastAsiaTheme="majorEastAsia" w:hAnsiTheme="majorEastAsia" w:cstheme="majorHAnsi"/>
                <w:sz w:val="18"/>
                <w:szCs w:val="18"/>
              </w:rPr>
              <w:t>.</w:t>
            </w:r>
            <w:r w:rsidRPr="00A000E1">
              <w:rPr>
                <w:rFonts w:asciiTheme="majorEastAsia" w:eastAsiaTheme="majorEastAsia" w:hAnsiTheme="majorEastAsia"/>
                <w:sz w:val="18"/>
                <w:szCs w:val="18"/>
                <w:lang w:eastAsia="ja-JP"/>
              </w:rPr>
              <w:t>(</w:t>
            </w:r>
            <w:r w:rsidRPr="00A000E1">
              <w:rPr>
                <w:rFonts w:asciiTheme="majorEastAsia" w:eastAsiaTheme="majorEastAsia" w:hAnsiTheme="majorEastAsia" w:hint="eastAsia"/>
                <w:sz w:val="18"/>
                <w:szCs w:val="18"/>
                <w:lang w:eastAsia="ja-JP"/>
              </w:rPr>
              <w:t>治験薬管理者により、治験薬の管理補助者は別に任命されている</w:t>
            </w:r>
            <w:r w:rsidRPr="00A000E1">
              <w:rPr>
                <w:rFonts w:asciiTheme="majorEastAsia" w:eastAsiaTheme="majorEastAsia" w:hAnsiTheme="majorEastAsia"/>
                <w:sz w:val="18"/>
                <w:szCs w:val="18"/>
                <w:lang w:eastAsia="ja-JP"/>
              </w:rPr>
              <w:t>)</w:t>
            </w:r>
          </w:p>
          <w:p w14:paraId="134B9C76" w14:textId="4BFD00CF" w:rsidR="008A7000" w:rsidRPr="00FE69CB" w:rsidRDefault="00E90FD6" w:rsidP="00E90FD6">
            <w:pPr>
              <w:pStyle w:val="ae"/>
              <w:numPr>
                <w:ilvl w:val="0"/>
                <w:numId w:val="15"/>
              </w:numPr>
              <w:spacing w:after="76"/>
              <w:ind w:left="318" w:hanging="284"/>
              <w:rPr>
                <w:rFonts w:asciiTheme="majorHAnsi" w:eastAsiaTheme="majorEastAsia" w:hAnsiTheme="majorHAnsi" w:cstheme="majorHAnsi"/>
                <w:sz w:val="18"/>
                <w:szCs w:val="18"/>
                <w:lang w:eastAsia="ja-JP"/>
              </w:rPr>
            </w:pPr>
            <w:r w:rsidRPr="006117BB">
              <w:rPr>
                <w:rFonts w:asciiTheme="majorHAnsi" w:eastAsiaTheme="majorEastAsia" w:hAnsiTheme="majorHAnsi" w:cstheme="majorHAnsi"/>
                <w:sz w:val="18"/>
                <w:szCs w:val="18"/>
              </w:rPr>
              <w:t>Preparation and dispensing of medications as directed</w:t>
            </w:r>
            <w:r w:rsidRPr="006117BB">
              <w:rPr>
                <w:rFonts w:asciiTheme="majorHAnsi" w:eastAsiaTheme="majorEastAsia" w:hAnsiTheme="majorHAnsi" w:cstheme="majorHAnsi"/>
                <w:sz w:val="18"/>
                <w:szCs w:val="18"/>
                <w:lang w:eastAsia="ja-JP"/>
              </w:rPr>
              <w:t xml:space="preserve"> and audit of IP</w:t>
            </w:r>
            <w:r w:rsidR="008B0DD8" w:rsidRPr="00FE69CB">
              <w:rPr>
                <w:rFonts w:asciiTheme="majorHAnsi" w:eastAsiaTheme="majorEastAsia" w:hAnsiTheme="majorHAnsi" w:cstheme="majorHAnsi" w:hint="eastAsia"/>
                <w:sz w:val="18"/>
                <w:szCs w:val="18"/>
                <w:lang w:eastAsia="ja-JP"/>
              </w:rPr>
              <w:t>（</w:t>
            </w:r>
            <w:r w:rsidRPr="006117BB">
              <w:rPr>
                <w:rFonts w:asciiTheme="majorHAnsi" w:eastAsiaTheme="majorEastAsia" w:hAnsiTheme="majorHAnsi" w:cstheme="majorHAnsi" w:hint="eastAsia"/>
                <w:sz w:val="18"/>
                <w:szCs w:val="18"/>
                <w:lang w:eastAsia="ja-JP"/>
              </w:rPr>
              <w:t>医師の処方オーダーに従った調製調剤</w:t>
            </w:r>
            <w:r w:rsidRPr="006117BB">
              <w:rPr>
                <w:rFonts w:asciiTheme="majorHAnsi" w:eastAsiaTheme="majorEastAsia" w:hAnsiTheme="majorHAnsi" w:cstheme="majorHAnsi"/>
                <w:sz w:val="18"/>
                <w:szCs w:val="18"/>
                <w:lang w:eastAsia="ja-JP"/>
              </w:rPr>
              <w:t>,</w:t>
            </w:r>
            <w:r w:rsidRPr="006117BB">
              <w:rPr>
                <w:rFonts w:asciiTheme="majorHAnsi" w:eastAsiaTheme="majorEastAsia" w:hAnsiTheme="majorHAnsi" w:cstheme="majorHAnsi" w:hint="eastAsia"/>
                <w:sz w:val="18"/>
                <w:szCs w:val="18"/>
                <w:lang w:eastAsia="ja-JP"/>
              </w:rPr>
              <w:t>並び調剤後の監査</w:t>
            </w:r>
            <w:r w:rsidR="008B0DD8" w:rsidRPr="00FE69CB">
              <w:rPr>
                <w:rFonts w:asciiTheme="majorHAnsi" w:eastAsiaTheme="majorEastAsia" w:hAnsiTheme="majorHAnsi" w:cstheme="majorHAnsi" w:hint="eastAsia"/>
                <w:sz w:val="18"/>
                <w:szCs w:val="18"/>
                <w:lang w:eastAsia="ja-JP"/>
              </w:rPr>
              <w:t>）</w:t>
            </w:r>
          </w:p>
          <w:p w14:paraId="546DEA07" w14:textId="5A4CFA57" w:rsidR="008A7000" w:rsidRPr="006117BB" w:rsidRDefault="00E90FD6" w:rsidP="00E90FD6">
            <w:pPr>
              <w:pStyle w:val="ae"/>
              <w:numPr>
                <w:ilvl w:val="0"/>
                <w:numId w:val="15"/>
              </w:numPr>
              <w:spacing w:after="76"/>
              <w:ind w:left="318" w:hanging="284"/>
              <w:rPr>
                <w:rFonts w:asciiTheme="majorHAnsi" w:eastAsiaTheme="majorEastAsia" w:hAnsiTheme="majorHAnsi" w:cstheme="majorHAnsi"/>
                <w:sz w:val="18"/>
                <w:szCs w:val="18"/>
                <w:lang w:eastAsia="ja-JP"/>
              </w:rPr>
            </w:pPr>
            <w:r w:rsidRPr="006117BB">
              <w:rPr>
                <w:rFonts w:asciiTheme="majorHAnsi" w:eastAsiaTheme="majorEastAsia" w:hAnsiTheme="majorHAnsi" w:cstheme="majorHAnsi"/>
                <w:sz w:val="18"/>
                <w:szCs w:val="18"/>
                <w:lang w:eastAsia="ja-JP"/>
              </w:rPr>
              <w:t xml:space="preserve">Record of drug inventory log </w:t>
            </w:r>
            <w:r w:rsidR="008B0DD8" w:rsidRPr="00FE69CB">
              <w:rPr>
                <w:rFonts w:asciiTheme="majorHAnsi" w:eastAsiaTheme="majorEastAsia" w:hAnsiTheme="majorHAnsi" w:cstheme="majorHAnsi" w:hint="eastAsia"/>
                <w:sz w:val="18"/>
                <w:szCs w:val="18"/>
                <w:lang w:eastAsia="ja-JP"/>
              </w:rPr>
              <w:t>（</w:t>
            </w:r>
            <w:r w:rsidRPr="006117BB">
              <w:rPr>
                <w:rFonts w:asciiTheme="majorHAnsi" w:eastAsiaTheme="majorEastAsia" w:hAnsiTheme="majorHAnsi" w:cstheme="majorHAnsi" w:hint="eastAsia"/>
                <w:sz w:val="18"/>
                <w:szCs w:val="18"/>
                <w:lang w:eastAsia="ja-JP"/>
              </w:rPr>
              <w:t>薬剤の出納管理）</w:t>
            </w:r>
          </w:p>
          <w:p w14:paraId="655FAEBA" w14:textId="0EF70889" w:rsidR="008A7000" w:rsidRPr="00FE69CB" w:rsidRDefault="00E90FD6" w:rsidP="008A7000">
            <w:pPr>
              <w:pStyle w:val="ae"/>
              <w:numPr>
                <w:ilvl w:val="0"/>
                <w:numId w:val="15"/>
              </w:numPr>
              <w:spacing w:after="76"/>
              <w:ind w:left="318" w:hanging="284"/>
              <w:rPr>
                <w:rFonts w:asciiTheme="majorHAnsi" w:eastAsiaTheme="majorEastAsia" w:hAnsiTheme="majorHAnsi" w:cstheme="majorHAnsi"/>
                <w:sz w:val="18"/>
                <w:szCs w:val="18"/>
                <w:lang w:eastAsia="ja-JP"/>
              </w:rPr>
            </w:pPr>
            <w:r w:rsidRPr="006117BB">
              <w:rPr>
                <w:rFonts w:asciiTheme="majorHAnsi" w:eastAsiaTheme="majorEastAsia" w:hAnsiTheme="majorHAnsi" w:cstheme="majorHAnsi"/>
                <w:sz w:val="18"/>
                <w:szCs w:val="18"/>
              </w:rPr>
              <w:t>Storage maintenance and management</w:t>
            </w:r>
            <w:r w:rsidRPr="006117BB">
              <w:rPr>
                <w:rFonts w:asciiTheme="majorHAnsi" w:eastAsiaTheme="majorEastAsia" w:hAnsiTheme="majorHAnsi" w:cstheme="majorHAnsi" w:hint="eastAsia"/>
                <w:sz w:val="18"/>
                <w:szCs w:val="18"/>
                <w:lang w:eastAsia="ja-JP"/>
              </w:rPr>
              <w:t>（保管庫等機器管理）</w:t>
            </w:r>
          </w:p>
          <w:p w14:paraId="790DD3EE" w14:textId="1F10DFA0" w:rsidR="00C5492A" w:rsidRPr="006117BB" w:rsidRDefault="00C5492A" w:rsidP="006117BB">
            <w:pPr>
              <w:pStyle w:val="ae"/>
              <w:numPr>
                <w:ilvl w:val="0"/>
                <w:numId w:val="15"/>
              </w:numPr>
              <w:spacing w:after="76"/>
              <w:ind w:left="318" w:hanging="284"/>
              <w:rPr>
                <w:rFonts w:asciiTheme="majorHAnsi" w:eastAsiaTheme="majorEastAsia" w:hAnsiTheme="majorHAnsi" w:cstheme="majorHAnsi"/>
                <w:sz w:val="18"/>
                <w:szCs w:val="18"/>
                <w:lang w:eastAsia="ja-JP"/>
              </w:rPr>
            </w:pPr>
            <w:r w:rsidRPr="006117BB">
              <w:rPr>
                <w:rFonts w:asciiTheme="majorHAnsi" w:eastAsiaTheme="majorEastAsia" w:hAnsiTheme="majorHAnsi" w:cstheme="majorHAnsi"/>
                <w:sz w:val="18"/>
                <w:szCs w:val="18"/>
                <w:lang w:eastAsia="ja-JP"/>
              </w:rPr>
              <w:t>Disease guidance</w:t>
            </w:r>
            <w:r w:rsidRPr="006117BB">
              <w:rPr>
                <w:rFonts w:asciiTheme="majorHAnsi" w:eastAsiaTheme="majorEastAsia" w:hAnsiTheme="majorHAnsi" w:cstheme="majorHAnsi" w:hint="eastAsia"/>
                <w:sz w:val="18"/>
                <w:szCs w:val="18"/>
                <w:lang w:eastAsia="ja-JP"/>
              </w:rPr>
              <w:t>（患者指導）</w:t>
            </w:r>
          </w:p>
        </w:tc>
        <w:tc>
          <w:tcPr>
            <w:tcW w:w="1701" w:type="dxa"/>
          </w:tcPr>
          <w:p w14:paraId="2B240F60" w14:textId="63619854" w:rsidR="00A00757" w:rsidRPr="006117BB" w:rsidRDefault="00A00757" w:rsidP="00A00757">
            <w:pPr>
              <w:jc w:val="both"/>
              <w:rPr>
                <w:rFonts w:asciiTheme="majorHAnsi" w:eastAsiaTheme="majorEastAsia" w:hAnsiTheme="majorHAnsi" w:cstheme="majorHAnsi"/>
                <w:sz w:val="18"/>
                <w:szCs w:val="18"/>
                <w:lang w:eastAsia="ja-JP"/>
              </w:rPr>
            </w:pPr>
            <w:r w:rsidRPr="006117BB">
              <w:rPr>
                <w:rFonts w:asciiTheme="majorHAnsi" w:eastAsiaTheme="majorEastAsia" w:hAnsiTheme="majorHAnsi" w:cstheme="majorHAnsi"/>
                <w:sz w:val="18"/>
                <w:szCs w:val="18"/>
                <w:lang w:eastAsia="ja-JP"/>
              </w:rPr>
              <w:t>Radiologic Technolog</w:t>
            </w:r>
            <w:r w:rsidR="00E83DED" w:rsidRPr="006117BB">
              <w:rPr>
                <w:rFonts w:asciiTheme="majorHAnsi" w:eastAsiaTheme="majorEastAsia" w:hAnsiTheme="majorHAnsi" w:cstheme="majorHAnsi"/>
                <w:sz w:val="18"/>
                <w:szCs w:val="18"/>
                <w:lang w:eastAsia="ja-JP"/>
              </w:rPr>
              <w:t>y</w:t>
            </w:r>
          </w:p>
          <w:p w14:paraId="22885A0F" w14:textId="7C80484C" w:rsidR="00A00757" w:rsidRPr="006117BB" w:rsidRDefault="008B0DD8" w:rsidP="00A00757">
            <w:pPr>
              <w:jc w:val="both"/>
              <w:rPr>
                <w:rFonts w:asciiTheme="majorHAnsi" w:eastAsiaTheme="majorEastAsia" w:hAnsiTheme="majorHAnsi" w:cstheme="majorHAnsi"/>
                <w:sz w:val="18"/>
                <w:szCs w:val="18"/>
                <w:lang w:eastAsia="ja-JP"/>
              </w:rPr>
            </w:pPr>
            <w:r w:rsidRPr="00FE69CB">
              <w:rPr>
                <w:rFonts w:asciiTheme="majorHAnsi" w:eastAsiaTheme="majorEastAsia" w:hAnsiTheme="majorHAnsi" w:cstheme="majorHAnsi" w:hint="eastAsia"/>
                <w:sz w:val="18"/>
                <w:szCs w:val="18"/>
                <w:lang w:eastAsia="ja-JP"/>
              </w:rPr>
              <w:t>（</w:t>
            </w:r>
            <w:r w:rsidR="00A00757" w:rsidRPr="006117BB">
              <w:rPr>
                <w:rFonts w:asciiTheme="majorHAnsi" w:eastAsiaTheme="majorEastAsia" w:hAnsiTheme="majorHAnsi" w:cstheme="majorHAnsi" w:hint="eastAsia"/>
                <w:sz w:val="18"/>
                <w:szCs w:val="18"/>
                <w:lang w:eastAsia="ja-JP"/>
              </w:rPr>
              <w:t>放射線部</w:t>
            </w:r>
            <w:r w:rsidRPr="00FE69CB">
              <w:rPr>
                <w:rFonts w:asciiTheme="majorHAnsi" w:eastAsiaTheme="majorEastAsia" w:hAnsiTheme="majorHAnsi" w:cstheme="majorHAnsi" w:hint="eastAsia"/>
                <w:sz w:val="18"/>
                <w:szCs w:val="18"/>
                <w:lang w:eastAsia="ja-JP"/>
              </w:rPr>
              <w:t>）</w:t>
            </w:r>
          </w:p>
        </w:tc>
        <w:tc>
          <w:tcPr>
            <w:tcW w:w="5386" w:type="dxa"/>
          </w:tcPr>
          <w:p w14:paraId="48DD44DE" w14:textId="55A165F0" w:rsidR="008A7000" w:rsidRPr="006117BB" w:rsidRDefault="00A00757" w:rsidP="006117BB">
            <w:pPr>
              <w:pStyle w:val="ae"/>
              <w:numPr>
                <w:ilvl w:val="0"/>
                <w:numId w:val="19"/>
              </w:numPr>
              <w:spacing w:after="54"/>
              <w:ind w:left="318" w:hanging="284"/>
              <w:rPr>
                <w:rFonts w:asciiTheme="majorHAnsi" w:eastAsiaTheme="majorEastAsia" w:hAnsiTheme="majorHAnsi" w:cstheme="majorHAnsi"/>
                <w:sz w:val="18"/>
                <w:szCs w:val="18"/>
                <w:lang w:eastAsia="ja-JP"/>
              </w:rPr>
            </w:pPr>
            <w:r w:rsidRPr="006117BB">
              <w:rPr>
                <w:rFonts w:asciiTheme="majorHAnsi" w:eastAsiaTheme="majorEastAsia" w:hAnsiTheme="majorHAnsi" w:cstheme="majorHAnsi"/>
                <w:sz w:val="18"/>
                <w:szCs w:val="18"/>
              </w:rPr>
              <w:t>Image inspection</w:t>
            </w:r>
            <w:r w:rsidRPr="006117BB">
              <w:rPr>
                <w:rFonts w:asciiTheme="majorHAnsi" w:eastAsiaTheme="majorEastAsia" w:hAnsiTheme="majorHAnsi" w:cstheme="majorHAnsi" w:hint="eastAsia"/>
                <w:sz w:val="18"/>
                <w:szCs w:val="18"/>
              </w:rPr>
              <w:t xml:space="preserve">　</w:t>
            </w:r>
            <w:r w:rsidRPr="006117BB">
              <w:rPr>
                <w:rFonts w:asciiTheme="majorHAnsi" w:eastAsiaTheme="majorEastAsia" w:hAnsiTheme="majorHAnsi" w:cstheme="majorHAnsi"/>
                <w:sz w:val="18"/>
                <w:szCs w:val="18"/>
              </w:rPr>
              <w:t xml:space="preserve">(X-ray, CT scan, MRI, PET, scintigraphy, </w:t>
            </w:r>
            <w:proofErr w:type="spellStart"/>
            <w:r w:rsidRPr="006117BB">
              <w:rPr>
                <w:rFonts w:asciiTheme="majorHAnsi" w:eastAsiaTheme="majorEastAsia" w:hAnsiTheme="majorHAnsi" w:cstheme="majorHAnsi"/>
                <w:sz w:val="18"/>
                <w:szCs w:val="18"/>
              </w:rPr>
              <w:t>US,etc</w:t>
            </w:r>
            <w:proofErr w:type="spellEnd"/>
            <w:r w:rsidRPr="006117BB">
              <w:rPr>
                <w:rFonts w:asciiTheme="majorHAnsi" w:eastAsiaTheme="majorEastAsia" w:hAnsiTheme="majorHAnsi" w:cstheme="majorHAnsi"/>
                <w:sz w:val="18"/>
                <w:szCs w:val="18"/>
              </w:rPr>
              <w:t>.)</w:t>
            </w:r>
            <w:r w:rsidRPr="006117BB">
              <w:rPr>
                <w:rFonts w:asciiTheme="majorHAnsi" w:eastAsiaTheme="majorEastAsia" w:hAnsiTheme="majorHAnsi" w:cstheme="majorHAnsi" w:hint="eastAsia"/>
                <w:sz w:val="18"/>
                <w:szCs w:val="18"/>
              </w:rPr>
              <w:t>（</w:t>
            </w:r>
            <w:proofErr w:type="spellStart"/>
            <w:r w:rsidRPr="006117BB">
              <w:rPr>
                <w:rFonts w:asciiTheme="majorHAnsi" w:eastAsiaTheme="majorEastAsia" w:hAnsiTheme="majorHAnsi" w:cstheme="majorHAnsi" w:hint="eastAsia"/>
                <w:sz w:val="18"/>
                <w:szCs w:val="18"/>
              </w:rPr>
              <w:t>各種検査（</w:t>
            </w:r>
            <w:r w:rsidRPr="006117BB">
              <w:rPr>
                <w:rFonts w:asciiTheme="majorHAnsi" w:eastAsiaTheme="majorEastAsia" w:hAnsiTheme="majorHAnsi" w:cstheme="majorHAnsi"/>
                <w:sz w:val="18"/>
                <w:szCs w:val="18"/>
              </w:rPr>
              <w:t>X</w:t>
            </w:r>
            <w:r w:rsidRPr="006117BB">
              <w:rPr>
                <w:rFonts w:asciiTheme="majorHAnsi" w:eastAsiaTheme="majorEastAsia" w:hAnsiTheme="majorHAnsi" w:cstheme="majorHAnsi" w:hint="eastAsia"/>
                <w:sz w:val="18"/>
                <w:szCs w:val="18"/>
              </w:rPr>
              <w:t>線、</w:t>
            </w:r>
            <w:r w:rsidRPr="006117BB">
              <w:rPr>
                <w:rFonts w:asciiTheme="majorHAnsi" w:eastAsiaTheme="majorEastAsia" w:hAnsiTheme="majorHAnsi" w:cstheme="majorHAnsi"/>
                <w:sz w:val="18"/>
                <w:szCs w:val="18"/>
              </w:rPr>
              <w:t>CT</w:t>
            </w:r>
            <w:r w:rsidRPr="006117BB">
              <w:rPr>
                <w:rFonts w:asciiTheme="majorHAnsi" w:eastAsiaTheme="majorEastAsia" w:hAnsiTheme="majorHAnsi" w:cstheme="majorHAnsi" w:hint="eastAsia"/>
                <w:sz w:val="18"/>
                <w:szCs w:val="18"/>
              </w:rPr>
              <w:t>、</w:t>
            </w:r>
            <w:r w:rsidRPr="006117BB">
              <w:rPr>
                <w:rFonts w:asciiTheme="majorHAnsi" w:eastAsiaTheme="majorEastAsia" w:hAnsiTheme="majorHAnsi" w:cstheme="majorHAnsi"/>
                <w:sz w:val="18"/>
                <w:szCs w:val="18"/>
              </w:rPr>
              <w:t>MRI</w:t>
            </w:r>
            <w:r w:rsidRPr="006117BB">
              <w:rPr>
                <w:rFonts w:asciiTheme="majorHAnsi" w:eastAsiaTheme="majorEastAsia" w:hAnsiTheme="majorHAnsi" w:cstheme="majorHAnsi" w:hint="eastAsia"/>
                <w:sz w:val="18"/>
                <w:szCs w:val="18"/>
              </w:rPr>
              <w:t>、</w:t>
            </w:r>
            <w:r w:rsidRPr="006117BB">
              <w:rPr>
                <w:rFonts w:asciiTheme="majorHAnsi" w:eastAsiaTheme="majorEastAsia" w:hAnsiTheme="majorHAnsi" w:cstheme="majorHAnsi"/>
                <w:sz w:val="18"/>
                <w:szCs w:val="18"/>
              </w:rPr>
              <w:t>PET</w:t>
            </w:r>
            <w:r w:rsidRPr="006117BB">
              <w:rPr>
                <w:rFonts w:asciiTheme="majorHAnsi" w:eastAsiaTheme="majorEastAsia" w:hAnsiTheme="majorHAnsi" w:cstheme="majorHAnsi" w:hint="eastAsia"/>
                <w:sz w:val="18"/>
                <w:szCs w:val="18"/>
              </w:rPr>
              <w:t>、骨シンチ、超音波、等</w:t>
            </w:r>
            <w:proofErr w:type="spellEnd"/>
            <w:r w:rsidRPr="006117BB">
              <w:rPr>
                <w:rFonts w:asciiTheme="majorHAnsi" w:eastAsiaTheme="majorEastAsia" w:hAnsiTheme="majorHAnsi" w:cstheme="majorHAnsi" w:hint="eastAsia"/>
                <w:sz w:val="18"/>
                <w:szCs w:val="18"/>
              </w:rPr>
              <w:t>）</w:t>
            </w:r>
          </w:p>
          <w:p w14:paraId="0130E5ED" w14:textId="77BA67FD" w:rsidR="008A7000" w:rsidRPr="006117BB" w:rsidRDefault="00A00757" w:rsidP="006117BB">
            <w:pPr>
              <w:pStyle w:val="ae"/>
              <w:numPr>
                <w:ilvl w:val="0"/>
                <w:numId w:val="19"/>
              </w:numPr>
              <w:spacing w:after="54"/>
              <w:ind w:left="318" w:hanging="284"/>
              <w:rPr>
                <w:rFonts w:asciiTheme="majorHAnsi" w:eastAsiaTheme="majorEastAsia" w:hAnsiTheme="majorHAnsi" w:cstheme="majorHAnsi"/>
                <w:sz w:val="18"/>
                <w:szCs w:val="18"/>
              </w:rPr>
            </w:pPr>
            <w:r w:rsidRPr="006117BB">
              <w:rPr>
                <w:rFonts w:asciiTheme="majorHAnsi" w:eastAsiaTheme="majorEastAsia" w:hAnsiTheme="majorHAnsi" w:cstheme="majorHAnsi"/>
                <w:sz w:val="18"/>
                <w:szCs w:val="18"/>
              </w:rPr>
              <w:t xml:space="preserve">Radiation </w:t>
            </w:r>
            <w:proofErr w:type="spellStart"/>
            <w:r w:rsidRPr="006117BB">
              <w:rPr>
                <w:rFonts w:asciiTheme="majorHAnsi" w:eastAsiaTheme="majorEastAsia" w:hAnsiTheme="majorHAnsi" w:cstheme="majorHAnsi"/>
                <w:sz w:val="18"/>
                <w:szCs w:val="18"/>
              </w:rPr>
              <w:t>therapy</w:t>
            </w:r>
            <w:r w:rsidRPr="006117BB">
              <w:rPr>
                <w:rFonts w:asciiTheme="majorHAnsi" w:eastAsiaTheme="majorEastAsia" w:hAnsiTheme="majorHAnsi" w:cstheme="majorHAnsi" w:hint="eastAsia"/>
                <w:sz w:val="18"/>
                <w:szCs w:val="18"/>
              </w:rPr>
              <w:t>（放射線治療</w:t>
            </w:r>
            <w:proofErr w:type="spellEnd"/>
            <w:r w:rsidRPr="006117BB">
              <w:rPr>
                <w:rFonts w:asciiTheme="majorHAnsi" w:eastAsiaTheme="majorEastAsia" w:hAnsiTheme="majorHAnsi" w:cstheme="majorHAnsi" w:hint="eastAsia"/>
                <w:sz w:val="18"/>
                <w:szCs w:val="18"/>
              </w:rPr>
              <w:t>）</w:t>
            </w:r>
          </w:p>
          <w:p w14:paraId="63F3AA05" w14:textId="453458B6" w:rsidR="00A00757" w:rsidRPr="006117BB" w:rsidRDefault="00A00757" w:rsidP="006117BB">
            <w:pPr>
              <w:pStyle w:val="ae"/>
              <w:numPr>
                <w:ilvl w:val="0"/>
                <w:numId w:val="19"/>
              </w:numPr>
              <w:spacing w:after="54"/>
              <w:ind w:left="318" w:hanging="284"/>
              <w:rPr>
                <w:rFonts w:asciiTheme="majorHAnsi" w:eastAsiaTheme="majorEastAsia" w:hAnsiTheme="majorHAnsi" w:cstheme="majorHAnsi"/>
                <w:sz w:val="18"/>
                <w:szCs w:val="18"/>
                <w:lang w:eastAsia="ja-JP"/>
              </w:rPr>
            </w:pPr>
            <w:r w:rsidRPr="006117BB">
              <w:rPr>
                <w:rFonts w:asciiTheme="majorHAnsi" w:eastAsiaTheme="majorEastAsia" w:hAnsiTheme="majorHAnsi" w:cstheme="majorHAnsi"/>
                <w:sz w:val="18"/>
                <w:szCs w:val="18"/>
              </w:rPr>
              <w:t>Management of diagnostic equipment</w:t>
            </w:r>
            <w:r w:rsidRPr="006117BB">
              <w:rPr>
                <w:rFonts w:asciiTheme="majorHAnsi" w:eastAsiaTheme="majorEastAsia" w:hAnsiTheme="majorHAnsi" w:cstheme="majorHAnsi" w:hint="eastAsia"/>
                <w:sz w:val="18"/>
                <w:szCs w:val="18"/>
                <w:lang w:eastAsia="ja-JP"/>
              </w:rPr>
              <w:t>（検査機器管理）</w:t>
            </w:r>
          </w:p>
        </w:tc>
      </w:tr>
      <w:tr w:rsidR="008F1FF3" w:rsidRPr="00852A3B" w14:paraId="2142BDE5" w14:textId="77777777" w:rsidTr="006117BB">
        <w:tc>
          <w:tcPr>
            <w:tcW w:w="1701" w:type="dxa"/>
          </w:tcPr>
          <w:p w14:paraId="412BC361" w14:textId="49128E5E" w:rsidR="00ED5A0D" w:rsidRPr="006117BB" w:rsidRDefault="00A00757" w:rsidP="00ED5A0D">
            <w:pPr>
              <w:rPr>
                <w:rFonts w:asciiTheme="majorHAnsi" w:eastAsiaTheme="majorEastAsia" w:hAnsiTheme="majorHAnsi" w:cstheme="majorHAnsi"/>
                <w:sz w:val="18"/>
                <w:szCs w:val="18"/>
                <w:lang w:eastAsia="ja-JP"/>
              </w:rPr>
            </w:pPr>
            <w:r w:rsidRPr="006117BB">
              <w:rPr>
                <w:rFonts w:asciiTheme="majorHAnsi" w:eastAsiaTheme="majorEastAsia" w:hAnsiTheme="majorHAnsi" w:cstheme="majorHAnsi"/>
                <w:sz w:val="18"/>
                <w:szCs w:val="18"/>
                <w:lang w:eastAsia="ja-JP"/>
              </w:rPr>
              <w:t>Patholog</w:t>
            </w:r>
            <w:r w:rsidR="008E6ABF" w:rsidRPr="006117BB">
              <w:rPr>
                <w:rFonts w:asciiTheme="majorHAnsi" w:eastAsiaTheme="majorEastAsia" w:hAnsiTheme="majorHAnsi" w:cstheme="majorHAnsi"/>
                <w:sz w:val="18"/>
                <w:szCs w:val="18"/>
                <w:lang w:eastAsia="ja-JP"/>
              </w:rPr>
              <w:t>y</w:t>
            </w:r>
          </w:p>
          <w:p w14:paraId="2A3C9BB8" w14:textId="0D9B8445" w:rsidR="00A00757" w:rsidRPr="006117BB" w:rsidRDefault="008B0DD8" w:rsidP="00A00757">
            <w:pPr>
              <w:rPr>
                <w:rFonts w:asciiTheme="majorHAnsi" w:eastAsiaTheme="majorEastAsia" w:hAnsiTheme="majorHAnsi" w:cstheme="majorHAnsi"/>
                <w:sz w:val="18"/>
                <w:szCs w:val="18"/>
                <w:lang w:eastAsia="ja-JP"/>
              </w:rPr>
            </w:pPr>
            <w:r w:rsidRPr="00FE69CB">
              <w:rPr>
                <w:rFonts w:asciiTheme="majorHAnsi" w:eastAsiaTheme="majorEastAsia" w:hAnsiTheme="majorHAnsi" w:cstheme="majorHAnsi" w:hint="eastAsia"/>
                <w:sz w:val="18"/>
                <w:szCs w:val="18"/>
                <w:lang w:eastAsia="ja-JP"/>
              </w:rPr>
              <w:t>（</w:t>
            </w:r>
            <w:r w:rsidR="00A00757" w:rsidRPr="006117BB">
              <w:rPr>
                <w:rFonts w:asciiTheme="majorHAnsi" w:eastAsiaTheme="majorEastAsia" w:hAnsiTheme="majorHAnsi" w:cstheme="majorHAnsi" w:hint="eastAsia"/>
                <w:sz w:val="18"/>
                <w:szCs w:val="18"/>
                <w:lang w:eastAsia="ja-JP"/>
              </w:rPr>
              <w:t>病理部</w:t>
            </w:r>
            <w:r w:rsidRPr="00FE69CB">
              <w:rPr>
                <w:rFonts w:asciiTheme="majorHAnsi" w:eastAsiaTheme="majorEastAsia" w:hAnsiTheme="majorHAnsi" w:cstheme="majorHAnsi" w:hint="eastAsia"/>
                <w:sz w:val="18"/>
                <w:szCs w:val="18"/>
                <w:lang w:eastAsia="ja-JP"/>
              </w:rPr>
              <w:t>）</w:t>
            </w:r>
          </w:p>
          <w:p w14:paraId="296B2486" w14:textId="2BE63B07" w:rsidR="00FA7AB0" w:rsidRPr="006117BB" w:rsidRDefault="00FA7AB0" w:rsidP="00A00757">
            <w:pPr>
              <w:rPr>
                <w:rFonts w:asciiTheme="majorHAnsi" w:eastAsiaTheme="majorEastAsia" w:hAnsiTheme="majorHAnsi" w:cstheme="majorHAnsi"/>
                <w:sz w:val="18"/>
                <w:szCs w:val="18"/>
                <w:lang w:eastAsia="ja-JP"/>
              </w:rPr>
            </w:pPr>
          </w:p>
        </w:tc>
        <w:tc>
          <w:tcPr>
            <w:tcW w:w="5386" w:type="dxa"/>
          </w:tcPr>
          <w:p w14:paraId="1014A308" w14:textId="222E00CB" w:rsidR="00A00757" w:rsidRPr="006117BB" w:rsidRDefault="00A00757" w:rsidP="006117BB">
            <w:pPr>
              <w:pStyle w:val="ae"/>
              <w:numPr>
                <w:ilvl w:val="0"/>
                <w:numId w:val="15"/>
              </w:numPr>
              <w:spacing w:after="76"/>
              <w:ind w:left="318" w:hanging="284"/>
              <w:rPr>
                <w:rFonts w:asciiTheme="majorHAnsi" w:eastAsiaTheme="majorEastAsia" w:hAnsiTheme="majorHAnsi" w:cstheme="majorHAnsi"/>
                <w:sz w:val="18"/>
                <w:szCs w:val="18"/>
                <w:lang w:eastAsia="ja-JP"/>
              </w:rPr>
            </w:pPr>
            <w:r w:rsidRPr="006117BB">
              <w:rPr>
                <w:rFonts w:asciiTheme="majorHAnsi" w:eastAsiaTheme="majorEastAsia" w:hAnsiTheme="majorHAnsi" w:cstheme="majorHAnsi"/>
                <w:sz w:val="18"/>
                <w:szCs w:val="18"/>
                <w:lang w:eastAsia="ja-JP"/>
              </w:rPr>
              <w:t>Pathological diagnosis</w:t>
            </w:r>
            <w:r w:rsidRPr="006117BB">
              <w:rPr>
                <w:rFonts w:asciiTheme="majorHAnsi" w:eastAsiaTheme="majorEastAsia" w:hAnsiTheme="majorHAnsi" w:cstheme="majorHAnsi" w:hint="eastAsia"/>
                <w:sz w:val="18"/>
                <w:szCs w:val="18"/>
                <w:lang w:eastAsia="ja-JP"/>
              </w:rPr>
              <w:t>（病理診断）</w:t>
            </w:r>
          </w:p>
          <w:p w14:paraId="0E64EA05" w14:textId="23723266" w:rsidR="00A00757" w:rsidRPr="006117BB" w:rsidRDefault="00A00757" w:rsidP="006117BB">
            <w:pPr>
              <w:pStyle w:val="ae"/>
              <w:numPr>
                <w:ilvl w:val="0"/>
                <w:numId w:val="15"/>
              </w:numPr>
              <w:spacing w:after="76"/>
              <w:ind w:left="318" w:hanging="284"/>
              <w:rPr>
                <w:rFonts w:asciiTheme="majorHAnsi" w:eastAsiaTheme="majorEastAsia" w:hAnsiTheme="majorHAnsi" w:cstheme="majorHAnsi"/>
                <w:sz w:val="18"/>
                <w:szCs w:val="18"/>
                <w:lang w:eastAsia="ja-JP"/>
              </w:rPr>
            </w:pPr>
            <w:r w:rsidRPr="006117BB">
              <w:rPr>
                <w:rFonts w:asciiTheme="majorHAnsi" w:eastAsiaTheme="majorEastAsia" w:hAnsiTheme="majorHAnsi" w:cstheme="majorHAnsi"/>
                <w:sz w:val="18"/>
                <w:szCs w:val="18"/>
                <w:lang w:eastAsia="ja-JP"/>
              </w:rPr>
              <w:t>Pathology specimen manufacture</w:t>
            </w:r>
            <w:r w:rsidR="008B0DD8" w:rsidRPr="00FE69CB">
              <w:rPr>
                <w:rFonts w:asciiTheme="majorHAnsi" w:eastAsiaTheme="majorEastAsia" w:hAnsiTheme="majorHAnsi" w:cstheme="majorHAnsi" w:hint="eastAsia"/>
                <w:sz w:val="18"/>
                <w:szCs w:val="18"/>
                <w:lang w:eastAsia="ja-JP"/>
              </w:rPr>
              <w:t>（</w:t>
            </w:r>
            <w:r w:rsidRPr="006117BB">
              <w:rPr>
                <w:rFonts w:asciiTheme="majorHAnsi" w:eastAsiaTheme="majorEastAsia" w:hAnsiTheme="majorHAnsi" w:cstheme="majorHAnsi"/>
                <w:sz w:val="18"/>
                <w:szCs w:val="18"/>
                <w:lang w:eastAsia="ja-JP"/>
              </w:rPr>
              <w:t>病理標本作製</w:t>
            </w:r>
            <w:r w:rsidR="008B0DD8" w:rsidRPr="00FE69CB">
              <w:rPr>
                <w:rFonts w:asciiTheme="majorHAnsi" w:eastAsiaTheme="majorEastAsia" w:hAnsiTheme="majorHAnsi" w:cstheme="majorHAnsi" w:hint="eastAsia"/>
                <w:sz w:val="18"/>
                <w:szCs w:val="18"/>
                <w:lang w:eastAsia="ja-JP"/>
              </w:rPr>
              <w:t>）</w:t>
            </w:r>
          </w:p>
        </w:tc>
        <w:tc>
          <w:tcPr>
            <w:tcW w:w="1701" w:type="dxa"/>
          </w:tcPr>
          <w:p w14:paraId="6DFE9D6F" w14:textId="77777777" w:rsidR="00A00757" w:rsidRPr="006117BB" w:rsidRDefault="00A00757" w:rsidP="00A00757">
            <w:pPr>
              <w:rPr>
                <w:rFonts w:asciiTheme="majorHAnsi" w:eastAsiaTheme="majorEastAsia" w:hAnsiTheme="majorHAnsi" w:cstheme="majorHAnsi"/>
                <w:sz w:val="18"/>
                <w:szCs w:val="18"/>
                <w:lang w:eastAsia="ja-JP"/>
              </w:rPr>
            </w:pPr>
            <w:r w:rsidRPr="006117BB">
              <w:rPr>
                <w:rFonts w:asciiTheme="majorHAnsi" w:eastAsiaTheme="majorEastAsia" w:hAnsiTheme="majorHAnsi" w:cstheme="majorHAnsi"/>
                <w:sz w:val="18"/>
                <w:szCs w:val="18"/>
                <w:lang w:eastAsia="ja-JP"/>
              </w:rPr>
              <w:t>Doctor</w:t>
            </w:r>
          </w:p>
          <w:p w14:paraId="50728447" w14:textId="125486E2" w:rsidR="00A00757" w:rsidRPr="006117BB" w:rsidRDefault="008B0DD8" w:rsidP="00A00757">
            <w:pPr>
              <w:rPr>
                <w:rFonts w:asciiTheme="majorHAnsi" w:eastAsiaTheme="majorEastAsia" w:hAnsiTheme="majorHAnsi" w:cstheme="majorHAnsi"/>
                <w:sz w:val="18"/>
                <w:szCs w:val="18"/>
                <w:lang w:eastAsia="ja-JP"/>
              </w:rPr>
            </w:pPr>
            <w:r w:rsidRPr="00FE69CB">
              <w:rPr>
                <w:rFonts w:asciiTheme="majorHAnsi" w:eastAsiaTheme="majorEastAsia" w:hAnsiTheme="majorHAnsi" w:cstheme="majorHAnsi" w:hint="eastAsia"/>
                <w:sz w:val="18"/>
                <w:szCs w:val="18"/>
                <w:lang w:eastAsia="ja-JP"/>
              </w:rPr>
              <w:t>（</w:t>
            </w:r>
            <w:r w:rsidR="00A00757" w:rsidRPr="006117BB">
              <w:rPr>
                <w:rFonts w:asciiTheme="majorHAnsi" w:eastAsiaTheme="majorEastAsia" w:hAnsiTheme="majorHAnsi" w:cstheme="majorHAnsi" w:hint="eastAsia"/>
                <w:sz w:val="18"/>
                <w:szCs w:val="18"/>
                <w:lang w:eastAsia="ja-JP"/>
              </w:rPr>
              <w:t>医師</w:t>
            </w:r>
            <w:r w:rsidRPr="00FE69CB">
              <w:rPr>
                <w:rFonts w:asciiTheme="majorHAnsi" w:eastAsiaTheme="majorEastAsia" w:hAnsiTheme="majorHAnsi" w:cstheme="majorHAnsi" w:hint="eastAsia"/>
                <w:sz w:val="18"/>
                <w:szCs w:val="18"/>
                <w:lang w:eastAsia="ja-JP"/>
              </w:rPr>
              <w:t>）</w:t>
            </w:r>
          </w:p>
        </w:tc>
        <w:tc>
          <w:tcPr>
            <w:tcW w:w="5386" w:type="dxa"/>
          </w:tcPr>
          <w:p w14:paraId="4FE041CA" w14:textId="2D993781" w:rsidR="008A7000" w:rsidRPr="006117BB" w:rsidRDefault="00A00757" w:rsidP="006117BB">
            <w:pPr>
              <w:pStyle w:val="ae"/>
              <w:numPr>
                <w:ilvl w:val="0"/>
                <w:numId w:val="19"/>
              </w:numPr>
              <w:spacing w:after="54"/>
              <w:ind w:left="318" w:hanging="284"/>
              <w:rPr>
                <w:rFonts w:asciiTheme="majorHAnsi" w:eastAsiaTheme="majorEastAsia" w:hAnsiTheme="majorHAnsi" w:cstheme="majorHAnsi"/>
                <w:sz w:val="18"/>
                <w:szCs w:val="18"/>
              </w:rPr>
            </w:pPr>
            <w:r w:rsidRPr="006117BB">
              <w:rPr>
                <w:rFonts w:asciiTheme="majorHAnsi" w:eastAsiaTheme="majorEastAsia" w:hAnsiTheme="majorHAnsi" w:cstheme="majorHAnsi"/>
                <w:sz w:val="18"/>
                <w:szCs w:val="18"/>
              </w:rPr>
              <w:t>Inspection</w:t>
            </w:r>
            <w:r w:rsidR="00585870" w:rsidRPr="006117BB">
              <w:rPr>
                <w:rFonts w:asciiTheme="majorHAnsi" w:eastAsiaTheme="majorEastAsia" w:hAnsiTheme="majorHAnsi" w:cstheme="majorHAnsi"/>
                <w:sz w:val="18"/>
                <w:szCs w:val="18"/>
                <w:lang w:eastAsia="ja-JP"/>
              </w:rPr>
              <w:t xml:space="preserve"> </w:t>
            </w:r>
            <w:proofErr w:type="spellStart"/>
            <w:r w:rsidRPr="006117BB">
              <w:rPr>
                <w:rFonts w:asciiTheme="majorHAnsi" w:eastAsiaTheme="majorEastAsia" w:hAnsiTheme="majorHAnsi" w:cstheme="majorHAnsi"/>
                <w:sz w:val="18"/>
                <w:szCs w:val="18"/>
              </w:rPr>
              <w:t>instructions</w:t>
            </w:r>
            <w:r w:rsidRPr="006117BB">
              <w:rPr>
                <w:rFonts w:asciiTheme="majorHAnsi" w:eastAsiaTheme="majorEastAsia" w:hAnsiTheme="majorHAnsi" w:cstheme="majorHAnsi" w:hint="eastAsia"/>
                <w:sz w:val="18"/>
                <w:szCs w:val="18"/>
              </w:rPr>
              <w:t>（検査指示</w:t>
            </w:r>
            <w:proofErr w:type="spellEnd"/>
            <w:r w:rsidRPr="006117BB">
              <w:rPr>
                <w:rFonts w:asciiTheme="majorHAnsi" w:eastAsiaTheme="majorEastAsia" w:hAnsiTheme="majorHAnsi" w:cstheme="majorHAnsi" w:hint="eastAsia"/>
                <w:sz w:val="18"/>
                <w:szCs w:val="18"/>
              </w:rPr>
              <w:t>）</w:t>
            </w:r>
          </w:p>
          <w:p w14:paraId="5449760D" w14:textId="21AB1109" w:rsidR="00AC0C04" w:rsidRPr="006117BB" w:rsidRDefault="00A00757" w:rsidP="006117BB">
            <w:pPr>
              <w:pStyle w:val="ae"/>
              <w:numPr>
                <w:ilvl w:val="0"/>
                <w:numId w:val="19"/>
              </w:numPr>
              <w:spacing w:after="54"/>
              <w:ind w:left="318" w:hanging="284"/>
              <w:rPr>
                <w:rFonts w:asciiTheme="majorHAnsi" w:eastAsiaTheme="majorEastAsia" w:hAnsiTheme="majorHAnsi" w:cstheme="majorHAnsi"/>
                <w:sz w:val="18"/>
                <w:szCs w:val="18"/>
                <w:lang w:eastAsia="ja-JP"/>
              </w:rPr>
            </w:pPr>
            <w:r w:rsidRPr="006117BB">
              <w:rPr>
                <w:rFonts w:asciiTheme="majorHAnsi" w:eastAsiaTheme="majorEastAsia" w:hAnsiTheme="majorHAnsi" w:cstheme="majorHAnsi"/>
                <w:sz w:val="18"/>
                <w:szCs w:val="18"/>
              </w:rPr>
              <w:t xml:space="preserve">Instructions of general drug </w:t>
            </w:r>
            <w:proofErr w:type="spellStart"/>
            <w:r w:rsidRPr="006117BB">
              <w:rPr>
                <w:rFonts w:asciiTheme="majorHAnsi" w:eastAsiaTheme="majorEastAsia" w:hAnsiTheme="majorHAnsi" w:cstheme="majorHAnsi"/>
                <w:sz w:val="18"/>
                <w:szCs w:val="18"/>
              </w:rPr>
              <w:t>administration</w:t>
            </w:r>
            <w:r w:rsidRPr="006117BB">
              <w:rPr>
                <w:rFonts w:asciiTheme="majorHAnsi" w:eastAsiaTheme="majorEastAsia" w:hAnsiTheme="majorHAnsi" w:cstheme="majorHAnsi" w:hint="eastAsia"/>
                <w:sz w:val="18"/>
                <w:szCs w:val="18"/>
              </w:rPr>
              <w:t>（一般薬投薬指示</w:t>
            </w:r>
            <w:proofErr w:type="spellEnd"/>
            <w:r w:rsidRPr="006117BB">
              <w:rPr>
                <w:rFonts w:asciiTheme="majorHAnsi" w:eastAsiaTheme="majorEastAsia" w:hAnsiTheme="majorHAnsi" w:cstheme="majorHAnsi" w:hint="eastAsia"/>
                <w:sz w:val="18"/>
                <w:szCs w:val="18"/>
                <w:lang w:eastAsia="ja-JP"/>
              </w:rPr>
              <w:t>）</w:t>
            </w:r>
          </w:p>
        </w:tc>
      </w:tr>
    </w:tbl>
    <w:p w14:paraId="1CD3E613" w14:textId="77777777" w:rsidR="003F4B95" w:rsidRDefault="003F4B95" w:rsidP="007B4114">
      <w:pPr>
        <w:rPr>
          <w:rFonts w:asciiTheme="majorHAnsi" w:eastAsiaTheme="majorEastAsia" w:hAnsiTheme="majorHAnsi" w:cstheme="majorHAnsi"/>
          <w:lang w:eastAsia="ja-JP"/>
        </w:rPr>
      </w:pPr>
    </w:p>
    <w:p w14:paraId="2D7AF271" w14:textId="6F0E90BF" w:rsidR="00210340" w:rsidRPr="006117BB" w:rsidRDefault="008F1FF3" w:rsidP="007B4114">
      <w:pPr>
        <w:rPr>
          <w:rFonts w:asciiTheme="majorHAnsi" w:eastAsiaTheme="majorEastAsia" w:hAnsiTheme="majorHAnsi" w:cstheme="majorHAnsi"/>
          <w:lang w:eastAsia="ja-JP"/>
        </w:rPr>
      </w:pPr>
      <w:r w:rsidRPr="003F4B95">
        <w:rPr>
          <w:rFonts w:asciiTheme="majorHAnsi" w:eastAsiaTheme="majorEastAsia" w:hAnsiTheme="majorHAnsi" w:cstheme="majorHAnsi"/>
          <w:lang w:eastAsia="ja-JP"/>
        </w:rPr>
        <w:br w:type="column"/>
      </w:r>
    </w:p>
    <w:p w14:paraId="2BF27F7A" w14:textId="383B5304" w:rsidR="00CA0DEF" w:rsidRPr="008F1FF3" w:rsidRDefault="00B27B04" w:rsidP="006117BB">
      <w:pPr>
        <w:pStyle w:val="21"/>
        <w:rPr>
          <w:rFonts w:cstheme="majorHAnsi"/>
          <w:lang w:eastAsia="ja-JP"/>
        </w:rPr>
      </w:pPr>
      <w:r w:rsidRPr="00852A3B">
        <w:rPr>
          <w:rFonts w:cstheme="majorHAnsi"/>
          <w:lang w:eastAsia="ja-JP"/>
        </w:rPr>
        <w:t>Study Tasks</w:t>
      </w:r>
    </w:p>
    <w:p w14:paraId="79A1AAD5" w14:textId="56ECA561" w:rsidR="00CA0DEF" w:rsidRPr="006117BB" w:rsidRDefault="00CA0DEF" w:rsidP="00CA0DEF">
      <w:pPr>
        <w:rPr>
          <w:rFonts w:asciiTheme="majorHAnsi" w:eastAsiaTheme="majorEastAsia" w:hAnsiTheme="majorHAnsi" w:cstheme="majorHAnsi"/>
          <w:lang w:eastAsia="ja-JP"/>
        </w:rPr>
      </w:pPr>
    </w:p>
    <w:tbl>
      <w:tblPr>
        <w:tblStyle w:val="PlainTable51"/>
        <w:tblpPr w:leftFromText="180" w:rightFromText="180" w:vertAnchor="page" w:horzAnchor="margin" w:tblpY="3537"/>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4723"/>
        <w:gridCol w:w="4723"/>
        <w:gridCol w:w="4724"/>
      </w:tblGrid>
      <w:tr w:rsidR="00B60C1B" w:rsidRPr="00892A9C" w14:paraId="56929CC4" w14:textId="77777777" w:rsidTr="00184F8F">
        <w:trPr>
          <w:cnfStyle w:val="100000000000" w:firstRow="1" w:lastRow="0" w:firstColumn="0" w:lastColumn="0" w:oddVBand="0" w:evenVBand="0" w:oddHBand="0" w:evenHBand="0" w:firstRowFirstColumn="0" w:firstRowLastColumn="0" w:lastRowFirstColumn="0" w:lastRowLastColumn="0"/>
          <w:trHeight w:val="498"/>
        </w:trPr>
        <w:tc>
          <w:tcPr>
            <w:tcW w:w="4723" w:type="dxa"/>
          </w:tcPr>
          <w:p w14:paraId="05030C39" w14:textId="03820CBA" w:rsidR="00B60C1B" w:rsidRPr="00184F8F" w:rsidRDefault="00B60C1B" w:rsidP="008F1FF3">
            <w:pPr>
              <w:pStyle w:val="ae"/>
              <w:numPr>
                <w:ilvl w:val="0"/>
                <w:numId w:val="14"/>
              </w:numPr>
              <w:contextualSpacing w:val="0"/>
              <w:rPr>
                <w:rFonts w:cstheme="majorHAnsi"/>
                <w:i w:val="0"/>
                <w:iCs w:val="0"/>
                <w:sz w:val="18"/>
                <w:szCs w:val="18"/>
                <w:lang w:val="en-GB" w:eastAsia="ja-JP"/>
              </w:rPr>
            </w:pPr>
            <w:bookmarkStart w:id="3" w:name="_Hlk211842664"/>
            <w:r w:rsidRPr="00184F8F">
              <w:rPr>
                <w:rFonts w:cstheme="majorHAnsi"/>
                <w:i w:val="0"/>
                <w:iCs w:val="0"/>
                <w:sz w:val="18"/>
                <w:szCs w:val="18"/>
                <w:lang w:val="en-GB"/>
              </w:rPr>
              <w:t xml:space="preserve">Manage IRB/EC communications &amp; submissions </w:t>
            </w:r>
          </w:p>
          <w:p w14:paraId="60F88DF8" w14:textId="77777777" w:rsidR="00B60C1B" w:rsidRPr="00184F8F" w:rsidRDefault="00B60C1B" w:rsidP="008F1FF3">
            <w:pPr>
              <w:pStyle w:val="ae"/>
              <w:ind w:left="360"/>
              <w:contextualSpacing w:val="0"/>
              <w:rPr>
                <w:rFonts w:cstheme="majorHAnsi"/>
                <w:i w:val="0"/>
                <w:iCs w:val="0"/>
                <w:sz w:val="18"/>
                <w:szCs w:val="18"/>
                <w:lang w:val="en-GB" w:eastAsia="ja-JP"/>
              </w:rPr>
            </w:pPr>
            <w:r w:rsidRPr="00184F8F">
              <w:rPr>
                <w:rFonts w:cstheme="majorHAnsi"/>
                <w:i w:val="0"/>
                <w:iCs w:val="0"/>
                <w:sz w:val="18"/>
                <w:szCs w:val="18"/>
                <w:lang w:val="en-GB" w:eastAsia="ja-JP"/>
              </w:rPr>
              <w:t>(IRB</w:t>
            </w:r>
            <w:proofErr w:type="spellStart"/>
            <w:r w:rsidRPr="00184F8F">
              <w:rPr>
                <w:rFonts w:cstheme="majorHAnsi"/>
                <w:i w:val="0"/>
                <w:iCs w:val="0"/>
                <w:sz w:val="18"/>
                <w:szCs w:val="18"/>
              </w:rPr>
              <w:t>提出文書管理</w:t>
            </w:r>
            <w:proofErr w:type="spellEnd"/>
            <w:r w:rsidRPr="00184F8F">
              <w:rPr>
                <w:rFonts w:cstheme="majorHAnsi"/>
                <w:i w:val="0"/>
                <w:iCs w:val="0"/>
                <w:sz w:val="18"/>
                <w:szCs w:val="18"/>
                <w:lang w:val="en-GB" w:eastAsia="ja-JP"/>
              </w:rPr>
              <w:t>)</w:t>
            </w:r>
          </w:p>
        </w:tc>
        <w:tc>
          <w:tcPr>
            <w:tcW w:w="4723" w:type="dxa"/>
          </w:tcPr>
          <w:p w14:paraId="2AE6935A" w14:textId="03E0BACC" w:rsidR="001438A6" w:rsidRPr="00184F8F" w:rsidRDefault="00B60C1B" w:rsidP="00184F8F">
            <w:pPr>
              <w:pStyle w:val="ae"/>
              <w:numPr>
                <w:ilvl w:val="0"/>
                <w:numId w:val="22"/>
              </w:numPr>
              <w:rPr>
                <w:rFonts w:cstheme="majorHAnsi"/>
                <w:i w:val="0"/>
                <w:iCs w:val="0"/>
                <w:sz w:val="18"/>
                <w:szCs w:val="18"/>
                <w:lang w:eastAsia="ja-JP"/>
              </w:rPr>
            </w:pPr>
            <w:r w:rsidRPr="00184F8F">
              <w:rPr>
                <w:rFonts w:cstheme="majorHAnsi"/>
                <w:i w:val="0"/>
                <w:iCs w:val="0"/>
                <w:sz w:val="18"/>
                <w:szCs w:val="18"/>
                <w:lang w:val="en-GB"/>
              </w:rPr>
              <w:t>Obtain medical/medication history</w:t>
            </w:r>
          </w:p>
          <w:p w14:paraId="4015E299" w14:textId="6684AB46" w:rsidR="00B60C1B" w:rsidRPr="00184F8F" w:rsidRDefault="00B60C1B" w:rsidP="00184F8F">
            <w:pPr>
              <w:pStyle w:val="ae"/>
              <w:ind w:left="440"/>
              <w:rPr>
                <w:rFonts w:cstheme="majorHAnsi"/>
                <w:i w:val="0"/>
                <w:iCs w:val="0"/>
                <w:sz w:val="18"/>
                <w:szCs w:val="18"/>
                <w:lang w:val="en-GB" w:eastAsia="ja-JP"/>
              </w:rPr>
            </w:pPr>
            <w:r w:rsidRPr="00184F8F">
              <w:rPr>
                <w:rFonts w:cstheme="majorHAnsi"/>
                <w:i w:val="0"/>
                <w:iCs w:val="0"/>
                <w:sz w:val="18"/>
                <w:szCs w:val="18"/>
                <w:lang w:val="en-GB" w:eastAsia="ja-JP"/>
              </w:rPr>
              <w:t>(</w:t>
            </w:r>
            <w:r w:rsidRPr="00184F8F">
              <w:rPr>
                <w:rFonts w:cstheme="majorHAnsi"/>
                <w:i w:val="0"/>
                <w:iCs w:val="0"/>
                <w:sz w:val="18"/>
                <w:szCs w:val="18"/>
                <w:lang w:val="en-GB" w:eastAsia="ja-JP"/>
              </w:rPr>
              <w:t>既往歴</w:t>
            </w:r>
            <w:r w:rsidRPr="00184F8F">
              <w:rPr>
                <w:rFonts w:cstheme="majorHAnsi"/>
                <w:i w:val="0"/>
                <w:iCs w:val="0"/>
                <w:sz w:val="18"/>
                <w:szCs w:val="18"/>
                <w:lang w:val="en-GB" w:eastAsia="ja-JP"/>
              </w:rPr>
              <w:t>/</w:t>
            </w:r>
            <w:r w:rsidRPr="00184F8F">
              <w:rPr>
                <w:rFonts w:cstheme="majorHAnsi"/>
                <w:i w:val="0"/>
                <w:iCs w:val="0"/>
                <w:sz w:val="18"/>
                <w:szCs w:val="18"/>
                <w:lang w:val="en-GB" w:eastAsia="ja-JP"/>
              </w:rPr>
              <w:t>合併症、併用薬の確認</w:t>
            </w:r>
            <w:r w:rsidRPr="00184F8F">
              <w:rPr>
                <w:rFonts w:cstheme="majorHAnsi"/>
                <w:i w:val="0"/>
                <w:iCs w:val="0"/>
                <w:sz w:val="18"/>
                <w:szCs w:val="18"/>
                <w:lang w:val="en-GB" w:eastAsia="ja-JP"/>
              </w:rPr>
              <w:t>)</w:t>
            </w:r>
          </w:p>
        </w:tc>
        <w:tc>
          <w:tcPr>
            <w:tcW w:w="4724" w:type="dxa"/>
          </w:tcPr>
          <w:p w14:paraId="09E4C141" w14:textId="21CEDC4E" w:rsidR="001438A6" w:rsidRPr="00184F8F" w:rsidRDefault="00B60C1B" w:rsidP="001438A6">
            <w:pPr>
              <w:pStyle w:val="ae"/>
              <w:numPr>
                <w:ilvl w:val="0"/>
                <w:numId w:val="24"/>
              </w:numPr>
              <w:rPr>
                <w:rFonts w:cstheme="majorHAnsi"/>
                <w:i w:val="0"/>
                <w:iCs w:val="0"/>
                <w:sz w:val="18"/>
                <w:szCs w:val="18"/>
                <w:lang w:val="en-GB"/>
              </w:rPr>
            </w:pPr>
            <w:r w:rsidRPr="00184F8F">
              <w:rPr>
                <w:rFonts w:cstheme="majorHAnsi"/>
                <w:i w:val="0"/>
                <w:iCs w:val="0"/>
                <w:sz w:val="18"/>
                <w:szCs w:val="18"/>
                <w:lang w:val="en-GB" w:eastAsia="ja-JP"/>
              </w:rPr>
              <w:t xml:space="preserve">Use </w:t>
            </w:r>
            <w:r w:rsidRPr="00184F8F">
              <w:rPr>
                <w:rFonts w:cstheme="majorHAnsi"/>
                <w:i w:val="0"/>
                <w:iCs w:val="0"/>
                <w:sz w:val="18"/>
                <w:szCs w:val="18"/>
                <w:lang w:val="en-GB"/>
              </w:rPr>
              <w:t>IWRS/IVRS/IRT</w:t>
            </w:r>
          </w:p>
          <w:p w14:paraId="5E49F6EC" w14:textId="795CF28F" w:rsidR="00B60C1B" w:rsidRPr="00184F8F" w:rsidRDefault="001438A6" w:rsidP="00184F8F">
            <w:pPr>
              <w:pStyle w:val="ae"/>
              <w:ind w:left="440"/>
              <w:rPr>
                <w:rFonts w:cstheme="majorHAnsi"/>
                <w:i w:val="0"/>
                <w:iCs w:val="0"/>
                <w:sz w:val="18"/>
                <w:szCs w:val="18"/>
                <w:lang w:val="en-GB" w:eastAsia="ja-JP"/>
              </w:rPr>
            </w:pPr>
            <w:r w:rsidRPr="00184F8F" w:rsidDel="001438A6">
              <w:rPr>
                <w:rFonts w:cstheme="majorHAnsi"/>
                <w:i w:val="0"/>
                <w:iCs w:val="0"/>
                <w:sz w:val="18"/>
                <w:szCs w:val="18"/>
                <w:lang w:val="en-GB" w:eastAsia="ja-JP"/>
              </w:rPr>
              <w:t xml:space="preserve"> </w:t>
            </w:r>
            <w:r w:rsidR="00B60C1B" w:rsidRPr="00184F8F">
              <w:rPr>
                <w:rFonts w:cstheme="majorHAnsi"/>
                <w:i w:val="0"/>
                <w:iCs w:val="0"/>
                <w:sz w:val="18"/>
                <w:szCs w:val="18"/>
                <w:lang w:val="en-GB"/>
              </w:rPr>
              <w:t>(IWRS</w:t>
            </w:r>
            <w:proofErr w:type="spellStart"/>
            <w:r w:rsidR="00B60C1B" w:rsidRPr="00184F8F">
              <w:rPr>
                <w:rFonts w:cstheme="majorHAnsi"/>
                <w:i w:val="0"/>
                <w:iCs w:val="0"/>
                <w:sz w:val="18"/>
                <w:szCs w:val="18"/>
                <w:lang w:val="en-GB"/>
              </w:rPr>
              <w:t>使用</w:t>
            </w:r>
            <w:proofErr w:type="spellEnd"/>
            <w:r w:rsidR="00B60C1B" w:rsidRPr="00184F8F">
              <w:rPr>
                <w:rFonts w:cstheme="majorHAnsi"/>
                <w:i w:val="0"/>
                <w:iCs w:val="0"/>
                <w:sz w:val="18"/>
                <w:szCs w:val="18"/>
                <w:lang w:val="en-GB"/>
              </w:rPr>
              <w:t xml:space="preserve">) </w:t>
            </w:r>
          </w:p>
        </w:tc>
      </w:tr>
      <w:tr w:rsidR="00B60C1B" w:rsidRPr="00892A9C" w14:paraId="18C611FA" w14:textId="77777777" w:rsidTr="00184F8F">
        <w:trPr>
          <w:trHeight w:val="498"/>
        </w:trPr>
        <w:tc>
          <w:tcPr>
            <w:tcW w:w="4723" w:type="dxa"/>
          </w:tcPr>
          <w:p w14:paraId="5194EDA8" w14:textId="77777777" w:rsidR="00B60C1B" w:rsidRPr="00184F8F" w:rsidRDefault="00B60C1B" w:rsidP="008F1FF3">
            <w:pPr>
              <w:pStyle w:val="ae"/>
              <w:numPr>
                <w:ilvl w:val="0"/>
                <w:numId w:val="14"/>
              </w:numPr>
              <w:rPr>
                <w:rFonts w:asciiTheme="majorHAnsi" w:eastAsiaTheme="majorEastAsia" w:hAnsiTheme="majorHAnsi" w:cstheme="majorHAnsi"/>
                <w:sz w:val="18"/>
                <w:szCs w:val="18"/>
                <w:lang w:val="en-GB"/>
              </w:rPr>
            </w:pPr>
            <w:r w:rsidRPr="00184F8F">
              <w:rPr>
                <w:rFonts w:asciiTheme="majorHAnsi" w:eastAsiaTheme="majorEastAsia" w:hAnsiTheme="majorHAnsi" w:cstheme="majorHAnsi"/>
                <w:sz w:val="18"/>
                <w:szCs w:val="18"/>
                <w:lang w:val="en-GB"/>
              </w:rPr>
              <w:t>Maintain essential documents</w:t>
            </w:r>
          </w:p>
          <w:p w14:paraId="596E39CB" w14:textId="66610AA2" w:rsidR="00B60C1B" w:rsidRPr="00184F8F" w:rsidRDefault="00B60C1B" w:rsidP="008F1FF3">
            <w:pPr>
              <w:pStyle w:val="ae"/>
              <w:ind w:left="360"/>
              <w:rPr>
                <w:rFonts w:asciiTheme="majorHAnsi" w:eastAsiaTheme="majorEastAsia" w:hAnsiTheme="majorHAnsi" w:cstheme="majorHAnsi"/>
                <w:sz w:val="18"/>
                <w:szCs w:val="18"/>
                <w:lang w:val="en-GB" w:eastAsia="ja-JP"/>
              </w:rPr>
            </w:pPr>
            <w:r w:rsidRPr="00184F8F">
              <w:rPr>
                <w:rFonts w:asciiTheme="majorHAnsi" w:eastAsiaTheme="majorEastAsia" w:hAnsiTheme="majorHAnsi" w:cstheme="majorHAnsi"/>
                <w:sz w:val="18"/>
                <w:szCs w:val="18"/>
                <w:lang w:val="en-GB" w:eastAsia="ja-JP"/>
              </w:rPr>
              <w:t>(</w:t>
            </w:r>
            <w:r w:rsidRPr="00184F8F">
              <w:rPr>
                <w:rFonts w:asciiTheme="majorHAnsi" w:eastAsiaTheme="majorEastAsia" w:hAnsiTheme="majorHAnsi" w:cstheme="majorHAnsi"/>
                <w:sz w:val="18"/>
                <w:szCs w:val="18"/>
                <w:lang w:val="en-GB" w:eastAsia="ja-JP"/>
              </w:rPr>
              <w:t>必須文書管理</w:t>
            </w:r>
            <w:r w:rsidRPr="00184F8F">
              <w:rPr>
                <w:rFonts w:asciiTheme="majorHAnsi" w:eastAsiaTheme="majorEastAsia" w:hAnsiTheme="majorHAnsi" w:cstheme="majorHAnsi"/>
                <w:sz w:val="18"/>
                <w:szCs w:val="18"/>
                <w:lang w:val="en-GB" w:eastAsia="ja-JP"/>
              </w:rPr>
              <w:t>)</w:t>
            </w:r>
          </w:p>
        </w:tc>
        <w:tc>
          <w:tcPr>
            <w:tcW w:w="4723" w:type="dxa"/>
          </w:tcPr>
          <w:p w14:paraId="2EA483D5" w14:textId="382BE2D1" w:rsidR="001438A6" w:rsidRPr="00184F8F" w:rsidRDefault="00B60C1B" w:rsidP="001438A6">
            <w:pPr>
              <w:pStyle w:val="ae"/>
              <w:numPr>
                <w:ilvl w:val="0"/>
                <w:numId w:val="22"/>
              </w:numPr>
              <w:rPr>
                <w:rFonts w:asciiTheme="majorHAnsi" w:eastAsiaTheme="majorEastAsia" w:hAnsiTheme="majorHAnsi" w:cstheme="majorHAnsi"/>
                <w:sz w:val="18"/>
                <w:szCs w:val="18"/>
                <w:lang w:val="en-GB" w:eastAsia="ja-JP"/>
              </w:rPr>
            </w:pPr>
            <w:r w:rsidRPr="00184F8F">
              <w:rPr>
                <w:rFonts w:asciiTheme="majorHAnsi" w:eastAsiaTheme="majorEastAsia" w:hAnsiTheme="majorHAnsi" w:cstheme="majorHAnsi"/>
                <w:sz w:val="18"/>
                <w:szCs w:val="18"/>
                <w:lang w:eastAsia="ja-JP"/>
              </w:rPr>
              <w:t xml:space="preserve">Make study </w:t>
            </w:r>
            <w:r w:rsidRPr="00184F8F">
              <w:rPr>
                <w:rFonts w:asciiTheme="majorHAnsi" w:eastAsiaTheme="majorEastAsia" w:hAnsiTheme="majorHAnsi" w:cstheme="majorHAnsi"/>
                <w:sz w:val="18"/>
                <w:szCs w:val="18"/>
              </w:rPr>
              <w:t>related medical decisions</w:t>
            </w:r>
          </w:p>
          <w:p w14:paraId="085F5423" w14:textId="1C2ABD15" w:rsidR="00B60C1B" w:rsidRPr="00184F8F" w:rsidRDefault="00B60C1B" w:rsidP="00184F8F">
            <w:pPr>
              <w:pStyle w:val="ae"/>
              <w:ind w:left="440"/>
              <w:rPr>
                <w:rFonts w:asciiTheme="majorHAnsi" w:eastAsiaTheme="majorEastAsia" w:hAnsiTheme="majorHAnsi" w:cstheme="majorHAnsi"/>
                <w:sz w:val="18"/>
                <w:szCs w:val="18"/>
                <w:lang w:val="en-GB" w:eastAsia="ja-JP"/>
              </w:rPr>
            </w:pPr>
            <w:r w:rsidRPr="00184F8F">
              <w:rPr>
                <w:rFonts w:asciiTheme="majorHAnsi" w:eastAsiaTheme="majorEastAsia" w:hAnsiTheme="majorHAnsi" w:cstheme="majorHAnsi"/>
                <w:sz w:val="18"/>
                <w:szCs w:val="18"/>
                <w:lang w:eastAsia="ja-JP"/>
              </w:rPr>
              <w:t>(</w:t>
            </w:r>
            <w:r w:rsidRPr="00184F8F">
              <w:rPr>
                <w:rFonts w:asciiTheme="majorHAnsi" w:eastAsiaTheme="majorEastAsia" w:hAnsiTheme="majorHAnsi" w:cstheme="majorHAnsi"/>
                <w:sz w:val="18"/>
                <w:szCs w:val="18"/>
                <w:lang w:eastAsia="ja-JP"/>
              </w:rPr>
              <w:t>試験上の医学的判断</w:t>
            </w:r>
            <w:r w:rsidRPr="00184F8F">
              <w:rPr>
                <w:rFonts w:asciiTheme="majorHAnsi" w:eastAsiaTheme="majorEastAsia" w:hAnsiTheme="majorHAnsi" w:cstheme="majorHAnsi"/>
                <w:sz w:val="18"/>
                <w:szCs w:val="18"/>
                <w:lang w:eastAsia="ja-JP"/>
              </w:rPr>
              <w:t>)</w:t>
            </w:r>
          </w:p>
        </w:tc>
        <w:tc>
          <w:tcPr>
            <w:tcW w:w="4724" w:type="dxa"/>
          </w:tcPr>
          <w:p w14:paraId="1458EA87" w14:textId="51096827" w:rsidR="001438A6" w:rsidRPr="00184F8F" w:rsidRDefault="00B60C1B" w:rsidP="00184F8F">
            <w:pPr>
              <w:pStyle w:val="ae"/>
              <w:numPr>
                <w:ilvl w:val="0"/>
                <w:numId w:val="24"/>
              </w:numPr>
              <w:rPr>
                <w:rFonts w:asciiTheme="majorHAnsi" w:eastAsiaTheme="majorEastAsia" w:hAnsiTheme="majorHAnsi" w:cstheme="majorHAnsi"/>
                <w:sz w:val="18"/>
                <w:szCs w:val="18"/>
                <w:lang w:val="en-GB" w:eastAsia="ja-JP"/>
              </w:rPr>
            </w:pPr>
            <w:r w:rsidRPr="00184F8F">
              <w:rPr>
                <w:rFonts w:asciiTheme="majorHAnsi" w:eastAsiaTheme="majorEastAsia" w:hAnsiTheme="majorHAnsi" w:cstheme="majorHAnsi"/>
                <w:sz w:val="18"/>
                <w:szCs w:val="18"/>
                <w:lang w:val="en-GB" w:eastAsia="ja-JP"/>
              </w:rPr>
              <w:t>Administer IP</w:t>
            </w:r>
          </w:p>
          <w:p w14:paraId="3AD5024D" w14:textId="612C277F" w:rsidR="00B60C1B" w:rsidRPr="00184F8F" w:rsidRDefault="00B60C1B" w:rsidP="00184F8F">
            <w:pPr>
              <w:pStyle w:val="ae"/>
              <w:ind w:left="440"/>
              <w:rPr>
                <w:rFonts w:asciiTheme="majorHAnsi" w:eastAsiaTheme="majorEastAsia" w:hAnsiTheme="majorHAnsi" w:cstheme="majorHAnsi"/>
                <w:sz w:val="18"/>
                <w:szCs w:val="18"/>
                <w:lang w:val="en-GB" w:eastAsia="ja-JP"/>
              </w:rPr>
            </w:pPr>
            <w:r w:rsidRPr="00184F8F">
              <w:rPr>
                <w:rFonts w:asciiTheme="majorHAnsi" w:eastAsiaTheme="majorEastAsia" w:hAnsiTheme="majorHAnsi" w:cstheme="majorHAnsi"/>
                <w:sz w:val="18"/>
                <w:szCs w:val="18"/>
                <w:lang w:val="en-GB" w:eastAsia="ja-JP"/>
              </w:rPr>
              <w:t>(</w:t>
            </w:r>
            <w:r w:rsidRPr="00184F8F">
              <w:rPr>
                <w:rFonts w:asciiTheme="majorHAnsi" w:eastAsiaTheme="majorEastAsia" w:hAnsiTheme="majorHAnsi" w:cstheme="majorHAnsi"/>
                <w:sz w:val="18"/>
                <w:szCs w:val="18"/>
                <w:lang w:val="en-GB" w:eastAsia="ja-JP"/>
              </w:rPr>
              <w:t>試験薬</w:t>
            </w:r>
            <w:r w:rsidRPr="00184F8F">
              <w:rPr>
                <w:rFonts w:asciiTheme="majorHAnsi" w:eastAsiaTheme="majorEastAsia" w:hAnsiTheme="majorHAnsi" w:cstheme="majorHAnsi"/>
                <w:sz w:val="18"/>
                <w:szCs w:val="18"/>
                <w:lang w:val="en-GB" w:eastAsia="ja-JP"/>
              </w:rPr>
              <w:t>/</w:t>
            </w:r>
            <w:r w:rsidRPr="00184F8F">
              <w:rPr>
                <w:rFonts w:asciiTheme="majorHAnsi" w:eastAsiaTheme="majorEastAsia" w:hAnsiTheme="majorHAnsi" w:cstheme="majorHAnsi"/>
                <w:sz w:val="18"/>
                <w:szCs w:val="18"/>
                <w:lang w:val="en-GB" w:eastAsia="ja-JP"/>
              </w:rPr>
              <w:t>医療機器</w:t>
            </w:r>
            <w:r w:rsidRPr="00184F8F">
              <w:rPr>
                <w:rFonts w:asciiTheme="majorHAnsi" w:eastAsiaTheme="majorEastAsia" w:hAnsiTheme="majorHAnsi" w:cstheme="majorHAnsi"/>
                <w:sz w:val="18"/>
                <w:szCs w:val="18"/>
                <w:lang w:val="en-GB" w:eastAsia="ja-JP"/>
              </w:rPr>
              <w:t>/</w:t>
            </w:r>
            <w:r w:rsidRPr="00184F8F">
              <w:rPr>
                <w:rFonts w:asciiTheme="majorHAnsi" w:eastAsiaTheme="majorEastAsia" w:hAnsiTheme="majorHAnsi" w:cstheme="majorHAnsi"/>
                <w:sz w:val="18"/>
                <w:szCs w:val="18"/>
                <w:lang w:val="en-GB" w:eastAsia="ja-JP"/>
              </w:rPr>
              <w:t>製品の投与</w:t>
            </w:r>
            <w:r w:rsidRPr="00184F8F">
              <w:rPr>
                <w:rFonts w:asciiTheme="majorHAnsi" w:eastAsiaTheme="majorEastAsia" w:hAnsiTheme="majorHAnsi" w:cstheme="majorHAnsi"/>
                <w:sz w:val="18"/>
                <w:szCs w:val="18"/>
                <w:lang w:val="en-GB" w:eastAsia="ja-JP"/>
              </w:rPr>
              <w:t>/</w:t>
            </w:r>
            <w:r w:rsidRPr="00184F8F">
              <w:rPr>
                <w:rFonts w:asciiTheme="majorHAnsi" w:eastAsiaTheme="majorEastAsia" w:hAnsiTheme="majorHAnsi" w:cstheme="majorHAnsi"/>
                <w:sz w:val="18"/>
                <w:szCs w:val="18"/>
                <w:lang w:val="en-GB" w:eastAsia="ja-JP"/>
              </w:rPr>
              <w:t>使用実施</w:t>
            </w:r>
            <w:r w:rsidRPr="00184F8F">
              <w:rPr>
                <w:rFonts w:asciiTheme="majorHAnsi" w:eastAsiaTheme="majorEastAsia" w:hAnsiTheme="majorHAnsi" w:cstheme="majorHAnsi"/>
                <w:sz w:val="18"/>
                <w:szCs w:val="18"/>
                <w:lang w:val="en-GB" w:eastAsia="ja-JP"/>
              </w:rPr>
              <w:t>)</w:t>
            </w:r>
          </w:p>
        </w:tc>
      </w:tr>
      <w:tr w:rsidR="00B60C1B" w:rsidRPr="00892A9C" w14:paraId="14175597" w14:textId="77777777" w:rsidTr="00184F8F">
        <w:trPr>
          <w:trHeight w:val="498"/>
        </w:trPr>
        <w:tc>
          <w:tcPr>
            <w:tcW w:w="4723" w:type="dxa"/>
          </w:tcPr>
          <w:p w14:paraId="01AC5AAC" w14:textId="772A591F" w:rsidR="00B60C1B" w:rsidRPr="00184F8F" w:rsidRDefault="00B60C1B" w:rsidP="008F1FF3">
            <w:pPr>
              <w:pStyle w:val="ae"/>
              <w:numPr>
                <w:ilvl w:val="0"/>
                <w:numId w:val="14"/>
              </w:numPr>
              <w:rPr>
                <w:rFonts w:asciiTheme="majorHAnsi" w:eastAsiaTheme="majorEastAsia" w:hAnsiTheme="majorHAnsi" w:cstheme="majorHAnsi"/>
                <w:sz w:val="18"/>
                <w:szCs w:val="18"/>
              </w:rPr>
            </w:pPr>
            <w:r w:rsidRPr="00184F8F">
              <w:rPr>
                <w:rFonts w:asciiTheme="majorHAnsi" w:eastAsiaTheme="majorEastAsia" w:hAnsiTheme="majorHAnsi" w:cstheme="majorHAnsi"/>
                <w:sz w:val="18"/>
                <w:szCs w:val="18"/>
                <w:lang w:eastAsia="ja-JP"/>
              </w:rPr>
              <w:t>Receive/assess safety notifications</w:t>
            </w:r>
          </w:p>
          <w:p w14:paraId="4C1F2A76" w14:textId="77777777" w:rsidR="00B60C1B" w:rsidRPr="00184F8F" w:rsidRDefault="00B60C1B" w:rsidP="008F1FF3">
            <w:pPr>
              <w:pStyle w:val="ae"/>
              <w:ind w:left="360"/>
              <w:rPr>
                <w:rFonts w:asciiTheme="majorHAnsi" w:eastAsiaTheme="majorEastAsia" w:hAnsiTheme="majorHAnsi" w:cstheme="majorHAnsi"/>
                <w:sz w:val="18"/>
                <w:szCs w:val="18"/>
                <w:lang w:eastAsia="ja-JP"/>
              </w:rPr>
            </w:pPr>
            <w:r w:rsidRPr="00184F8F">
              <w:rPr>
                <w:rFonts w:asciiTheme="majorHAnsi" w:eastAsiaTheme="majorEastAsia" w:hAnsiTheme="majorHAnsi" w:cstheme="majorHAnsi"/>
                <w:sz w:val="18"/>
                <w:szCs w:val="18"/>
                <w:lang w:eastAsia="ja-JP"/>
              </w:rPr>
              <w:t>(</w:t>
            </w:r>
            <w:r w:rsidRPr="00184F8F">
              <w:rPr>
                <w:rFonts w:asciiTheme="majorHAnsi" w:eastAsiaTheme="majorEastAsia" w:hAnsiTheme="majorHAnsi" w:cstheme="majorHAnsi" w:hint="eastAsia"/>
                <w:sz w:val="18"/>
                <w:szCs w:val="18"/>
                <w:lang w:eastAsia="ja-JP"/>
              </w:rPr>
              <w:t>安全性情報の評価管理</w:t>
            </w:r>
            <w:r w:rsidRPr="00184F8F">
              <w:rPr>
                <w:rFonts w:asciiTheme="majorHAnsi" w:eastAsiaTheme="majorEastAsia" w:hAnsiTheme="majorHAnsi" w:cstheme="majorHAnsi"/>
                <w:sz w:val="18"/>
                <w:szCs w:val="18"/>
                <w:lang w:eastAsia="ja-JP"/>
              </w:rPr>
              <w:t>)</w:t>
            </w:r>
          </w:p>
        </w:tc>
        <w:tc>
          <w:tcPr>
            <w:tcW w:w="4723" w:type="dxa"/>
          </w:tcPr>
          <w:p w14:paraId="4F756409" w14:textId="49B87485" w:rsidR="001438A6" w:rsidRPr="00184F8F" w:rsidRDefault="00B60C1B" w:rsidP="001438A6">
            <w:pPr>
              <w:pStyle w:val="ae"/>
              <w:numPr>
                <w:ilvl w:val="0"/>
                <w:numId w:val="22"/>
              </w:numPr>
              <w:rPr>
                <w:rFonts w:asciiTheme="majorHAnsi" w:eastAsiaTheme="majorEastAsia" w:hAnsiTheme="majorHAnsi" w:cstheme="majorHAnsi"/>
                <w:color w:val="FF0000"/>
                <w:sz w:val="18"/>
                <w:szCs w:val="18"/>
                <w:lang w:val="en-GB" w:eastAsia="ja-JP"/>
              </w:rPr>
            </w:pPr>
            <w:r w:rsidRPr="00184F8F">
              <w:rPr>
                <w:rFonts w:asciiTheme="majorHAnsi" w:eastAsiaTheme="majorEastAsia" w:hAnsiTheme="majorHAnsi" w:cstheme="majorHAnsi"/>
                <w:sz w:val="18"/>
                <w:szCs w:val="18"/>
              </w:rPr>
              <w:t>Assess AE/SAE causality</w:t>
            </w:r>
          </w:p>
          <w:p w14:paraId="1ACC8037" w14:textId="445AEFE7" w:rsidR="00B60C1B" w:rsidRPr="00184F8F" w:rsidRDefault="00B60C1B" w:rsidP="00184F8F">
            <w:pPr>
              <w:pStyle w:val="ae"/>
              <w:ind w:left="440"/>
              <w:rPr>
                <w:rFonts w:asciiTheme="majorHAnsi" w:eastAsiaTheme="majorEastAsia" w:hAnsiTheme="majorHAnsi" w:cstheme="majorHAnsi"/>
                <w:color w:val="FF0000"/>
                <w:sz w:val="18"/>
                <w:szCs w:val="18"/>
                <w:lang w:val="en-GB" w:eastAsia="ja-JP"/>
              </w:rPr>
            </w:pPr>
            <w:r w:rsidRPr="00184F8F">
              <w:rPr>
                <w:rFonts w:asciiTheme="majorHAnsi" w:eastAsiaTheme="majorEastAsia" w:hAnsiTheme="majorHAnsi" w:cstheme="majorHAnsi"/>
                <w:sz w:val="18"/>
                <w:szCs w:val="18"/>
                <w:lang w:eastAsia="ja-JP"/>
              </w:rPr>
              <w:t>(AE/SAE</w:t>
            </w:r>
            <w:r w:rsidRPr="00184F8F">
              <w:rPr>
                <w:rFonts w:asciiTheme="majorHAnsi" w:eastAsiaTheme="majorEastAsia" w:hAnsiTheme="majorHAnsi" w:cstheme="majorHAnsi" w:hint="eastAsia"/>
                <w:sz w:val="18"/>
                <w:szCs w:val="18"/>
                <w:lang w:eastAsia="ja-JP"/>
              </w:rPr>
              <w:t>判断</w:t>
            </w:r>
            <w:r w:rsidRPr="00184F8F">
              <w:rPr>
                <w:rFonts w:asciiTheme="majorHAnsi" w:eastAsiaTheme="majorEastAsia" w:hAnsiTheme="majorHAnsi" w:cstheme="majorHAnsi"/>
                <w:sz w:val="18"/>
                <w:szCs w:val="18"/>
                <w:lang w:eastAsia="ja-JP"/>
              </w:rPr>
              <w:t>)</w:t>
            </w:r>
            <w:r w:rsidRPr="00184F8F">
              <w:rPr>
                <w:rFonts w:asciiTheme="majorHAnsi" w:eastAsiaTheme="majorEastAsia" w:hAnsiTheme="majorHAnsi" w:cstheme="majorHAnsi"/>
                <w:sz w:val="18"/>
                <w:szCs w:val="18"/>
                <w:lang w:val="en-GB"/>
              </w:rPr>
              <w:t xml:space="preserve">  </w:t>
            </w:r>
          </w:p>
        </w:tc>
        <w:tc>
          <w:tcPr>
            <w:tcW w:w="4724" w:type="dxa"/>
          </w:tcPr>
          <w:p w14:paraId="42C46951" w14:textId="1C8731CC" w:rsidR="001438A6" w:rsidRPr="00184F8F" w:rsidRDefault="00B60C1B" w:rsidP="00184F8F">
            <w:pPr>
              <w:pStyle w:val="ae"/>
              <w:numPr>
                <w:ilvl w:val="0"/>
                <w:numId w:val="24"/>
              </w:numPr>
              <w:rPr>
                <w:rFonts w:asciiTheme="majorHAnsi" w:eastAsiaTheme="majorEastAsia" w:hAnsiTheme="majorHAnsi" w:cstheme="majorHAnsi"/>
                <w:sz w:val="18"/>
                <w:szCs w:val="18"/>
                <w:lang w:val="en-GB"/>
              </w:rPr>
            </w:pPr>
            <w:r w:rsidRPr="00184F8F">
              <w:rPr>
                <w:rFonts w:asciiTheme="majorHAnsi" w:eastAsiaTheme="majorEastAsia" w:hAnsiTheme="majorHAnsi" w:cstheme="majorHAnsi"/>
                <w:sz w:val="18"/>
                <w:szCs w:val="18"/>
                <w:lang w:val="en-GB"/>
              </w:rPr>
              <w:t>Make (e)CRF entries, corrections and queries</w:t>
            </w:r>
          </w:p>
          <w:p w14:paraId="325F7BA6" w14:textId="098E216D" w:rsidR="00B60C1B" w:rsidRPr="00184F8F" w:rsidRDefault="00B60C1B" w:rsidP="00184F8F">
            <w:pPr>
              <w:pStyle w:val="ae"/>
              <w:ind w:left="440"/>
              <w:rPr>
                <w:rFonts w:asciiTheme="majorHAnsi" w:eastAsiaTheme="majorEastAsia" w:hAnsiTheme="majorHAnsi" w:cstheme="majorHAnsi"/>
                <w:sz w:val="18"/>
                <w:szCs w:val="18"/>
                <w:lang w:val="en-GB" w:eastAsia="ja-JP"/>
              </w:rPr>
            </w:pPr>
            <w:r w:rsidRPr="00184F8F">
              <w:rPr>
                <w:rFonts w:asciiTheme="majorHAnsi" w:eastAsiaTheme="majorEastAsia" w:hAnsiTheme="majorHAnsi" w:cstheme="majorHAnsi"/>
                <w:sz w:val="18"/>
                <w:szCs w:val="18"/>
                <w:lang w:val="en-GB" w:eastAsia="ja-JP"/>
              </w:rPr>
              <w:t>(eCRF</w:t>
            </w:r>
            <w:r w:rsidRPr="00184F8F">
              <w:rPr>
                <w:rFonts w:asciiTheme="majorHAnsi" w:eastAsiaTheme="majorEastAsia" w:hAnsiTheme="majorHAnsi" w:cstheme="majorHAnsi" w:hint="eastAsia"/>
                <w:sz w:val="18"/>
                <w:szCs w:val="18"/>
                <w:lang w:val="en-GB" w:eastAsia="ja-JP"/>
              </w:rPr>
              <w:t>入力・修正・クエリ回答</w:t>
            </w:r>
            <w:r w:rsidRPr="00184F8F">
              <w:rPr>
                <w:rFonts w:asciiTheme="majorHAnsi" w:eastAsiaTheme="majorEastAsia" w:hAnsiTheme="majorHAnsi" w:cstheme="majorHAnsi"/>
                <w:sz w:val="18"/>
                <w:szCs w:val="18"/>
                <w:lang w:val="en-GB" w:eastAsia="ja-JP"/>
              </w:rPr>
              <w:t>)</w:t>
            </w:r>
          </w:p>
        </w:tc>
      </w:tr>
      <w:tr w:rsidR="00B60C1B" w:rsidRPr="00892A9C" w14:paraId="479B748C" w14:textId="77777777" w:rsidTr="00184F8F">
        <w:trPr>
          <w:trHeight w:val="498"/>
        </w:trPr>
        <w:tc>
          <w:tcPr>
            <w:tcW w:w="4723" w:type="dxa"/>
          </w:tcPr>
          <w:p w14:paraId="5E3B43DE" w14:textId="77777777" w:rsidR="00B60C1B" w:rsidRPr="00184F8F" w:rsidRDefault="00B60C1B" w:rsidP="008F1FF3">
            <w:pPr>
              <w:pStyle w:val="ae"/>
              <w:numPr>
                <w:ilvl w:val="0"/>
                <w:numId w:val="14"/>
              </w:numPr>
              <w:rPr>
                <w:rFonts w:asciiTheme="majorHAnsi" w:eastAsiaTheme="majorEastAsia" w:hAnsiTheme="majorHAnsi" w:cstheme="majorHAnsi"/>
                <w:sz w:val="18"/>
                <w:szCs w:val="18"/>
              </w:rPr>
            </w:pPr>
            <w:r w:rsidRPr="00184F8F">
              <w:rPr>
                <w:rFonts w:asciiTheme="majorHAnsi" w:eastAsiaTheme="majorEastAsia" w:hAnsiTheme="majorHAnsi" w:cstheme="majorHAnsi"/>
                <w:sz w:val="18"/>
                <w:szCs w:val="18"/>
              </w:rPr>
              <w:t>Recruit study subjects</w:t>
            </w:r>
            <w:r w:rsidRPr="00184F8F">
              <w:rPr>
                <w:rFonts w:asciiTheme="majorHAnsi" w:eastAsiaTheme="majorEastAsia" w:hAnsiTheme="majorHAnsi" w:cstheme="majorHAnsi"/>
                <w:sz w:val="18"/>
                <w:szCs w:val="18"/>
                <w:lang w:eastAsia="ja-JP"/>
              </w:rPr>
              <w:t xml:space="preserve"> </w:t>
            </w:r>
          </w:p>
          <w:p w14:paraId="22A77677" w14:textId="0E8611A7" w:rsidR="00B60C1B" w:rsidRPr="00184F8F" w:rsidRDefault="00B60C1B" w:rsidP="00184F8F">
            <w:pPr>
              <w:ind w:leftChars="12" w:left="26" w:firstLineChars="200" w:firstLine="360"/>
              <w:rPr>
                <w:rFonts w:asciiTheme="majorHAnsi" w:eastAsiaTheme="majorEastAsia" w:hAnsiTheme="majorHAnsi" w:cstheme="majorHAnsi"/>
                <w:sz w:val="18"/>
                <w:szCs w:val="18"/>
                <w:lang w:eastAsia="ja-JP"/>
              </w:rPr>
            </w:pPr>
            <w:r w:rsidRPr="00184F8F">
              <w:rPr>
                <w:rFonts w:asciiTheme="majorHAnsi" w:eastAsiaTheme="majorEastAsia" w:hAnsiTheme="majorHAnsi" w:cstheme="majorHAnsi"/>
                <w:sz w:val="18"/>
                <w:szCs w:val="18"/>
                <w:lang w:eastAsia="ja-JP"/>
              </w:rPr>
              <w:t>(</w:t>
            </w:r>
            <w:r w:rsidRPr="00184F8F">
              <w:rPr>
                <w:rFonts w:asciiTheme="majorHAnsi" w:eastAsiaTheme="majorEastAsia" w:hAnsiTheme="majorHAnsi" w:cstheme="majorHAnsi" w:hint="eastAsia"/>
                <w:sz w:val="18"/>
                <w:szCs w:val="18"/>
                <w:lang w:eastAsia="ja-JP"/>
              </w:rPr>
              <w:t>被験者選定</w:t>
            </w:r>
            <w:r w:rsidRPr="00184F8F">
              <w:rPr>
                <w:rFonts w:asciiTheme="majorHAnsi" w:eastAsiaTheme="majorEastAsia" w:hAnsiTheme="majorHAnsi" w:cstheme="majorHAnsi"/>
                <w:sz w:val="18"/>
                <w:szCs w:val="18"/>
                <w:lang w:eastAsia="ja-JP"/>
              </w:rPr>
              <w:t>/</w:t>
            </w:r>
            <w:r w:rsidRPr="00184F8F">
              <w:rPr>
                <w:rFonts w:asciiTheme="majorHAnsi" w:eastAsiaTheme="majorEastAsia" w:hAnsiTheme="majorHAnsi" w:cstheme="majorHAnsi" w:hint="eastAsia"/>
                <w:sz w:val="18"/>
                <w:szCs w:val="18"/>
                <w:lang w:eastAsia="ja-JP"/>
              </w:rPr>
              <w:t>リクルート</w:t>
            </w:r>
            <w:r w:rsidRPr="00184F8F">
              <w:rPr>
                <w:rFonts w:asciiTheme="majorHAnsi" w:eastAsiaTheme="majorEastAsia" w:hAnsiTheme="majorHAnsi" w:cstheme="majorHAnsi"/>
                <w:sz w:val="18"/>
                <w:szCs w:val="18"/>
                <w:lang w:eastAsia="ja-JP"/>
              </w:rPr>
              <w:t>)</w:t>
            </w:r>
          </w:p>
        </w:tc>
        <w:tc>
          <w:tcPr>
            <w:tcW w:w="4723" w:type="dxa"/>
          </w:tcPr>
          <w:p w14:paraId="291A9E0F" w14:textId="64F26838" w:rsidR="001438A6" w:rsidRPr="00184F8F" w:rsidRDefault="00B60C1B" w:rsidP="001438A6">
            <w:pPr>
              <w:pStyle w:val="ae"/>
              <w:numPr>
                <w:ilvl w:val="0"/>
                <w:numId w:val="22"/>
              </w:numPr>
              <w:rPr>
                <w:rFonts w:asciiTheme="majorHAnsi" w:eastAsiaTheme="majorEastAsia" w:hAnsiTheme="majorHAnsi" w:cstheme="majorHAnsi"/>
                <w:sz w:val="18"/>
                <w:szCs w:val="18"/>
                <w:lang w:val="en-GB" w:eastAsia="ja-JP"/>
              </w:rPr>
            </w:pPr>
            <w:r w:rsidRPr="00184F8F">
              <w:rPr>
                <w:rFonts w:asciiTheme="majorHAnsi" w:eastAsiaTheme="majorEastAsia" w:hAnsiTheme="majorHAnsi" w:cstheme="majorHAnsi"/>
                <w:sz w:val="18"/>
                <w:szCs w:val="18"/>
              </w:rPr>
              <w:t>Report SAEs</w:t>
            </w:r>
          </w:p>
          <w:p w14:paraId="5FE37598" w14:textId="4295116C" w:rsidR="00B60C1B" w:rsidRPr="00184F8F" w:rsidRDefault="00B60C1B" w:rsidP="00184F8F">
            <w:pPr>
              <w:pStyle w:val="ae"/>
              <w:ind w:left="440"/>
              <w:rPr>
                <w:rFonts w:asciiTheme="majorHAnsi" w:eastAsiaTheme="majorEastAsia" w:hAnsiTheme="majorHAnsi" w:cstheme="majorHAnsi"/>
                <w:sz w:val="18"/>
                <w:szCs w:val="18"/>
                <w:lang w:val="en-GB" w:eastAsia="ja-JP"/>
              </w:rPr>
            </w:pPr>
            <w:r w:rsidRPr="00184F8F">
              <w:rPr>
                <w:rFonts w:asciiTheme="majorHAnsi" w:eastAsiaTheme="majorEastAsia" w:hAnsiTheme="majorHAnsi" w:cstheme="majorHAnsi"/>
                <w:sz w:val="18"/>
                <w:szCs w:val="18"/>
              </w:rPr>
              <w:t>(</w:t>
            </w:r>
            <w:proofErr w:type="spellStart"/>
            <w:r w:rsidRPr="00184F8F">
              <w:rPr>
                <w:rFonts w:asciiTheme="majorHAnsi" w:eastAsiaTheme="majorEastAsia" w:hAnsiTheme="majorHAnsi" w:cstheme="majorHAnsi"/>
                <w:sz w:val="18"/>
                <w:szCs w:val="18"/>
              </w:rPr>
              <w:t>SAE</w:t>
            </w:r>
            <w:r w:rsidRPr="00184F8F">
              <w:rPr>
                <w:rFonts w:asciiTheme="majorHAnsi" w:eastAsiaTheme="majorEastAsia" w:hAnsiTheme="majorHAnsi" w:cstheme="majorHAnsi" w:hint="eastAsia"/>
                <w:sz w:val="18"/>
                <w:szCs w:val="18"/>
              </w:rPr>
              <w:t>報告</w:t>
            </w:r>
            <w:proofErr w:type="spellEnd"/>
            <w:r w:rsidRPr="00184F8F">
              <w:rPr>
                <w:rFonts w:asciiTheme="majorHAnsi" w:eastAsiaTheme="majorEastAsia" w:hAnsiTheme="majorHAnsi" w:cstheme="majorHAnsi"/>
                <w:sz w:val="18"/>
                <w:szCs w:val="18"/>
              </w:rPr>
              <w:t xml:space="preserve">) </w:t>
            </w:r>
            <w:r w:rsidRPr="00184F8F">
              <w:rPr>
                <w:rFonts w:asciiTheme="majorHAnsi" w:eastAsiaTheme="majorEastAsia" w:hAnsiTheme="majorHAnsi" w:cstheme="majorHAnsi"/>
                <w:sz w:val="18"/>
                <w:szCs w:val="18"/>
                <w:lang w:val="en-GB"/>
              </w:rPr>
              <w:t xml:space="preserve"> </w:t>
            </w:r>
          </w:p>
        </w:tc>
        <w:tc>
          <w:tcPr>
            <w:tcW w:w="4724" w:type="dxa"/>
          </w:tcPr>
          <w:p w14:paraId="40410A99" w14:textId="6BCA3758" w:rsidR="001438A6" w:rsidRPr="00184F8F" w:rsidRDefault="00B60C1B" w:rsidP="001438A6">
            <w:pPr>
              <w:pStyle w:val="ae"/>
              <w:numPr>
                <w:ilvl w:val="0"/>
                <w:numId w:val="24"/>
              </w:numPr>
              <w:rPr>
                <w:rFonts w:asciiTheme="majorHAnsi" w:eastAsiaTheme="majorEastAsia" w:hAnsiTheme="majorHAnsi" w:cstheme="majorHAnsi"/>
                <w:sz w:val="18"/>
                <w:szCs w:val="18"/>
                <w:lang w:val="en-GB" w:eastAsia="ja-JP"/>
              </w:rPr>
            </w:pPr>
            <w:r w:rsidRPr="00184F8F">
              <w:rPr>
                <w:rFonts w:asciiTheme="majorHAnsi" w:eastAsiaTheme="majorEastAsia" w:hAnsiTheme="majorHAnsi" w:cstheme="majorHAnsi"/>
                <w:sz w:val="18"/>
                <w:szCs w:val="18"/>
              </w:rPr>
              <w:t xml:space="preserve">Sign off on (e)CRF visit data </w:t>
            </w:r>
          </w:p>
          <w:p w14:paraId="342341AE" w14:textId="47BA2660" w:rsidR="00B60C1B" w:rsidRPr="00184F8F" w:rsidRDefault="00B60C1B" w:rsidP="00184F8F">
            <w:pPr>
              <w:pStyle w:val="ae"/>
              <w:ind w:left="440"/>
              <w:rPr>
                <w:rFonts w:asciiTheme="majorHAnsi" w:eastAsiaTheme="majorEastAsia" w:hAnsiTheme="majorHAnsi" w:cstheme="majorHAnsi"/>
                <w:sz w:val="18"/>
                <w:szCs w:val="18"/>
                <w:lang w:val="en-GB" w:eastAsia="ja-JP"/>
              </w:rPr>
            </w:pPr>
            <w:r w:rsidRPr="00184F8F">
              <w:rPr>
                <w:rFonts w:asciiTheme="majorHAnsi" w:eastAsiaTheme="majorEastAsia" w:hAnsiTheme="majorHAnsi" w:cstheme="majorHAnsi"/>
                <w:sz w:val="18"/>
                <w:szCs w:val="18"/>
                <w:lang w:eastAsia="ja-JP"/>
              </w:rPr>
              <w:t>(</w:t>
            </w:r>
            <w:r w:rsidRPr="00184F8F">
              <w:rPr>
                <w:rFonts w:asciiTheme="majorHAnsi" w:eastAsiaTheme="majorEastAsia" w:hAnsiTheme="majorHAnsi" w:cstheme="majorHAnsi" w:hint="eastAsia"/>
                <w:sz w:val="18"/>
                <w:szCs w:val="18"/>
                <w:lang w:eastAsia="ja-JP"/>
              </w:rPr>
              <w:t>症例報告書への署名</w:t>
            </w:r>
            <w:r w:rsidRPr="00184F8F">
              <w:rPr>
                <w:rFonts w:asciiTheme="majorHAnsi" w:eastAsiaTheme="majorEastAsia" w:hAnsiTheme="majorHAnsi" w:cstheme="majorHAnsi"/>
                <w:sz w:val="18"/>
                <w:szCs w:val="18"/>
                <w:lang w:eastAsia="ja-JP"/>
              </w:rPr>
              <w:t>)</w:t>
            </w:r>
            <w:r w:rsidRPr="00184F8F">
              <w:rPr>
                <w:rFonts w:asciiTheme="majorHAnsi" w:eastAsiaTheme="majorEastAsia" w:hAnsiTheme="majorHAnsi" w:cstheme="majorHAnsi"/>
                <w:sz w:val="18"/>
                <w:szCs w:val="18"/>
                <w:lang w:val="en-GB"/>
              </w:rPr>
              <w:t xml:space="preserve"> </w:t>
            </w:r>
          </w:p>
        </w:tc>
      </w:tr>
      <w:tr w:rsidR="00B60C1B" w:rsidRPr="00892A9C" w14:paraId="22ABA730" w14:textId="77777777" w:rsidTr="00184F8F">
        <w:trPr>
          <w:trHeight w:val="498"/>
        </w:trPr>
        <w:tc>
          <w:tcPr>
            <w:tcW w:w="4723" w:type="dxa"/>
          </w:tcPr>
          <w:p w14:paraId="31D2EB83" w14:textId="77777777" w:rsidR="00B60C1B" w:rsidRPr="00184F8F" w:rsidRDefault="00B60C1B" w:rsidP="008F1FF3">
            <w:pPr>
              <w:pStyle w:val="ae"/>
              <w:numPr>
                <w:ilvl w:val="0"/>
                <w:numId w:val="14"/>
              </w:numPr>
              <w:rPr>
                <w:rFonts w:asciiTheme="majorHAnsi" w:eastAsiaTheme="majorEastAsia" w:hAnsiTheme="majorHAnsi" w:cstheme="majorHAnsi"/>
                <w:sz w:val="18"/>
                <w:szCs w:val="18"/>
              </w:rPr>
            </w:pPr>
            <w:r w:rsidRPr="00184F8F">
              <w:rPr>
                <w:rFonts w:asciiTheme="majorHAnsi" w:eastAsiaTheme="majorEastAsia" w:hAnsiTheme="majorHAnsi" w:cstheme="majorHAnsi"/>
                <w:sz w:val="18"/>
                <w:szCs w:val="18"/>
              </w:rPr>
              <w:t>Obtain/Conduct Informed Consent</w:t>
            </w:r>
          </w:p>
          <w:p w14:paraId="03A1D377" w14:textId="191C554B" w:rsidR="00B60C1B" w:rsidRPr="00184F8F" w:rsidRDefault="00AF651C" w:rsidP="008F1FF3">
            <w:pPr>
              <w:pStyle w:val="ae"/>
              <w:ind w:left="360"/>
              <w:rPr>
                <w:rFonts w:asciiTheme="majorHAnsi" w:eastAsiaTheme="majorEastAsia" w:hAnsiTheme="majorHAnsi" w:cstheme="majorHAnsi"/>
                <w:sz w:val="18"/>
                <w:szCs w:val="18"/>
                <w:lang w:eastAsia="ja-JP"/>
              </w:rPr>
            </w:pPr>
            <w:r>
              <w:rPr>
                <w:rFonts w:asciiTheme="majorHAnsi" w:eastAsiaTheme="majorEastAsia" w:hAnsiTheme="majorHAnsi" w:cstheme="majorHAnsi" w:hint="eastAsia"/>
                <w:sz w:val="18"/>
                <w:szCs w:val="18"/>
                <w:lang w:eastAsia="ja-JP"/>
              </w:rPr>
              <w:t>(</w:t>
            </w:r>
            <w:r w:rsidR="00B60C1B" w:rsidRPr="00184F8F">
              <w:rPr>
                <w:rFonts w:asciiTheme="majorHAnsi" w:eastAsiaTheme="majorEastAsia" w:hAnsiTheme="majorHAnsi" w:cstheme="majorHAnsi" w:hint="eastAsia"/>
                <w:sz w:val="18"/>
                <w:szCs w:val="18"/>
                <w:lang w:eastAsia="ja-JP"/>
              </w:rPr>
              <w:t>説明と同意の取得、実施</w:t>
            </w:r>
            <w:r w:rsidRPr="00E01970">
              <w:rPr>
                <w:rFonts w:asciiTheme="majorHAnsi" w:eastAsiaTheme="majorEastAsia" w:hAnsiTheme="majorHAnsi" w:cstheme="majorHAnsi"/>
                <w:sz w:val="18"/>
                <w:szCs w:val="18"/>
                <w:lang w:eastAsia="ja-JP"/>
              </w:rPr>
              <w:t>)</w:t>
            </w:r>
          </w:p>
        </w:tc>
        <w:tc>
          <w:tcPr>
            <w:tcW w:w="4723" w:type="dxa"/>
          </w:tcPr>
          <w:p w14:paraId="3A470557" w14:textId="08B1D13F" w:rsidR="001438A6" w:rsidRPr="00184F8F" w:rsidRDefault="00B60C1B" w:rsidP="00184F8F">
            <w:pPr>
              <w:pStyle w:val="ae"/>
              <w:numPr>
                <w:ilvl w:val="0"/>
                <w:numId w:val="22"/>
              </w:numPr>
              <w:rPr>
                <w:rFonts w:asciiTheme="majorHAnsi" w:eastAsiaTheme="majorEastAsia" w:hAnsiTheme="majorHAnsi" w:cstheme="majorHAnsi"/>
                <w:sz w:val="18"/>
                <w:szCs w:val="18"/>
                <w:lang w:val="en-GB"/>
              </w:rPr>
            </w:pPr>
            <w:r w:rsidRPr="00184F8F">
              <w:rPr>
                <w:rFonts w:asciiTheme="majorHAnsi" w:eastAsiaTheme="majorEastAsia" w:hAnsiTheme="majorHAnsi" w:cstheme="majorHAnsi"/>
                <w:sz w:val="18"/>
                <w:szCs w:val="18"/>
                <w:lang w:val="en-GB"/>
              </w:rPr>
              <w:t xml:space="preserve">Manage </w:t>
            </w:r>
            <w:r w:rsidRPr="00184F8F">
              <w:rPr>
                <w:rFonts w:asciiTheme="majorHAnsi" w:eastAsiaTheme="majorEastAsia" w:hAnsiTheme="majorHAnsi" w:cstheme="majorHAnsi"/>
                <w:sz w:val="18"/>
                <w:szCs w:val="18"/>
                <w:lang w:val="en-GB" w:eastAsia="ja-JP"/>
              </w:rPr>
              <w:t xml:space="preserve"> IP</w:t>
            </w:r>
            <w:r w:rsidRPr="00184F8F">
              <w:rPr>
                <w:rFonts w:asciiTheme="majorHAnsi" w:eastAsiaTheme="majorEastAsia" w:hAnsiTheme="majorHAnsi" w:cstheme="majorHAnsi"/>
                <w:sz w:val="18"/>
                <w:szCs w:val="18"/>
                <w:lang w:val="en-GB"/>
              </w:rPr>
              <w:t xml:space="preserve"> receipt/storage/temperature monitor</w:t>
            </w:r>
          </w:p>
          <w:p w14:paraId="3CA9CB69" w14:textId="3A132DC2" w:rsidR="00B60C1B" w:rsidRPr="00184F8F" w:rsidRDefault="00B60C1B" w:rsidP="00184F8F">
            <w:pPr>
              <w:pStyle w:val="ae"/>
              <w:ind w:left="440"/>
              <w:rPr>
                <w:rFonts w:asciiTheme="majorHAnsi" w:eastAsiaTheme="majorEastAsia" w:hAnsiTheme="majorHAnsi" w:cstheme="majorHAnsi"/>
                <w:strike/>
                <w:sz w:val="18"/>
                <w:szCs w:val="18"/>
                <w:lang w:val="en-GB" w:eastAsia="ja-JP"/>
              </w:rPr>
            </w:pPr>
            <w:r w:rsidRPr="00184F8F">
              <w:rPr>
                <w:rFonts w:asciiTheme="majorHAnsi" w:eastAsiaTheme="majorEastAsia" w:hAnsiTheme="majorHAnsi" w:cstheme="majorHAnsi"/>
                <w:sz w:val="18"/>
                <w:szCs w:val="18"/>
                <w:lang w:val="en-GB" w:eastAsia="ja-JP"/>
              </w:rPr>
              <w:t>(</w:t>
            </w:r>
            <w:r w:rsidRPr="00184F8F">
              <w:rPr>
                <w:rFonts w:asciiTheme="majorHAnsi" w:eastAsiaTheme="majorEastAsia" w:hAnsiTheme="majorHAnsi" w:cstheme="majorHAnsi" w:hint="eastAsia"/>
                <w:sz w:val="18"/>
                <w:szCs w:val="18"/>
                <w:lang w:val="en-GB" w:eastAsia="ja-JP"/>
              </w:rPr>
              <w:t>試験薬</w:t>
            </w:r>
            <w:r w:rsidRPr="00184F8F">
              <w:rPr>
                <w:rFonts w:asciiTheme="majorHAnsi" w:eastAsiaTheme="majorEastAsia" w:hAnsiTheme="majorHAnsi" w:cstheme="majorHAnsi"/>
                <w:sz w:val="18"/>
                <w:szCs w:val="18"/>
                <w:lang w:val="en-GB" w:eastAsia="ja-JP"/>
              </w:rPr>
              <w:t>/</w:t>
            </w:r>
            <w:r w:rsidRPr="00184F8F">
              <w:rPr>
                <w:rFonts w:asciiTheme="majorHAnsi" w:eastAsiaTheme="majorEastAsia" w:hAnsiTheme="majorHAnsi" w:cstheme="majorHAnsi" w:hint="eastAsia"/>
                <w:sz w:val="18"/>
                <w:szCs w:val="18"/>
                <w:lang w:val="en-GB" w:eastAsia="ja-JP"/>
              </w:rPr>
              <w:t>医療機器</w:t>
            </w:r>
            <w:r w:rsidRPr="00184F8F">
              <w:rPr>
                <w:rFonts w:asciiTheme="majorHAnsi" w:eastAsiaTheme="majorEastAsia" w:hAnsiTheme="majorHAnsi" w:cstheme="majorHAnsi"/>
                <w:sz w:val="18"/>
                <w:szCs w:val="18"/>
                <w:lang w:val="en-GB" w:eastAsia="ja-JP"/>
              </w:rPr>
              <w:t>/</w:t>
            </w:r>
            <w:r w:rsidRPr="00184F8F">
              <w:rPr>
                <w:rFonts w:asciiTheme="majorHAnsi" w:eastAsiaTheme="majorEastAsia" w:hAnsiTheme="majorHAnsi" w:cstheme="majorHAnsi" w:hint="eastAsia"/>
                <w:sz w:val="18"/>
                <w:szCs w:val="18"/>
                <w:lang w:val="en-GB" w:eastAsia="ja-JP"/>
              </w:rPr>
              <w:t>製品等の受領、保管、温度管理</w:t>
            </w:r>
            <w:r w:rsidRPr="00184F8F">
              <w:rPr>
                <w:rFonts w:asciiTheme="majorHAnsi" w:eastAsiaTheme="majorEastAsia" w:hAnsiTheme="majorHAnsi" w:cstheme="majorHAnsi"/>
                <w:sz w:val="18"/>
                <w:szCs w:val="18"/>
                <w:lang w:val="en-GB" w:eastAsia="ja-JP"/>
              </w:rPr>
              <w:t xml:space="preserve">) </w:t>
            </w:r>
          </w:p>
        </w:tc>
        <w:tc>
          <w:tcPr>
            <w:tcW w:w="4724" w:type="dxa"/>
          </w:tcPr>
          <w:p w14:paraId="061182C4" w14:textId="18D9985B" w:rsidR="001438A6" w:rsidRPr="00892A9C" w:rsidRDefault="00B60C1B" w:rsidP="008F1FF3">
            <w:pPr>
              <w:pStyle w:val="ae"/>
              <w:numPr>
                <w:ilvl w:val="0"/>
                <w:numId w:val="24"/>
              </w:numPr>
              <w:rPr>
                <w:rFonts w:asciiTheme="majorHAnsi" w:eastAsiaTheme="majorEastAsia" w:hAnsiTheme="majorHAnsi" w:cstheme="majorHAnsi"/>
                <w:sz w:val="18"/>
                <w:szCs w:val="18"/>
                <w:lang w:val="en-GB" w:eastAsia="ja-JP"/>
              </w:rPr>
            </w:pPr>
            <w:r w:rsidRPr="00184F8F">
              <w:rPr>
                <w:rFonts w:asciiTheme="majorHAnsi" w:eastAsiaTheme="majorEastAsia" w:hAnsiTheme="majorHAnsi" w:cstheme="majorHAnsi"/>
                <w:sz w:val="18"/>
                <w:szCs w:val="18"/>
                <w:lang w:val="en-GB" w:eastAsia="ja-JP"/>
              </w:rPr>
              <w:t>Submission and query resolutions of study dat</w:t>
            </w:r>
            <w:r w:rsidR="005C6BF6" w:rsidRPr="00184F8F">
              <w:rPr>
                <w:rFonts w:asciiTheme="majorHAnsi" w:eastAsiaTheme="majorEastAsia" w:hAnsiTheme="majorHAnsi" w:cstheme="majorHAnsi"/>
                <w:sz w:val="18"/>
                <w:szCs w:val="18"/>
                <w:lang w:val="en-GB" w:eastAsia="ja-JP"/>
              </w:rPr>
              <w:t>a</w:t>
            </w:r>
            <w:r w:rsidRPr="00184F8F">
              <w:rPr>
                <w:rFonts w:asciiTheme="majorHAnsi" w:eastAsiaTheme="majorEastAsia" w:hAnsiTheme="majorHAnsi" w:cstheme="majorHAnsi"/>
                <w:sz w:val="18"/>
                <w:szCs w:val="18"/>
                <w:lang w:val="en-GB" w:eastAsia="ja-JP"/>
              </w:rPr>
              <w:t xml:space="preserve"> (imaging,</w:t>
            </w:r>
            <w:r w:rsidR="00892A9C">
              <w:rPr>
                <w:rFonts w:asciiTheme="majorHAnsi" w:eastAsiaTheme="majorEastAsia" w:hAnsiTheme="majorHAnsi" w:cstheme="majorHAnsi" w:hint="eastAsia"/>
                <w:sz w:val="18"/>
                <w:szCs w:val="18"/>
                <w:lang w:val="en-GB" w:eastAsia="ja-JP"/>
              </w:rPr>
              <w:t xml:space="preserve"> </w:t>
            </w:r>
            <w:r w:rsidRPr="00184F8F">
              <w:rPr>
                <w:rFonts w:asciiTheme="majorHAnsi" w:eastAsiaTheme="majorEastAsia" w:hAnsiTheme="majorHAnsi" w:cstheme="majorHAnsi"/>
                <w:sz w:val="18"/>
                <w:szCs w:val="18"/>
                <w:lang w:val="en-GB" w:eastAsia="ja-JP"/>
              </w:rPr>
              <w:t>lab data,</w:t>
            </w:r>
            <w:r w:rsidR="00892A9C">
              <w:rPr>
                <w:rFonts w:asciiTheme="majorHAnsi" w:eastAsiaTheme="majorEastAsia" w:hAnsiTheme="majorHAnsi" w:cstheme="majorHAnsi" w:hint="eastAsia"/>
                <w:sz w:val="18"/>
                <w:szCs w:val="18"/>
                <w:lang w:val="en-GB" w:eastAsia="ja-JP"/>
              </w:rPr>
              <w:t xml:space="preserve"> </w:t>
            </w:r>
            <w:r w:rsidRPr="00184F8F">
              <w:rPr>
                <w:rFonts w:asciiTheme="majorHAnsi" w:eastAsiaTheme="majorEastAsia" w:hAnsiTheme="majorHAnsi" w:cstheme="majorHAnsi"/>
                <w:sz w:val="18"/>
                <w:szCs w:val="18"/>
                <w:lang w:val="en-GB" w:eastAsia="ja-JP"/>
              </w:rPr>
              <w:t>ECG,</w:t>
            </w:r>
            <w:r w:rsidR="00892A9C">
              <w:rPr>
                <w:rFonts w:asciiTheme="majorHAnsi" w:eastAsiaTheme="majorEastAsia" w:hAnsiTheme="majorHAnsi" w:cstheme="majorHAnsi" w:hint="eastAsia"/>
                <w:sz w:val="18"/>
                <w:szCs w:val="18"/>
                <w:lang w:val="en-GB" w:eastAsia="ja-JP"/>
              </w:rPr>
              <w:t xml:space="preserve"> </w:t>
            </w:r>
            <w:r w:rsidRPr="00184F8F">
              <w:rPr>
                <w:rFonts w:asciiTheme="majorHAnsi" w:eastAsiaTheme="majorEastAsia" w:hAnsiTheme="majorHAnsi" w:cstheme="majorHAnsi"/>
                <w:sz w:val="18"/>
                <w:szCs w:val="18"/>
                <w:lang w:val="en-GB" w:eastAsia="ja-JP"/>
              </w:rPr>
              <w:t>PRO,</w:t>
            </w:r>
            <w:r w:rsidR="00892A9C">
              <w:rPr>
                <w:rFonts w:asciiTheme="majorHAnsi" w:eastAsiaTheme="majorEastAsia" w:hAnsiTheme="majorHAnsi" w:cstheme="majorHAnsi" w:hint="eastAsia"/>
                <w:sz w:val="18"/>
                <w:szCs w:val="18"/>
                <w:lang w:val="en-GB" w:eastAsia="ja-JP"/>
              </w:rPr>
              <w:t xml:space="preserve"> </w:t>
            </w:r>
            <w:r w:rsidRPr="00184F8F">
              <w:rPr>
                <w:rFonts w:asciiTheme="majorHAnsi" w:eastAsiaTheme="majorEastAsia" w:hAnsiTheme="majorHAnsi" w:cstheme="majorHAnsi"/>
                <w:sz w:val="18"/>
                <w:szCs w:val="18"/>
                <w:lang w:val="en-GB" w:eastAsia="ja-JP"/>
              </w:rPr>
              <w:t>etc)</w:t>
            </w:r>
            <w:r w:rsidRPr="00184F8F">
              <w:rPr>
                <w:rFonts w:asciiTheme="majorHAnsi" w:eastAsiaTheme="majorEastAsia" w:hAnsiTheme="majorHAnsi" w:cstheme="majorHAnsi" w:hint="eastAsia"/>
                <w:sz w:val="18"/>
                <w:szCs w:val="18"/>
                <w:lang w:val="en-GB" w:eastAsia="ja-JP"/>
              </w:rPr>
              <w:t xml:space="preserve">　</w:t>
            </w:r>
          </w:p>
          <w:p w14:paraId="58ED4CE4" w14:textId="7DB43992" w:rsidR="00B60C1B" w:rsidRPr="00184F8F" w:rsidRDefault="00B60C1B" w:rsidP="00184F8F">
            <w:pPr>
              <w:pStyle w:val="ae"/>
              <w:ind w:left="440"/>
              <w:rPr>
                <w:rFonts w:asciiTheme="majorHAnsi" w:eastAsiaTheme="majorEastAsia" w:hAnsiTheme="majorHAnsi" w:cstheme="majorHAnsi"/>
                <w:sz w:val="18"/>
                <w:szCs w:val="18"/>
                <w:lang w:val="en-GB" w:eastAsia="ja-JP"/>
              </w:rPr>
            </w:pPr>
            <w:r w:rsidRPr="00184F8F">
              <w:rPr>
                <w:rFonts w:asciiTheme="majorHAnsi" w:eastAsiaTheme="majorEastAsia" w:hAnsiTheme="majorHAnsi" w:cstheme="majorHAnsi"/>
                <w:sz w:val="18"/>
                <w:szCs w:val="18"/>
                <w:lang w:val="en-GB" w:eastAsia="ja-JP"/>
              </w:rPr>
              <w:t>(</w:t>
            </w:r>
            <w:r w:rsidRPr="00184F8F">
              <w:rPr>
                <w:rFonts w:asciiTheme="majorHAnsi" w:eastAsiaTheme="majorEastAsia" w:hAnsiTheme="majorHAnsi" w:cstheme="majorHAnsi" w:hint="eastAsia"/>
                <w:sz w:val="18"/>
                <w:szCs w:val="18"/>
                <w:lang w:val="en-GB" w:eastAsia="ja-JP"/>
              </w:rPr>
              <w:t>データ提供とクエリ対応</w:t>
            </w:r>
            <w:r w:rsidRPr="00184F8F">
              <w:rPr>
                <w:rFonts w:asciiTheme="majorHAnsi" w:eastAsiaTheme="majorEastAsia" w:hAnsiTheme="majorHAnsi" w:cstheme="majorHAnsi"/>
                <w:sz w:val="18"/>
                <w:szCs w:val="18"/>
                <w:lang w:val="en-GB" w:eastAsia="ja-JP"/>
              </w:rPr>
              <w:t xml:space="preserve">) </w:t>
            </w:r>
          </w:p>
        </w:tc>
      </w:tr>
      <w:tr w:rsidR="00B60C1B" w:rsidRPr="00892A9C" w14:paraId="66B934F2" w14:textId="77777777" w:rsidTr="00184F8F">
        <w:trPr>
          <w:trHeight w:val="498"/>
        </w:trPr>
        <w:tc>
          <w:tcPr>
            <w:tcW w:w="4723" w:type="dxa"/>
          </w:tcPr>
          <w:p w14:paraId="2E39A68B" w14:textId="77777777" w:rsidR="00B60C1B" w:rsidRPr="00184F8F" w:rsidRDefault="00B60C1B" w:rsidP="008F1FF3">
            <w:pPr>
              <w:pStyle w:val="ae"/>
              <w:numPr>
                <w:ilvl w:val="0"/>
                <w:numId w:val="14"/>
              </w:numPr>
              <w:rPr>
                <w:rFonts w:asciiTheme="majorHAnsi" w:eastAsiaTheme="majorEastAsia" w:hAnsiTheme="majorHAnsi" w:cstheme="majorHAnsi"/>
                <w:sz w:val="18"/>
                <w:szCs w:val="18"/>
              </w:rPr>
            </w:pPr>
            <w:r w:rsidRPr="00184F8F">
              <w:rPr>
                <w:rFonts w:asciiTheme="majorHAnsi" w:eastAsiaTheme="majorEastAsia" w:hAnsiTheme="majorHAnsi" w:cstheme="majorHAnsi"/>
                <w:sz w:val="18"/>
                <w:szCs w:val="18"/>
                <w:lang w:val="en-GB"/>
              </w:rPr>
              <w:t>Determine eligibility criteria(inclusion/exclusion)</w:t>
            </w:r>
          </w:p>
          <w:p w14:paraId="74B6EE9F" w14:textId="77777777" w:rsidR="00B60C1B" w:rsidRPr="00184F8F" w:rsidRDefault="00B60C1B" w:rsidP="008F1FF3">
            <w:pPr>
              <w:pStyle w:val="ae"/>
              <w:ind w:left="360"/>
              <w:rPr>
                <w:rFonts w:asciiTheme="majorHAnsi" w:eastAsiaTheme="majorEastAsia" w:hAnsiTheme="majorHAnsi" w:cstheme="majorHAnsi"/>
                <w:sz w:val="18"/>
                <w:szCs w:val="18"/>
              </w:rPr>
            </w:pPr>
            <w:r w:rsidRPr="00184F8F">
              <w:rPr>
                <w:rFonts w:asciiTheme="majorHAnsi" w:eastAsiaTheme="majorEastAsia" w:hAnsiTheme="majorHAnsi" w:cstheme="majorHAnsi"/>
                <w:sz w:val="18"/>
                <w:szCs w:val="18"/>
                <w:lang w:val="en-GB" w:eastAsia="ja-JP"/>
              </w:rPr>
              <w:t>(</w:t>
            </w:r>
            <w:r w:rsidRPr="00184F8F">
              <w:rPr>
                <w:rFonts w:asciiTheme="majorHAnsi" w:eastAsiaTheme="majorEastAsia" w:hAnsiTheme="majorHAnsi" w:cstheme="majorHAnsi" w:hint="eastAsia"/>
                <w:sz w:val="18"/>
                <w:szCs w:val="18"/>
                <w:lang w:val="en-GB" w:eastAsia="ja-JP"/>
              </w:rPr>
              <w:t>適格性確認</w:t>
            </w:r>
            <w:r w:rsidRPr="00184F8F">
              <w:rPr>
                <w:rFonts w:asciiTheme="majorHAnsi" w:eastAsiaTheme="majorEastAsia" w:hAnsiTheme="majorHAnsi" w:cstheme="majorHAnsi"/>
                <w:sz w:val="18"/>
                <w:szCs w:val="18"/>
                <w:lang w:val="en-GB" w:eastAsia="ja-JP"/>
              </w:rPr>
              <w:t>)</w:t>
            </w:r>
          </w:p>
        </w:tc>
        <w:tc>
          <w:tcPr>
            <w:tcW w:w="4723" w:type="dxa"/>
          </w:tcPr>
          <w:p w14:paraId="05DA82B5" w14:textId="626291C5" w:rsidR="00B60C1B" w:rsidRPr="00184F8F" w:rsidRDefault="00B60C1B" w:rsidP="00184F8F">
            <w:pPr>
              <w:pStyle w:val="ae"/>
              <w:numPr>
                <w:ilvl w:val="0"/>
                <w:numId w:val="22"/>
              </w:numPr>
              <w:rPr>
                <w:rFonts w:asciiTheme="majorHAnsi" w:eastAsiaTheme="majorEastAsia" w:hAnsiTheme="majorHAnsi" w:cstheme="majorHAnsi"/>
                <w:sz w:val="18"/>
                <w:szCs w:val="18"/>
                <w:lang w:val="en-GB"/>
              </w:rPr>
            </w:pPr>
            <w:r w:rsidRPr="00184F8F">
              <w:rPr>
                <w:rFonts w:asciiTheme="majorHAnsi" w:eastAsiaTheme="majorEastAsia" w:hAnsiTheme="majorHAnsi" w:cstheme="majorHAnsi"/>
                <w:sz w:val="18"/>
                <w:szCs w:val="18"/>
                <w:lang w:val="en-GB"/>
              </w:rPr>
              <w:t xml:space="preserve">Prepare </w:t>
            </w:r>
            <w:r w:rsidRPr="00184F8F">
              <w:rPr>
                <w:rFonts w:asciiTheme="majorHAnsi" w:eastAsiaTheme="majorEastAsia" w:hAnsiTheme="majorHAnsi" w:cstheme="majorHAnsi"/>
                <w:sz w:val="18"/>
                <w:szCs w:val="18"/>
              </w:rPr>
              <w:t>Investigational Product</w:t>
            </w:r>
            <w:r w:rsidRPr="00184F8F">
              <w:rPr>
                <w:rFonts w:asciiTheme="majorHAnsi" w:eastAsiaTheme="majorEastAsia" w:hAnsiTheme="majorHAnsi" w:cstheme="majorHAnsi"/>
                <w:sz w:val="18"/>
                <w:szCs w:val="18"/>
                <w:lang w:eastAsia="ja-JP"/>
              </w:rPr>
              <w:t>(IP)</w:t>
            </w:r>
          </w:p>
          <w:p w14:paraId="3A3AE40C" w14:textId="27040A05" w:rsidR="00B60C1B" w:rsidRPr="00184F8F" w:rsidRDefault="00B60C1B" w:rsidP="008F1FF3">
            <w:pPr>
              <w:rPr>
                <w:rFonts w:asciiTheme="majorHAnsi" w:eastAsiaTheme="majorEastAsia" w:hAnsiTheme="majorHAnsi" w:cstheme="majorHAnsi"/>
                <w:strike/>
                <w:sz w:val="18"/>
                <w:szCs w:val="18"/>
                <w:lang w:val="en-GB" w:eastAsia="ja-JP"/>
              </w:rPr>
            </w:pPr>
            <w:r w:rsidRPr="00184F8F">
              <w:rPr>
                <w:rFonts w:asciiTheme="majorHAnsi" w:eastAsiaTheme="majorEastAsia" w:hAnsiTheme="majorHAnsi" w:cstheme="majorHAnsi" w:hint="eastAsia"/>
                <w:sz w:val="18"/>
                <w:szCs w:val="18"/>
                <w:lang w:val="en-GB" w:eastAsia="ja-JP"/>
              </w:rPr>
              <w:t xml:space="preserve">　　</w:t>
            </w:r>
            <w:r w:rsidRPr="00184F8F">
              <w:rPr>
                <w:rFonts w:asciiTheme="majorHAnsi" w:eastAsiaTheme="majorEastAsia" w:hAnsiTheme="majorHAnsi" w:cstheme="majorHAnsi"/>
                <w:sz w:val="18"/>
                <w:szCs w:val="18"/>
                <w:lang w:val="en-GB" w:eastAsia="ja-JP"/>
              </w:rPr>
              <w:t xml:space="preserve">  (</w:t>
            </w:r>
            <w:r w:rsidRPr="00184F8F">
              <w:rPr>
                <w:rFonts w:asciiTheme="majorHAnsi" w:eastAsiaTheme="majorEastAsia" w:hAnsiTheme="majorHAnsi" w:cstheme="majorHAnsi" w:hint="eastAsia"/>
                <w:sz w:val="18"/>
                <w:szCs w:val="18"/>
                <w:lang w:val="en-GB" w:eastAsia="ja-JP"/>
              </w:rPr>
              <w:t>試験薬</w:t>
            </w:r>
            <w:r w:rsidRPr="00184F8F">
              <w:rPr>
                <w:rFonts w:asciiTheme="majorHAnsi" w:eastAsiaTheme="majorEastAsia" w:hAnsiTheme="majorHAnsi" w:cstheme="majorHAnsi"/>
                <w:sz w:val="18"/>
                <w:szCs w:val="18"/>
                <w:lang w:val="en-GB" w:eastAsia="ja-JP"/>
              </w:rPr>
              <w:t>/</w:t>
            </w:r>
            <w:r w:rsidRPr="00184F8F">
              <w:rPr>
                <w:rFonts w:asciiTheme="majorHAnsi" w:eastAsiaTheme="majorEastAsia" w:hAnsiTheme="majorHAnsi" w:cstheme="majorHAnsi" w:hint="eastAsia"/>
                <w:sz w:val="18"/>
                <w:szCs w:val="18"/>
                <w:lang w:val="en-GB" w:eastAsia="ja-JP"/>
              </w:rPr>
              <w:t>医療機器</w:t>
            </w:r>
            <w:r w:rsidRPr="00184F8F">
              <w:rPr>
                <w:rFonts w:asciiTheme="majorHAnsi" w:eastAsiaTheme="majorEastAsia" w:hAnsiTheme="majorHAnsi" w:cstheme="majorHAnsi"/>
                <w:sz w:val="18"/>
                <w:szCs w:val="18"/>
                <w:lang w:val="en-GB" w:eastAsia="ja-JP"/>
              </w:rPr>
              <w:t>/</w:t>
            </w:r>
            <w:r w:rsidRPr="00184F8F">
              <w:rPr>
                <w:rFonts w:asciiTheme="majorHAnsi" w:eastAsiaTheme="majorEastAsia" w:hAnsiTheme="majorHAnsi" w:cstheme="majorHAnsi" w:hint="eastAsia"/>
                <w:sz w:val="18"/>
                <w:szCs w:val="18"/>
                <w:lang w:val="en-GB" w:eastAsia="ja-JP"/>
              </w:rPr>
              <w:t>製品等の準備・調製</w:t>
            </w:r>
            <w:r w:rsidRPr="00184F8F">
              <w:rPr>
                <w:rFonts w:asciiTheme="majorHAnsi" w:eastAsiaTheme="majorEastAsia" w:hAnsiTheme="majorHAnsi" w:cstheme="majorHAnsi"/>
                <w:sz w:val="18"/>
                <w:szCs w:val="18"/>
                <w:lang w:val="en-GB" w:eastAsia="ja-JP"/>
              </w:rPr>
              <w:t xml:space="preserve">)  </w:t>
            </w:r>
          </w:p>
        </w:tc>
        <w:tc>
          <w:tcPr>
            <w:tcW w:w="4724" w:type="dxa"/>
          </w:tcPr>
          <w:p w14:paraId="04948119" w14:textId="478D4C9E" w:rsidR="001438A6" w:rsidRPr="00184F8F" w:rsidRDefault="00B60C1B" w:rsidP="00184F8F">
            <w:pPr>
              <w:pStyle w:val="ae"/>
              <w:numPr>
                <w:ilvl w:val="0"/>
                <w:numId w:val="24"/>
              </w:numPr>
              <w:rPr>
                <w:rFonts w:asciiTheme="majorHAnsi" w:eastAsiaTheme="majorEastAsia" w:hAnsiTheme="majorHAnsi" w:cstheme="majorHAnsi"/>
                <w:sz w:val="18"/>
                <w:szCs w:val="18"/>
                <w:lang w:val="en-GB"/>
              </w:rPr>
            </w:pPr>
            <w:r w:rsidRPr="00184F8F">
              <w:rPr>
                <w:rFonts w:asciiTheme="majorHAnsi" w:eastAsiaTheme="majorEastAsia" w:hAnsiTheme="majorHAnsi" w:cstheme="majorHAnsi"/>
                <w:sz w:val="18"/>
                <w:szCs w:val="18"/>
                <w:lang w:val="en-GB"/>
              </w:rPr>
              <w:t>Collect/process biological samples</w:t>
            </w:r>
          </w:p>
          <w:p w14:paraId="004B6047" w14:textId="185776FB" w:rsidR="00B60C1B" w:rsidRPr="00184F8F" w:rsidRDefault="00B60C1B" w:rsidP="00184F8F">
            <w:pPr>
              <w:pStyle w:val="ae"/>
              <w:ind w:left="440"/>
              <w:rPr>
                <w:rFonts w:asciiTheme="majorHAnsi" w:eastAsiaTheme="majorEastAsia" w:hAnsiTheme="majorHAnsi" w:cstheme="majorHAnsi"/>
                <w:sz w:val="18"/>
                <w:szCs w:val="18"/>
                <w:lang w:val="en-GB" w:eastAsia="ja-JP"/>
              </w:rPr>
            </w:pPr>
            <w:r w:rsidRPr="00184F8F">
              <w:rPr>
                <w:rFonts w:asciiTheme="majorHAnsi" w:eastAsiaTheme="majorEastAsia" w:hAnsiTheme="majorHAnsi" w:cstheme="majorHAnsi"/>
                <w:sz w:val="18"/>
                <w:szCs w:val="18"/>
                <w:lang w:val="en-GB" w:eastAsia="ja-JP"/>
              </w:rPr>
              <w:t>(</w:t>
            </w:r>
            <w:r w:rsidRPr="00184F8F">
              <w:rPr>
                <w:rFonts w:asciiTheme="majorHAnsi" w:eastAsiaTheme="majorEastAsia" w:hAnsiTheme="majorHAnsi" w:cstheme="majorHAnsi" w:hint="eastAsia"/>
                <w:sz w:val="18"/>
                <w:szCs w:val="18"/>
                <w:lang w:val="en-GB" w:eastAsia="ja-JP"/>
              </w:rPr>
              <w:t>試験関連試料採取・管理</w:t>
            </w:r>
            <w:r w:rsidRPr="00184F8F">
              <w:rPr>
                <w:rFonts w:asciiTheme="majorHAnsi" w:eastAsiaTheme="majorEastAsia" w:hAnsiTheme="majorHAnsi" w:cstheme="majorHAnsi"/>
                <w:sz w:val="18"/>
                <w:szCs w:val="18"/>
                <w:lang w:val="en-GB" w:eastAsia="ja-JP"/>
              </w:rPr>
              <w:t>)</w:t>
            </w:r>
          </w:p>
        </w:tc>
      </w:tr>
      <w:tr w:rsidR="00B60C1B" w:rsidRPr="00892A9C" w14:paraId="462DB8A9" w14:textId="77777777" w:rsidTr="00184F8F">
        <w:trPr>
          <w:trHeight w:val="350"/>
        </w:trPr>
        <w:tc>
          <w:tcPr>
            <w:tcW w:w="4723" w:type="dxa"/>
          </w:tcPr>
          <w:p w14:paraId="6E3B09E9" w14:textId="6E7C284A" w:rsidR="001438A6" w:rsidRPr="00184F8F" w:rsidRDefault="00B60C1B" w:rsidP="008F1FF3">
            <w:pPr>
              <w:pStyle w:val="ae"/>
              <w:numPr>
                <w:ilvl w:val="0"/>
                <w:numId w:val="14"/>
              </w:numPr>
              <w:rPr>
                <w:rFonts w:asciiTheme="majorHAnsi" w:eastAsiaTheme="majorEastAsia" w:hAnsiTheme="majorHAnsi" w:cstheme="majorHAnsi"/>
                <w:sz w:val="18"/>
                <w:szCs w:val="18"/>
              </w:rPr>
            </w:pPr>
            <w:r w:rsidRPr="00184F8F">
              <w:rPr>
                <w:rFonts w:asciiTheme="majorHAnsi" w:eastAsiaTheme="majorEastAsia" w:hAnsiTheme="majorHAnsi" w:cstheme="majorHAnsi"/>
                <w:sz w:val="18"/>
                <w:szCs w:val="18"/>
                <w:lang w:val="en-GB"/>
              </w:rPr>
              <w:t>Perform Physical Exam</w:t>
            </w:r>
          </w:p>
          <w:p w14:paraId="6A3107BF" w14:textId="1DFC2C45" w:rsidR="00B60C1B" w:rsidRPr="00184F8F" w:rsidRDefault="00B60C1B" w:rsidP="00184F8F">
            <w:pPr>
              <w:pStyle w:val="ae"/>
              <w:ind w:left="360"/>
              <w:rPr>
                <w:rFonts w:asciiTheme="majorHAnsi" w:eastAsiaTheme="majorEastAsia" w:hAnsiTheme="majorHAnsi" w:cstheme="majorHAnsi"/>
                <w:sz w:val="18"/>
                <w:szCs w:val="18"/>
              </w:rPr>
            </w:pPr>
            <w:r w:rsidRPr="00184F8F">
              <w:rPr>
                <w:rFonts w:asciiTheme="majorHAnsi" w:eastAsiaTheme="majorEastAsia" w:hAnsiTheme="majorHAnsi" w:cstheme="majorHAnsi"/>
                <w:sz w:val="18"/>
                <w:szCs w:val="18"/>
                <w:lang w:val="en-GB" w:eastAsia="ja-JP"/>
              </w:rPr>
              <w:t>(</w:t>
            </w:r>
            <w:r w:rsidRPr="00184F8F">
              <w:rPr>
                <w:rFonts w:asciiTheme="majorHAnsi" w:eastAsiaTheme="majorEastAsia" w:hAnsiTheme="majorHAnsi" w:cstheme="majorHAnsi" w:hint="eastAsia"/>
                <w:sz w:val="18"/>
                <w:szCs w:val="18"/>
                <w:lang w:val="en-GB" w:eastAsia="ja-JP"/>
              </w:rPr>
              <w:t>身体検査、診察</w:t>
            </w:r>
            <w:r w:rsidRPr="00184F8F">
              <w:rPr>
                <w:rFonts w:asciiTheme="majorHAnsi" w:eastAsiaTheme="majorEastAsia" w:hAnsiTheme="majorHAnsi" w:cstheme="majorHAnsi"/>
                <w:sz w:val="18"/>
                <w:szCs w:val="18"/>
                <w:lang w:val="en-GB" w:eastAsia="ja-JP"/>
              </w:rPr>
              <w:t>)</w:t>
            </w:r>
          </w:p>
        </w:tc>
        <w:tc>
          <w:tcPr>
            <w:tcW w:w="4723" w:type="dxa"/>
          </w:tcPr>
          <w:p w14:paraId="058DB042" w14:textId="06FB4D33" w:rsidR="001438A6" w:rsidRPr="00184F8F" w:rsidRDefault="00B60C1B" w:rsidP="00184F8F">
            <w:pPr>
              <w:pStyle w:val="ae"/>
              <w:numPr>
                <w:ilvl w:val="0"/>
                <w:numId w:val="22"/>
              </w:numPr>
              <w:rPr>
                <w:rFonts w:asciiTheme="majorHAnsi" w:eastAsiaTheme="majorEastAsia" w:hAnsiTheme="majorHAnsi" w:cstheme="majorHAnsi"/>
                <w:sz w:val="18"/>
                <w:szCs w:val="18"/>
                <w:lang w:val="en-GB"/>
              </w:rPr>
            </w:pPr>
            <w:r w:rsidRPr="00184F8F">
              <w:rPr>
                <w:rFonts w:asciiTheme="majorHAnsi" w:eastAsiaTheme="majorEastAsia" w:hAnsiTheme="majorHAnsi" w:cstheme="majorHAnsi"/>
                <w:sz w:val="18"/>
                <w:szCs w:val="18"/>
                <w:lang w:val="en-GB"/>
              </w:rPr>
              <w:t xml:space="preserve">Dispense  </w:t>
            </w:r>
            <w:r w:rsidRPr="00184F8F">
              <w:rPr>
                <w:rFonts w:asciiTheme="majorHAnsi" w:eastAsiaTheme="majorEastAsia" w:hAnsiTheme="majorHAnsi" w:cstheme="majorHAnsi"/>
                <w:sz w:val="18"/>
                <w:szCs w:val="18"/>
              </w:rPr>
              <w:t>Investigational Product</w:t>
            </w:r>
            <w:r w:rsidRPr="00184F8F">
              <w:rPr>
                <w:rFonts w:asciiTheme="majorHAnsi" w:eastAsiaTheme="majorEastAsia" w:hAnsiTheme="majorHAnsi" w:cstheme="majorHAnsi"/>
                <w:sz w:val="18"/>
                <w:szCs w:val="18"/>
                <w:lang w:eastAsia="ja-JP"/>
              </w:rPr>
              <w:t>(IP)</w:t>
            </w:r>
          </w:p>
          <w:p w14:paraId="70C268D4" w14:textId="71CD5C9D" w:rsidR="00B60C1B" w:rsidRPr="00184F8F" w:rsidRDefault="00B60C1B" w:rsidP="00184F8F">
            <w:pPr>
              <w:pStyle w:val="ae"/>
              <w:ind w:left="440"/>
              <w:rPr>
                <w:rFonts w:asciiTheme="majorHAnsi" w:eastAsiaTheme="majorEastAsia" w:hAnsiTheme="majorHAnsi" w:cstheme="majorHAnsi"/>
                <w:sz w:val="18"/>
                <w:szCs w:val="18"/>
                <w:lang w:val="en-GB" w:eastAsia="ja-JP"/>
              </w:rPr>
            </w:pPr>
            <w:r w:rsidRPr="00184F8F">
              <w:rPr>
                <w:rFonts w:asciiTheme="majorHAnsi" w:eastAsiaTheme="majorEastAsia" w:hAnsiTheme="majorHAnsi" w:cstheme="majorHAnsi"/>
                <w:sz w:val="18"/>
                <w:szCs w:val="18"/>
                <w:lang w:val="en-GB" w:eastAsia="ja-JP"/>
              </w:rPr>
              <w:t>(</w:t>
            </w:r>
            <w:r w:rsidRPr="00184F8F">
              <w:rPr>
                <w:rFonts w:asciiTheme="majorHAnsi" w:eastAsiaTheme="majorEastAsia" w:hAnsiTheme="majorHAnsi" w:cstheme="majorHAnsi" w:hint="eastAsia"/>
                <w:sz w:val="18"/>
                <w:szCs w:val="18"/>
                <w:lang w:val="en-GB" w:eastAsia="ja-JP"/>
              </w:rPr>
              <w:t>試験薬</w:t>
            </w:r>
            <w:r w:rsidRPr="00184F8F">
              <w:rPr>
                <w:rFonts w:asciiTheme="majorHAnsi" w:eastAsiaTheme="majorEastAsia" w:hAnsiTheme="majorHAnsi" w:cstheme="majorHAnsi"/>
                <w:sz w:val="18"/>
                <w:szCs w:val="18"/>
                <w:lang w:val="en-GB" w:eastAsia="ja-JP"/>
              </w:rPr>
              <w:t>/</w:t>
            </w:r>
            <w:r w:rsidRPr="00184F8F">
              <w:rPr>
                <w:rFonts w:asciiTheme="majorHAnsi" w:eastAsiaTheme="majorEastAsia" w:hAnsiTheme="majorHAnsi" w:cstheme="majorHAnsi" w:hint="eastAsia"/>
                <w:sz w:val="18"/>
                <w:szCs w:val="18"/>
                <w:lang w:val="en-GB" w:eastAsia="ja-JP"/>
              </w:rPr>
              <w:t>医療機器</w:t>
            </w:r>
            <w:r w:rsidRPr="00184F8F">
              <w:rPr>
                <w:rFonts w:asciiTheme="majorHAnsi" w:eastAsiaTheme="majorEastAsia" w:hAnsiTheme="majorHAnsi" w:cstheme="majorHAnsi"/>
                <w:sz w:val="18"/>
                <w:szCs w:val="18"/>
                <w:lang w:val="en-GB" w:eastAsia="ja-JP"/>
              </w:rPr>
              <w:t>/</w:t>
            </w:r>
            <w:r w:rsidRPr="00184F8F">
              <w:rPr>
                <w:rFonts w:asciiTheme="majorHAnsi" w:eastAsiaTheme="majorEastAsia" w:hAnsiTheme="majorHAnsi" w:cstheme="majorHAnsi" w:hint="eastAsia"/>
                <w:sz w:val="18"/>
                <w:szCs w:val="18"/>
                <w:lang w:val="en-GB" w:eastAsia="ja-JP"/>
              </w:rPr>
              <w:t>製品等の調剤・払い出し</w:t>
            </w:r>
            <w:r w:rsidRPr="00184F8F">
              <w:rPr>
                <w:rFonts w:asciiTheme="majorHAnsi" w:eastAsiaTheme="majorEastAsia" w:hAnsiTheme="majorHAnsi" w:cstheme="majorHAnsi"/>
                <w:sz w:val="18"/>
                <w:szCs w:val="18"/>
                <w:lang w:val="en-GB" w:eastAsia="ja-JP"/>
              </w:rPr>
              <w:t xml:space="preserve">) </w:t>
            </w:r>
          </w:p>
        </w:tc>
        <w:tc>
          <w:tcPr>
            <w:tcW w:w="4724" w:type="dxa"/>
          </w:tcPr>
          <w:p w14:paraId="42607DF9" w14:textId="458307FE" w:rsidR="001438A6" w:rsidRPr="00184F8F" w:rsidRDefault="00B60C1B" w:rsidP="00184F8F">
            <w:pPr>
              <w:pStyle w:val="ae"/>
              <w:numPr>
                <w:ilvl w:val="0"/>
                <w:numId w:val="24"/>
              </w:numPr>
              <w:rPr>
                <w:rFonts w:asciiTheme="majorHAnsi" w:eastAsiaTheme="majorEastAsia" w:hAnsiTheme="majorHAnsi" w:cstheme="majorHAnsi"/>
                <w:sz w:val="18"/>
                <w:szCs w:val="18"/>
                <w:lang w:val="en-GB" w:eastAsia="ja-JP"/>
              </w:rPr>
            </w:pPr>
            <w:r w:rsidRPr="00184F8F">
              <w:rPr>
                <w:rFonts w:asciiTheme="majorHAnsi" w:eastAsiaTheme="majorEastAsia" w:hAnsiTheme="majorHAnsi" w:cstheme="majorHAnsi"/>
                <w:sz w:val="18"/>
                <w:szCs w:val="18"/>
                <w:lang w:val="en-GB" w:eastAsia="ja-JP"/>
              </w:rPr>
              <w:t>Ship biological samples</w:t>
            </w:r>
          </w:p>
          <w:p w14:paraId="6D3C87AC" w14:textId="171ACB65" w:rsidR="00B60C1B" w:rsidRPr="00184F8F" w:rsidRDefault="00B60C1B" w:rsidP="00184F8F">
            <w:pPr>
              <w:pStyle w:val="ae"/>
              <w:ind w:left="440"/>
              <w:rPr>
                <w:rFonts w:asciiTheme="majorHAnsi" w:eastAsiaTheme="majorEastAsia" w:hAnsiTheme="majorHAnsi" w:cstheme="majorHAnsi"/>
                <w:sz w:val="18"/>
                <w:szCs w:val="18"/>
                <w:lang w:val="en-GB" w:eastAsia="ja-JP"/>
              </w:rPr>
            </w:pPr>
            <w:r w:rsidRPr="00184F8F">
              <w:rPr>
                <w:rFonts w:asciiTheme="majorHAnsi" w:eastAsiaTheme="majorEastAsia" w:hAnsiTheme="majorHAnsi" w:cstheme="majorHAnsi"/>
                <w:sz w:val="18"/>
                <w:szCs w:val="18"/>
                <w:lang w:val="en-GB" w:eastAsia="ja-JP"/>
              </w:rPr>
              <w:t>(</w:t>
            </w:r>
            <w:r w:rsidRPr="00184F8F">
              <w:rPr>
                <w:rFonts w:asciiTheme="majorHAnsi" w:eastAsiaTheme="majorEastAsia" w:hAnsiTheme="majorHAnsi" w:cstheme="majorHAnsi" w:hint="eastAsia"/>
                <w:sz w:val="18"/>
                <w:szCs w:val="18"/>
                <w:lang w:val="en-GB" w:eastAsia="ja-JP"/>
              </w:rPr>
              <w:t>試験試料の送付</w:t>
            </w:r>
            <w:r w:rsidRPr="00184F8F">
              <w:rPr>
                <w:rFonts w:asciiTheme="majorHAnsi" w:eastAsiaTheme="majorEastAsia" w:hAnsiTheme="majorHAnsi" w:cstheme="majorHAnsi"/>
                <w:sz w:val="18"/>
                <w:szCs w:val="18"/>
                <w:lang w:val="en-GB" w:eastAsia="ja-JP"/>
              </w:rPr>
              <w:t>)</w:t>
            </w:r>
          </w:p>
        </w:tc>
      </w:tr>
      <w:tr w:rsidR="00B60C1B" w:rsidRPr="00892A9C" w14:paraId="246F11C1" w14:textId="77777777" w:rsidTr="00184F8F">
        <w:trPr>
          <w:trHeight w:val="517"/>
        </w:trPr>
        <w:tc>
          <w:tcPr>
            <w:tcW w:w="4723" w:type="dxa"/>
          </w:tcPr>
          <w:p w14:paraId="631209E1" w14:textId="77777777" w:rsidR="00B60C1B" w:rsidRPr="00184F8F" w:rsidRDefault="00B60C1B" w:rsidP="008F1FF3">
            <w:pPr>
              <w:pStyle w:val="ae"/>
              <w:numPr>
                <w:ilvl w:val="0"/>
                <w:numId w:val="14"/>
              </w:numPr>
              <w:rPr>
                <w:rFonts w:asciiTheme="majorHAnsi" w:eastAsiaTheme="majorEastAsia" w:hAnsiTheme="majorHAnsi" w:cstheme="majorHAnsi"/>
                <w:sz w:val="18"/>
                <w:szCs w:val="18"/>
              </w:rPr>
            </w:pPr>
            <w:r w:rsidRPr="00184F8F">
              <w:rPr>
                <w:rFonts w:asciiTheme="majorHAnsi" w:eastAsiaTheme="majorEastAsia" w:hAnsiTheme="majorHAnsi" w:cstheme="majorHAnsi"/>
                <w:sz w:val="18"/>
                <w:szCs w:val="18"/>
              </w:rPr>
              <w:t>Evaluate study related test results</w:t>
            </w:r>
            <w:r w:rsidRPr="00184F8F">
              <w:rPr>
                <w:rFonts w:asciiTheme="majorHAnsi" w:eastAsiaTheme="majorEastAsia" w:hAnsiTheme="majorHAnsi" w:cstheme="majorHAnsi" w:hint="eastAsia"/>
                <w:sz w:val="18"/>
                <w:szCs w:val="18"/>
                <w:lang w:eastAsia="ja-JP"/>
              </w:rPr>
              <w:t xml:space="preserve">　</w:t>
            </w:r>
            <w:r w:rsidRPr="00184F8F">
              <w:rPr>
                <w:rFonts w:asciiTheme="majorHAnsi" w:eastAsiaTheme="majorEastAsia" w:hAnsiTheme="majorHAnsi" w:cstheme="majorHAnsi"/>
                <w:sz w:val="18"/>
                <w:szCs w:val="18"/>
                <w:lang w:eastAsia="ja-JP"/>
              </w:rPr>
              <w:t xml:space="preserve"> </w:t>
            </w:r>
          </w:p>
          <w:p w14:paraId="4611D873" w14:textId="77777777" w:rsidR="00B60C1B" w:rsidRPr="00184F8F" w:rsidRDefault="00B60C1B" w:rsidP="008F1FF3">
            <w:pPr>
              <w:pStyle w:val="ae"/>
              <w:ind w:left="360"/>
              <w:rPr>
                <w:rFonts w:asciiTheme="majorHAnsi" w:eastAsiaTheme="majorEastAsia" w:hAnsiTheme="majorHAnsi" w:cstheme="majorHAnsi"/>
                <w:sz w:val="18"/>
                <w:szCs w:val="18"/>
                <w:lang w:eastAsia="ja-JP"/>
              </w:rPr>
            </w:pPr>
            <w:r w:rsidRPr="00184F8F">
              <w:rPr>
                <w:rFonts w:asciiTheme="majorHAnsi" w:eastAsiaTheme="majorEastAsia" w:hAnsiTheme="majorHAnsi" w:cstheme="majorHAnsi"/>
                <w:sz w:val="18"/>
                <w:szCs w:val="18"/>
                <w:lang w:eastAsia="ja-JP"/>
              </w:rPr>
              <w:t>(</w:t>
            </w:r>
            <w:r w:rsidRPr="00184F8F">
              <w:rPr>
                <w:rFonts w:asciiTheme="majorHAnsi" w:eastAsiaTheme="majorEastAsia" w:hAnsiTheme="majorHAnsi" w:cstheme="majorHAnsi" w:hint="eastAsia"/>
                <w:sz w:val="18"/>
                <w:szCs w:val="18"/>
                <w:lang w:eastAsia="ja-JP"/>
              </w:rPr>
              <w:t>検査結果の評価、判断</w:t>
            </w:r>
            <w:r w:rsidRPr="00184F8F">
              <w:rPr>
                <w:rFonts w:asciiTheme="majorHAnsi" w:eastAsiaTheme="majorEastAsia" w:hAnsiTheme="majorHAnsi" w:cstheme="majorHAnsi"/>
                <w:sz w:val="18"/>
                <w:szCs w:val="18"/>
                <w:lang w:eastAsia="ja-JP"/>
              </w:rPr>
              <w:t>)</w:t>
            </w:r>
          </w:p>
        </w:tc>
        <w:tc>
          <w:tcPr>
            <w:tcW w:w="4723" w:type="dxa"/>
          </w:tcPr>
          <w:p w14:paraId="47FB7718" w14:textId="0F378B4D" w:rsidR="001438A6" w:rsidRPr="00184F8F" w:rsidRDefault="00B60C1B" w:rsidP="00184F8F">
            <w:pPr>
              <w:pStyle w:val="ae"/>
              <w:numPr>
                <w:ilvl w:val="0"/>
                <w:numId w:val="22"/>
              </w:numPr>
              <w:rPr>
                <w:rFonts w:asciiTheme="majorHAnsi" w:eastAsiaTheme="majorEastAsia" w:hAnsiTheme="majorHAnsi" w:cstheme="majorHAnsi"/>
                <w:sz w:val="18"/>
                <w:szCs w:val="18"/>
                <w:lang w:val="en-GB"/>
              </w:rPr>
            </w:pPr>
            <w:r w:rsidRPr="00184F8F">
              <w:rPr>
                <w:rFonts w:asciiTheme="majorHAnsi" w:eastAsiaTheme="majorEastAsia" w:hAnsiTheme="majorHAnsi" w:cstheme="majorHAnsi"/>
                <w:sz w:val="18"/>
                <w:szCs w:val="18"/>
                <w:lang w:val="en-GB"/>
              </w:rPr>
              <w:t xml:space="preserve">Perform  </w:t>
            </w:r>
            <w:r w:rsidRPr="00184F8F">
              <w:rPr>
                <w:rFonts w:asciiTheme="majorHAnsi" w:eastAsiaTheme="majorEastAsia" w:hAnsiTheme="majorHAnsi" w:cstheme="majorHAnsi"/>
                <w:sz w:val="18"/>
                <w:szCs w:val="18"/>
              </w:rPr>
              <w:t>Investigational Product</w:t>
            </w:r>
            <w:r w:rsidRPr="00184F8F">
              <w:rPr>
                <w:rFonts w:asciiTheme="majorHAnsi" w:eastAsiaTheme="majorEastAsia" w:hAnsiTheme="majorHAnsi" w:cstheme="majorHAnsi"/>
                <w:sz w:val="18"/>
                <w:szCs w:val="18"/>
                <w:lang w:eastAsia="ja-JP"/>
              </w:rPr>
              <w:t xml:space="preserve">(IP) </w:t>
            </w:r>
            <w:r w:rsidRPr="00184F8F">
              <w:rPr>
                <w:rFonts w:asciiTheme="majorHAnsi" w:eastAsiaTheme="majorEastAsia" w:hAnsiTheme="majorHAnsi" w:cstheme="majorHAnsi"/>
                <w:sz w:val="18"/>
                <w:szCs w:val="18"/>
                <w:lang w:val="en-GB"/>
              </w:rPr>
              <w:t xml:space="preserve"> accountability</w:t>
            </w:r>
          </w:p>
          <w:p w14:paraId="35A99A35" w14:textId="347D61BA" w:rsidR="00B60C1B" w:rsidRPr="00184F8F" w:rsidRDefault="00B60C1B" w:rsidP="00184F8F">
            <w:pPr>
              <w:pStyle w:val="ae"/>
              <w:ind w:left="440"/>
              <w:rPr>
                <w:rFonts w:asciiTheme="majorHAnsi" w:eastAsiaTheme="majorEastAsia" w:hAnsiTheme="majorHAnsi" w:cstheme="majorHAnsi"/>
                <w:sz w:val="18"/>
                <w:szCs w:val="18"/>
                <w:lang w:val="en-GB" w:eastAsia="ja-JP"/>
              </w:rPr>
            </w:pPr>
            <w:r w:rsidRPr="00184F8F">
              <w:rPr>
                <w:rFonts w:asciiTheme="majorHAnsi" w:eastAsiaTheme="majorEastAsia" w:hAnsiTheme="majorHAnsi" w:cstheme="majorHAnsi"/>
                <w:sz w:val="18"/>
                <w:szCs w:val="18"/>
                <w:lang w:val="en-GB" w:eastAsia="ja-JP"/>
              </w:rPr>
              <w:t>(</w:t>
            </w:r>
            <w:r w:rsidRPr="00184F8F">
              <w:rPr>
                <w:rFonts w:asciiTheme="majorHAnsi" w:eastAsiaTheme="majorEastAsia" w:hAnsiTheme="majorHAnsi" w:cstheme="majorHAnsi" w:hint="eastAsia"/>
                <w:sz w:val="18"/>
                <w:szCs w:val="18"/>
                <w:lang w:val="en-GB" w:eastAsia="ja-JP"/>
              </w:rPr>
              <w:t>試験薬</w:t>
            </w:r>
            <w:r w:rsidRPr="00184F8F">
              <w:rPr>
                <w:rFonts w:asciiTheme="majorHAnsi" w:eastAsiaTheme="majorEastAsia" w:hAnsiTheme="majorHAnsi" w:cstheme="majorHAnsi"/>
                <w:sz w:val="18"/>
                <w:szCs w:val="18"/>
                <w:lang w:val="en-GB" w:eastAsia="ja-JP"/>
              </w:rPr>
              <w:t>/</w:t>
            </w:r>
            <w:r w:rsidRPr="00184F8F">
              <w:rPr>
                <w:rFonts w:asciiTheme="majorHAnsi" w:eastAsiaTheme="majorEastAsia" w:hAnsiTheme="majorHAnsi" w:cstheme="majorHAnsi" w:hint="eastAsia"/>
                <w:sz w:val="18"/>
                <w:szCs w:val="18"/>
                <w:lang w:val="en-GB" w:eastAsia="ja-JP"/>
              </w:rPr>
              <w:t>医療機器</w:t>
            </w:r>
            <w:r w:rsidRPr="00184F8F">
              <w:rPr>
                <w:rFonts w:asciiTheme="majorHAnsi" w:eastAsiaTheme="majorEastAsia" w:hAnsiTheme="majorHAnsi" w:cstheme="majorHAnsi"/>
                <w:sz w:val="18"/>
                <w:szCs w:val="18"/>
                <w:lang w:val="en-GB" w:eastAsia="ja-JP"/>
              </w:rPr>
              <w:t>/</w:t>
            </w:r>
            <w:r w:rsidRPr="00184F8F">
              <w:rPr>
                <w:rFonts w:asciiTheme="majorHAnsi" w:eastAsiaTheme="majorEastAsia" w:hAnsiTheme="majorHAnsi" w:cstheme="majorHAnsi" w:hint="eastAsia"/>
                <w:sz w:val="18"/>
                <w:szCs w:val="18"/>
                <w:lang w:val="en-GB" w:eastAsia="ja-JP"/>
              </w:rPr>
              <w:t>製品等の管理</w:t>
            </w:r>
            <w:r w:rsidRPr="00184F8F">
              <w:rPr>
                <w:rFonts w:asciiTheme="majorHAnsi" w:eastAsiaTheme="majorEastAsia" w:hAnsiTheme="majorHAnsi" w:cstheme="majorHAnsi"/>
                <w:sz w:val="18"/>
                <w:szCs w:val="18"/>
                <w:lang w:val="en-GB" w:eastAsia="ja-JP"/>
              </w:rPr>
              <w:t xml:space="preserve">) </w:t>
            </w:r>
          </w:p>
        </w:tc>
        <w:tc>
          <w:tcPr>
            <w:tcW w:w="4724" w:type="dxa"/>
          </w:tcPr>
          <w:p w14:paraId="2895403B" w14:textId="29A2B4DF" w:rsidR="00B60C1B" w:rsidRPr="00892A9C" w:rsidRDefault="00B60C1B" w:rsidP="001438A6">
            <w:pPr>
              <w:pStyle w:val="ae"/>
              <w:numPr>
                <w:ilvl w:val="0"/>
                <w:numId w:val="24"/>
              </w:numPr>
              <w:rPr>
                <w:rFonts w:asciiTheme="majorHAnsi" w:eastAsiaTheme="majorEastAsia" w:hAnsiTheme="majorHAnsi" w:cstheme="majorHAnsi"/>
                <w:sz w:val="18"/>
                <w:szCs w:val="18"/>
                <w:lang w:val="en-GB" w:eastAsia="ja-JP"/>
              </w:rPr>
            </w:pPr>
            <w:r w:rsidRPr="00184F8F">
              <w:rPr>
                <w:rFonts w:asciiTheme="majorHAnsi" w:eastAsiaTheme="majorEastAsia" w:hAnsiTheme="majorHAnsi" w:cstheme="majorHAnsi"/>
                <w:sz w:val="18"/>
                <w:szCs w:val="18"/>
                <w:lang w:val="en-GB" w:eastAsia="ja-JP"/>
              </w:rPr>
              <w:t>Other</w:t>
            </w:r>
          </w:p>
          <w:p w14:paraId="4299E18F" w14:textId="5248CBA0" w:rsidR="001438A6" w:rsidRPr="00184F8F" w:rsidRDefault="001438A6" w:rsidP="00184F8F">
            <w:pPr>
              <w:pStyle w:val="ae"/>
              <w:ind w:left="440"/>
              <w:rPr>
                <w:rFonts w:asciiTheme="majorHAnsi" w:eastAsiaTheme="majorEastAsia" w:hAnsiTheme="majorHAnsi" w:cstheme="majorHAnsi"/>
                <w:sz w:val="18"/>
                <w:szCs w:val="18"/>
                <w:lang w:val="en-GB" w:eastAsia="ja-JP"/>
              </w:rPr>
            </w:pPr>
          </w:p>
        </w:tc>
      </w:tr>
      <w:bookmarkEnd w:id="3"/>
    </w:tbl>
    <w:p w14:paraId="4B125625" w14:textId="77777777" w:rsidR="00667C2A" w:rsidRDefault="00667C2A" w:rsidP="00A00757">
      <w:pPr>
        <w:rPr>
          <w:rFonts w:asciiTheme="majorHAnsi" w:eastAsiaTheme="majorEastAsia" w:hAnsiTheme="majorHAnsi" w:cstheme="majorHAnsi"/>
          <w:lang w:eastAsia="ja-JP"/>
        </w:rPr>
      </w:pPr>
    </w:p>
    <w:p w14:paraId="79468AD4" w14:textId="0D1B3FF4" w:rsidR="00434A98" w:rsidRPr="00852A3B" w:rsidRDefault="000916AC">
      <w:pPr>
        <w:pStyle w:val="21"/>
        <w:rPr>
          <w:rFonts w:cstheme="majorHAnsi"/>
        </w:rPr>
      </w:pPr>
      <w:r>
        <w:rPr>
          <w:rFonts w:cstheme="majorHAnsi"/>
          <w:lang w:eastAsia="ja-JP"/>
        </w:rPr>
        <w:br w:type="column"/>
      </w:r>
      <w:r w:rsidR="002E4870" w:rsidRPr="00852A3B">
        <w:rPr>
          <w:rFonts w:cstheme="majorHAnsi"/>
        </w:rPr>
        <w:lastRenderedPageBreak/>
        <w:t>Site Staff Assignment and Signatures</w:t>
      </w:r>
    </w:p>
    <w:tbl>
      <w:tblPr>
        <w:tblStyle w:val="afe"/>
        <w:tblW w:w="0" w:type="auto"/>
        <w:tblLook w:val="04A0" w:firstRow="1" w:lastRow="0" w:firstColumn="1" w:lastColumn="0" w:noHBand="0" w:noVBand="1"/>
      </w:tblPr>
      <w:tblGrid>
        <w:gridCol w:w="2405"/>
        <w:gridCol w:w="2552"/>
        <w:gridCol w:w="1417"/>
        <w:gridCol w:w="1701"/>
        <w:gridCol w:w="1985"/>
        <w:gridCol w:w="1842"/>
        <w:gridCol w:w="2396"/>
      </w:tblGrid>
      <w:tr w:rsidR="002F2FD8" w:rsidRPr="00852A3B" w14:paraId="048E6B76" w14:textId="77777777" w:rsidTr="006117BB">
        <w:tc>
          <w:tcPr>
            <w:tcW w:w="10060" w:type="dxa"/>
            <w:gridSpan w:val="5"/>
            <w:shd w:val="clear" w:color="auto" w:fill="EEECE1" w:themeFill="background2"/>
            <w:vAlign w:val="center"/>
          </w:tcPr>
          <w:p w14:paraId="3FBED5FB" w14:textId="40852D91" w:rsidR="00BB584B" w:rsidRDefault="00F2214B" w:rsidP="00BB584B">
            <w:pPr>
              <w:jc w:val="center"/>
              <w:rPr>
                <w:rFonts w:asciiTheme="majorHAnsi" w:eastAsiaTheme="majorEastAsia" w:hAnsiTheme="majorHAnsi" w:cstheme="majorHAnsi"/>
                <w:sz w:val="18"/>
                <w:szCs w:val="18"/>
                <w:lang w:eastAsia="ja-JP"/>
              </w:rPr>
            </w:pPr>
            <w:bookmarkStart w:id="4" w:name="_Hlk212034108"/>
            <w:bookmarkStart w:id="5" w:name="_Hlk212034147"/>
            <w:bookmarkStart w:id="6" w:name="_Hlk211425237"/>
            <w:r w:rsidRPr="006117BB">
              <w:rPr>
                <w:rFonts w:asciiTheme="majorHAnsi" w:eastAsiaTheme="majorEastAsia" w:hAnsiTheme="majorHAnsi" w:cstheme="majorHAnsi"/>
                <w:sz w:val="20"/>
                <w:szCs w:val="20"/>
                <w:lang w:eastAsia="ja-JP"/>
              </w:rPr>
              <w:t>Complete upon assignment of site staff</w:t>
            </w:r>
          </w:p>
          <w:p w14:paraId="1FC9FC39" w14:textId="697120F8" w:rsidR="00D3724D" w:rsidRPr="006117BB" w:rsidRDefault="00F2214B" w:rsidP="00BB584B">
            <w:pPr>
              <w:jc w:val="center"/>
              <w:rPr>
                <w:rFonts w:asciiTheme="majorHAnsi" w:eastAsiaTheme="majorEastAsia" w:hAnsiTheme="majorHAnsi" w:cstheme="majorHAnsi"/>
                <w:sz w:val="18"/>
                <w:szCs w:val="18"/>
                <w:lang w:eastAsia="ja-JP"/>
              </w:rPr>
            </w:pPr>
            <w:r w:rsidRPr="006117BB">
              <w:rPr>
                <w:rFonts w:asciiTheme="majorHAnsi" w:eastAsiaTheme="majorEastAsia" w:hAnsiTheme="majorHAnsi" w:cstheme="majorHAnsi"/>
                <w:sz w:val="18"/>
                <w:szCs w:val="18"/>
                <w:lang w:eastAsia="ja-JP"/>
              </w:rPr>
              <w:t>(</w:t>
            </w:r>
            <w:r w:rsidR="007E760C" w:rsidRPr="006117BB">
              <w:rPr>
                <w:rFonts w:asciiTheme="majorHAnsi" w:eastAsiaTheme="majorEastAsia" w:hAnsiTheme="majorHAnsi" w:cstheme="majorHAnsi"/>
                <w:sz w:val="18"/>
                <w:szCs w:val="18"/>
                <w:lang w:eastAsia="ja-JP"/>
              </w:rPr>
              <w:t>PI</w:t>
            </w:r>
            <w:r w:rsidR="007E760C" w:rsidRPr="006117BB">
              <w:rPr>
                <w:rFonts w:asciiTheme="majorHAnsi" w:eastAsiaTheme="majorEastAsia" w:hAnsiTheme="majorHAnsi" w:cstheme="majorHAnsi" w:hint="eastAsia"/>
                <w:sz w:val="18"/>
                <w:szCs w:val="18"/>
                <w:lang w:eastAsia="ja-JP"/>
              </w:rPr>
              <w:t>の署名</w:t>
            </w:r>
            <w:r w:rsidR="00845C79" w:rsidRPr="006117BB">
              <w:rPr>
                <w:rFonts w:asciiTheme="majorHAnsi" w:eastAsiaTheme="majorEastAsia" w:hAnsiTheme="majorHAnsi" w:cstheme="majorHAnsi" w:hint="eastAsia"/>
                <w:sz w:val="18"/>
                <w:szCs w:val="18"/>
                <w:lang w:eastAsia="ja-JP"/>
              </w:rPr>
              <w:t>を以て</w:t>
            </w:r>
            <w:r w:rsidR="007E760C" w:rsidRPr="006117BB">
              <w:rPr>
                <w:rFonts w:asciiTheme="majorHAnsi" w:eastAsiaTheme="majorEastAsia" w:hAnsiTheme="majorHAnsi" w:cstheme="majorHAnsi"/>
                <w:sz w:val="18"/>
                <w:szCs w:val="18"/>
                <w:lang w:eastAsia="ja-JP"/>
              </w:rPr>
              <w:t>スタッフ任命</w:t>
            </w:r>
            <w:r w:rsidR="007E760C" w:rsidRPr="006117BB">
              <w:rPr>
                <w:rFonts w:asciiTheme="majorHAnsi" w:eastAsiaTheme="majorEastAsia" w:hAnsiTheme="majorHAnsi" w:cstheme="majorHAnsi" w:hint="eastAsia"/>
                <w:sz w:val="18"/>
                <w:szCs w:val="18"/>
                <w:lang w:eastAsia="ja-JP"/>
              </w:rPr>
              <w:t>とタスク</w:t>
            </w:r>
            <w:r w:rsidR="00332B3F" w:rsidRPr="006117BB">
              <w:rPr>
                <w:rFonts w:asciiTheme="majorHAnsi" w:eastAsiaTheme="majorEastAsia" w:hAnsiTheme="majorHAnsi" w:cstheme="majorHAnsi" w:hint="eastAsia"/>
                <w:sz w:val="18"/>
                <w:szCs w:val="18"/>
                <w:lang w:eastAsia="ja-JP"/>
              </w:rPr>
              <w:t>（</w:t>
            </w:r>
            <w:r w:rsidR="00845C79" w:rsidRPr="006117BB">
              <w:rPr>
                <w:rFonts w:asciiTheme="majorHAnsi" w:eastAsiaTheme="majorEastAsia" w:hAnsiTheme="majorHAnsi" w:cstheme="majorHAnsi" w:hint="eastAsia"/>
                <w:sz w:val="18"/>
                <w:szCs w:val="18"/>
                <w:lang w:eastAsia="ja-JP"/>
              </w:rPr>
              <w:t>治験業務）を</w:t>
            </w:r>
            <w:r w:rsidR="00CA2595">
              <w:rPr>
                <w:rFonts w:asciiTheme="majorHAnsi" w:eastAsiaTheme="majorEastAsia" w:hAnsiTheme="majorHAnsi" w:cstheme="majorHAnsi" w:hint="eastAsia"/>
                <w:sz w:val="18"/>
                <w:szCs w:val="18"/>
                <w:lang w:eastAsia="ja-JP"/>
              </w:rPr>
              <w:t>分担</w:t>
            </w:r>
            <w:r w:rsidR="007E760C" w:rsidRPr="006117BB">
              <w:rPr>
                <w:rFonts w:asciiTheme="majorHAnsi" w:eastAsiaTheme="majorEastAsia" w:hAnsiTheme="majorHAnsi" w:cstheme="majorHAnsi"/>
                <w:sz w:val="18"/>
                <w:szCs w:val="18"/>
                <w:lang w:eastAsia="ja-JP"/>
              </w:rPr>
              <w:t>する</w:t>
            </w:r>
            <w:r w:rsidRPr="006117BB">
              <w:rPr>
                <w:rFonts w:asciiTheme="majorHAnsi" w:eastAsiaTheme="majorEastAsia" w:hAnsiTheme="majorHAnsi" w:cstheme="majorHAnsi"/>
                <w:sz w:val="18"/>
                <w:szCs w:val="18"/>
                <w:lang w:eastAsia="ja-JP"/>
              </w:rPr>
              <w:t>)</w:t>
            </w:r>
          </w:p>
        </w:tc>
        <w:tc>
          <w:tcPr>
            <w:tcW w:w="1842" w:type="dxa"/>
            <w:shd w:val="clear" w:color="auto" w:fill="EEECE1" w:themeFill="background2"/>
          </w:tcPr>
          <w:p w14:paraId="22DDE3A9" w14:textId="77777777" w:rsidR="00D3724D" w:rsidRPr="006117BB" w:rsidRDefault="00D3724D" w:rsidP="0038169C">
            <w:pPr>
              <w:jc w:val="center"/>
              <w:rPr>
                <w:rFonts w:asciiTheme="majorHAnsi" w:eastAsiaTheme="majorEastAsia" w:hAnsiTheme="majorHAnsi" w:cstheme="majorHAnsi"/>
                <w:sz w:val="20"/>
                <w:szCs w:val="20"/>
                <w:lang w:eastAsia="ja-JP"/>
              </w:rPr>
            </w:pPr>
          </w:p>
        </w:tc>
        <w:tc>
          <w:tcPr>
            <w:tcW w:w="2396" w:type="dxa"/>
            <w:shd w:val="clear" w:color="auto" w:fill="EEECE1" w:themeFill="background2"/>
          </w:tcPr>
          <w:p w14:paraId="40A0088B" w14:textId="77777777" w:rsidR="00D3724D" w:rsidRPr="006117BB" w:rsidRDefault="00D3724D" w:rsidP="00D3724D">
            <w:pPr>
              <w:jc w:val="center"/>
              <w:rPr>
                <w:rFonts w:asciiTheme="majorHAnsi" w:eastAsiaTheme="majorEastAsia" w:hAnsiTheme="majorHAnsi" w:cstheme="majorHAnsi"/>
                <w:sz w:val="20"/>
                <w:szCs w:val="20"/>
                <w:lang w:eastAsia="ja-JP"/>
              </w:rPr>
            </w:pPr>
            <w:r w:rsidRPr="006117BB">
              <w:rPr>
                <w:rFonts w:asciiTheme="majorHAnsi" w:eastAsiaTheme="majorEastAsia" w:hAnsiTheme="majorHAnsi" w:cstheme="majorHAnsi"/>
                <w:sz w:val="20"/>
                <w:szCs w:val="20"/>
                <w:lang w:eastAsia="ja-JP"/>
              </w:rPr>
              <w:t>Complete When staff exit during the study</w:t>
            </w:r>
          </w:p>
          <w:p w14:paraId="2DD2A19A" w14:textId="71266E91" w:rsidR="00D3724D" w:rsidRPr="006117BB" w:rsidRDefault="00D3724D" w:rsidP="0038169C">
            <w:pPr>
              <w:jc w:val="center"/>
              <w:rPr>
                <w:rFonts w:asciiTheme="majorHAnsi" w:eastAsiaTheme="majorEastAsia" w:hAnsiTheme="majorHAnsi" w:cstheme="majorHAnsi"/>
                <w:sz w:val="20"/>
                <w:szCs w:val="20"/>
                <w:lang w:eastAsia="ja-JP"/>
              </w:rPr>
            </w:pPr>
            <w:r w:rsidRPr="006117BB">
              <w:rPr>
                <w:rFonts w:asciiTheme="majorHAnsi" w:eastAsiaTheme="majorEastAsia" w:hAnsiTheme="majorHAnsi" w:cstheme="majorHAnsi"/>
                <w:sz w:val="18"/>
                <w:szCs w:val="18"/>
                <w:lang w:eastAsia="ja-JP"/>
              </w:rPr>
              <w:t>(</w:t>
            </w:r>
            <w:r w:rsidRPr="006117BB">
              <w:rPr>
                <w:rFonts w:asciiTheme="majorHAnsi" w:eastAsiaTheme="majorEastAsia" w:hAnsiTheme="majorHAnsi" w:cstheme="majorHAnsi"/>
                <w:sz w:val="18"/>
                <w:szCs w:val="18"/>
                <w:lang w:eastAsia="ja-JP"/>
              </w:rPr>
              <w:t>試験</w:t>
            </w:r>
            <w:r w:rsidR="008A4527" w:rsidRPr="006117BB">
              <w:rPr>
                <w:rFonts w:asciiTheme="majorHAnsi" w:eastAsiaTheme="majorEastAsia" w:hAnsiTheme="majorHAnsi" w:cstheme="majorHAnsi" w:hint="eastAsia"/>
                <w:sz w:val="18"/>
                <w:szCs w:val="18"/>
                <w:lang w:eastAsia="ja-JP"/>
              </w:rPr>
              <w:t>途中の</w:t>
            </w:r>
            <w:r w:rsidRPr="006117BB">
              <w:rPr>
                <w:rFonts w:asciiTheme="majorHAnsi" w:eastAsiaTheme="majorEastAsia" w:hAnsiTheme="majorHAnsi" w:cstheme="majorHAnsi"/>
                <w:sz w:val="18"/>
                <w:szCs w:val="18"/>
                <w:lang w:eastAsia="ja-JP"/>
              </w:rPr>
              <w:t>業務終了</w:t>
            </w:r>
            <w:r w:rsidR="00D0550F" w:rsidRPr="006117BB">
              <w:rPr>
                <w:rFonts w:asciiTheme="majorHAnsi" w:eastAsiaTheme="majorEastAsia" w:hAnsiTheme="majorHAnsi" w:cstheme="majorHAnsi" w:hint="eastAsia"/>
                <w:sz w:val="18"/>
                <w:szCs w:val="18"/>
                <w:lang w:eastAsia="ja-JP"/>
              </w:rPr>
              <w:t>確認</w:t>
            </w:r>
            <w:r w:rsidRPr="006117BB">
              <w:rPr>
                <w:rFonts w:asciiTheme="majorHAnsi" w:eastAsiaTheme="majorEastAsia" w:hAnsiTheme="majorHAnsi" w:cstheme="majorHAnsi"/>
                <w:sz w:val="18"/>
                <w:szCs w:val="18"/>
                <w:lang w:eastAsia="ja-JP"/>
              </w:rPr>
              <w:t>)</w:t>
            </w:r>
          </w:p>
        </w:tc>
      </w:tr>
      <w:tr w:rsidR="008A4527" w:rsidRPr="00852A3B" w14:paraId="2FE3A6F7" w14:textId="77777777" w:rsidTr="798FA0D8">
        <w:tc>
          <w:tcPr>
            <w:tcW w:w="2405" w:type="dxa"/>
            <w:shd w:val="clear" w:color="auto" w:fill="EEECE1" w:themeFill="background2"/>
          </w:tcPr>
          <w:p w14:paraId="01961DF4" w14:textId="77777777" w:rsidR="008A4527" w:rsidRPr="006117BB" w:rsidRDefault="008A4527" w:rsidP="00D3724D">
            <w:pPr>
              <w:jc w:val="center"/>
              <w:rPr>
                <w:rFonts w:asciiTheme="majorHAnsi" w:eastAsiaTheme="majorEastAsia" w:hAnsiTheme="majorHAnsi" w:cstheme="majorHAnsi"/>
                <w:sz w:val="20"/>
                <w:szCs w:val="20"/>
              </w:rPr>
            </w:pPr>
            <w:r w:rsidRPr="006117BB">
              <w:rPr>
                <w:rFonts w:asciiTheme="majorHAnsi" w:eastAsiaTheme="majorEastAsia" w:hAnsiTheme="majorHAnsi" w:cstheme="majorHAnsi"/>
                <w:sz w:val="20"/>
                <w:szCs w:val="20"/>
              </w:rPr>
              <w:t>Name</w:t>
            </w:r>
          </w:p>
          <w:p w14:paraId="0D909AED" w14:textId="1D76D922" w:rsidR="008A4527" w:rsidRPr="006117BB" w:rsidRDefault="008A4527" w:rsidP="0038169C">
            <w:pPr>
              <w:jc w:val="center"/>
              <w:rPr>
                <w:rFonts w:asciiTheme="majorEastAsia" w:eastAsiaTheme="majorEastAsia" w:hAnsiTheme="majorEastAsia" w:cstheme="majorHAnsi"/>
                <w:sz w:val="20"/>
                <w:szCs w:val="20"/>
              </w:rPr>
            </w:pPr>
            <w:r w:rsidRPr="006117BB">
              <w:rPr>
                <w:rFonts w:asciiTheme="majorEastAsia" w:eastAsiaTheme="majorEastAsia" w:hAnsiTheme="majorEastAsia" w:cstheme="majorHAnsi" w:hint="eastAsia"/>
                <w:sz w:val="18"/>
                <w:szCs w:val="18"/>
                <w:lang w:eastAsia="ja-JP"/>
              </w:rPr>
              <w:t>（日</w:t>
            </w:r>
            <w:r w:rsidRPr="006117BB">
              <w:rPr>
                <w:rFonts w:asciiTheme="majorEastAsia" w:eastAsiaTheme="majorEastAsia" w:hAnsiTheme="majorEastAsia" w:cstheme="majorHAnsi"/>
                <w:sz w:val="18"/>
                <w:szCs w:val="18"/>
                <w:lang w:eastAsia="ja-JP"/>
              </w:rPr>
              <w:t>/</w:t>
            </w:r>
            <w:r w:rsidRPr="006117BB">
              <w:rPr>
                <w:rFonts w:asciiTheme="majorEastAsia" w:eastAsiaTheme="majorEastAsia" w:hAnsiTheme="majorEastAsia" w:cstheme="majorHAnsi" w:hint="eastAsia"/>
                <w:sz w:val="18"/>
                <w:szCs w:val="18"/>
                <w:lang w:eastAsia="ja-JP"/>
              </w:rPr>
              <w:t>英）</w:t>
            </w:r>
          </w:p>
        </w:tc>
        <w:tc>
          <w:tcPr>
            <w:tcW w:w="2552" w:type="dxa"/>
            <w:shd w:val="clear" w:color="auto" w:fill="EEECE1" w:themeFill="background2"/>
          </w:tcPr>
          <w:p w14:paraId="6D10CE26" w14:textId="78256EDC" w:rsidR="008A4527" w:rsidRPr="006117BB" w:rsidRDefault="008A4527" w:rsidP="00D3724D">
            <w:pPr>
              <w:jc w:val="center"/>
              <w:rPr>
                <w:rFonts w:asciiTheme="majorHAnsi" w:eastAsiaTheme="majorEastAsia" w:hAnsiTheme="majorHAnsi" w:cstheme="majorHAnsi"/>
                <w:sz w:val="20"/>
                <w:szCs w:val="20"/>
              </w:rPr>
            </w:pPr>
            <w:r w:rsidRPr="006117BB">
              <w:rPr>
                <w:rFonts w:asciiTheme="majorHAnsi" w:eastAsiaTheme="majorEastAsia" w:hAnsiTheme="majorHAnsi" w:cstheme="majorHAnsi"/>
                <w:sz w:val="20"/>
                <w:szCs w:val="20"/>
              </w:rPr>
              <w:t xml:space="preserve">Signature </w:t>
            </w:r>
          </w:p>
          <w:p w14:paraId="6E912255" w14:textId="77777777" w:rsidR="008A4527" w:rsidRPr="006117BB" w:rsidRDefault="008A4527" w:rsidP="00D3724D">
            <w:pPr>
              <w:jc w:val="center"/>
              <w:rPr>
                <w:rFonts w:asciiTheme="majorHAnsi" w:eastAsiaTheme="majorEastAsia" w:hAnsiTheme="majorHAnsi" w:cstheme="majorHAnsi"/>
                <w:i/>
                <w:iCs/>
                <w:color w:val="1F497D" w:themeColor="text2"/>
                <w:sz w:val="16"/>
                <w:szCs w:val="16"/>
              </w:rPr>
            </w:pPr>
            <w:r w:rsidRPr="006117BB">
              <w:rPr>
                <w:rFonts w:asciiTheme="majorHAnsi" w:eastAsiaTheme="majorEastAsia" w:hAnsiTheme="majorHAnsi" w:cstheme="majorHAnsi"/>
                <w:i/>
                <w:iCs/>
                <w:color w:val="1F497D" w:themeColor="text2"/>
                <w:sz w:val="16"/>
                <w:szCs w:val="16"/>
              </w:rPr>
              <w:t>My signature below indicates that I accept the study task.</w:t>
            </w:r>
          </w:p>
          <w:p w14:paraId="1D22B426" w14:textId="0FB75914" w:rsidR="008A4527" w:rsidRPr="006117BB" w:rsidRDefault="008A4527" w:rsidP="0038169C">
            <w:pPr>
              <w:jc w:val="center"/>
              <w:rPr>
                <w:rFonts w:asciiTheme="majorHAnsi" w:eastAsiaTheme="majorEastAsia" w:hAnsiTheme="majorHAnsi" w:cstheme="majorHAnsi"/>
                <w:i/>
                <w:iCs/>
                <w:sz w:val="20"/>
                <w:szCs w:val="20"/>
                <w:lang w:eastAsia="ja-JP"/>
              </w:rPr>
            </w:pPr>
            <w:r w:rsidRPr="006117BB">
              <w:rPr>
                <w:rFonts w:asciiTheme="majorHAnsi" w:eastAsiaTheme="majorEastAsia" w:hAnsiTheme="majorHAnsi" w:cstheme="majorHAnsi" w:hint="eastAsia"/>
                <w:i/>
                <w:iCs/>
                <w:color w:val="1F497D" w:themeColor="text2"/>
                <w:sz w:val="16"/>
                <w:szCs w:val="16"/>
                <w:lang w:eastAsia="ja-JP"/>
              </w:rPr>
              <w:t>（私の署名は試験業務を受諾することを意味する）</w:t>
            </w:r>
          </w:p>
        </w:tc>
        <w:tc>
          <w:tcPr>
            <w:tcW w:w="1417" w:type="dxa"/>
            <w:shd w:val="clear" w:color="auto" w:fill="EEECE1" w:themeFill="background2"/>
          </w:tcPr>
          <w:p w14:paraId="6B6369C1" w14:textId="77777777" w:rsidR="008A4527" w:rsidRPr="006117BB" w:rsidRDefault="008A4527" w:rsidP="0038169C">
            <w:pPr>
              <w:jc w:val="center"/>
              <w:rPr>
                <w:rFonts w:asciiTheme="majorHAnsi" w:eastAsiaTheme="majorEastAsia" w:hAnsiTheme="majorHAnsi" w:cstheme="majorHAnsi"/>
                <w:sz w:val="20"/>
                <w:szCs w:val="20"/>
              </w:rPr>
            </w:pPr>
            <w:r w:rsidRPr="006117BB">
              <w:rPr>
                <w:rFonts w:asciiTheme="majorHAnsi" w:eastAsiaTheme="majorEastAsia" w:hAnsiTheme="majorHAnsi" w:cstheme="majorHAnsi"/>
                <w:sz w:val="20"/>
                <w:szCs w:val="20"/>
              </w:rPr>
              <w:t>Initials</w:t>
            </w:r>
          </w:p>
          <w:p w14:paraId="61A58D7E" w14:textId="21F52048" w:rsidR="008A4527" w:rsidRPr="006117BB" w:rsidRDefault="008A4527" w:rsidP="0038169C">
            <w:pPr>
              <w:jc w:val="center"/>
              <w:rPr>
                <w:rFonts w:asciiTheme="majorEastAsia" w:eastAsiaTheme="majorEastAsia" w:hAnsiTheme="majorEastAsia" w:cstheme="majorHAnsi"/>
                <w:sz w:val="20"/>
                <w:szCs w:val="20"/>
              </w:rPr>
            </w:pPr>
            <w:r w:rsidRPr="006117BB">
              <w:rPr>
                <w:rFonts w:asciiTheme="majorEastAsia" w:eastAsiaTheme="majorEastAsia" w:hAnsiTheme="majorEastAsia" w:cstheme="majorHAnsi" w:hint="eastAsia"/>
                <w:sz w:val="18"/>
                <w:szCs w:val="18"/>
                <w:lang w:eastAsia="ja-JP"/>
              </w:rPr>
              <w:t>（</w:t>
            </w:r>
            <w:r w:rsidR="005C6BF6" w:rsidRPr="006117BB">
              <w:rPr>
                <w:rFonts w:asciiTheme="majorEastAsia" w:eastAsiaTheme="majorEastAsia" w:hAnsiTheme="majorEastAsia" w:cstheme="majorHAnsi" w:hint="eastAsia"/>
                <w:sz w:val="18"/>
                <w:szCs w:val="18"/>
                <w:lang w:eastAsia="ja-JP"/>
              </w:rPr>
              <w:t>簡易</w:t>
            </w:r>
            <w:r w:rsidRPr="006117BB">
              <w:rPr>
                <w:rFonts w:asciiTheme="majorEastAsia" w:eastAsiaTheme="majorEastAsia" w:hAnsiTheme="majorEastAsia" w:cstheme="majorHAnsi" w:hint="eastAsia"/>
                <w:sz w:val="18"/>
                <w:szCs w:val="18"/>
                <w:lang w:eastAsia="ja-JP"/>
              </w:rPr>
              <w:t>署名）</w:t>
            </w:r>
          </w:p>
        </w:tc>
        <w:tc>
          <w:tcPr>
            <w:tcW w:w="1701" w:type="dxa"/>
            <w:shd w:val="clear" w:color="auto" w:fill="EEECE1" w:themeFill="background2"/>
          </w:tcPr>
          <w:p w14:paraId="6F4F7190" w14:textId="77777777" w:rsidR="008A4527" w:rsidRPr="006117BB" w:rsidRDefault="008A4527" w:rsidP="00EE61FE">
            <w:pPr>
              <w:jc w:val="center"/>
              <w:rPr>
                <w:rFonts w:asciiTheme="majorHAnsi" w:eastAsiaTheme="majorEastAsia" w:hAnsiTheme="majorHAnsi" w:cstheme="majorHAnsi"/>
                <w:sz w:val="20"/>
                <w:szCs w:val="20"/>
              </w:rPr>
            </w:pPr>
            <w:r w:rsidRPr="006117BB">
              <w:rPr>
                <w:rFonts w:asciiTheme="majorHAnsi" w:eastAsiaTheme="majorEastAsia" w:hAnsiTheme="majorHAnsi" w:cstheme="majorHAnsi"/>
                <w:sz w:val="20"/>
                <w:szCs w:val="20"/>
              </w:rPr>
              <w:t>Study Role</w:t>
            </w:r>
          </w:p>
          <w:p w14:paraId="4BEA54F6" w14:textId="633ABE8F" w:rsidR="008A4527" w:rsidRPr="006117BB" w:rsidRDefault="00EE61FE" w:rsidP="006117BB">
            <w:pPr>
              <w:jc w:val="center"/>
              <w:rPr>
                <w:rFonts w:asciiTheme="majorHAnsi" w:eastAsiaTheme="majorEastAsia" w:hAnsiTheme="majorHAnsi" w:cstheme="majorHAnsi"/>
                <w:sz w:val="20"/>
                <w:szCs w:val="20"/>
              </w:rPr>
            </w:pPr>
            <w:r w:rsidRPr="006117BB">
              <w:rPr>
                <w:rFonts w:asciiTheme="majorHAnsi" w:eastAsiaTheme="majorEastAsia" w:hAnsiTheme="majorHAnsi" w:cstheme="majorHAnsi" w:hint="eastAsia"/>
                <w:sz w:val="18"/>
                <w:szCs w:val="18"/>
                <w:lang w:eastAsia="ja-JP"/>
              </w:rPr>
              <w:t>（</w:t>
            </w:r>
            <w:r w:rsidR="008A4527" w:rsidRPr="006117BB">
              <w:rPr>
                <w:rFonts w:asciiTheme="majorHAnsi" w:eastAsiaTheme="majorEastAsia" w:hAnsiTheme="majorHAnsi" w:cstheme="majorHAnsi" w:hint="eastAsia"/>
                <w:sz w:val="18"/>
                <w:szCs w:val="18"/>
                <w:lang w:eastAsia="ja-JP"/>
              </w:rPr>
              <w:t>役割</w:t>
            </w:r>
            <w:r w:rsidRPr="006117BB">
              <w:rPr>
                <w:rFonts w:asciiTheme="majorHAnsi" w:eastAsiaTheme="majorEastAsia" w:hAnsiTheme="majorHAnsi" w:cstheme="majorHAnsi" w:hint="eastAsia"/>
                <w:sz w:val="18"/>
                <w:szCs w:val="18"/>
                <w:lang w:eastAsia="ja-JP"/>
              </w:rPr>
              <w:t>）</w:t>
            </w:r>
          </w:p>
        </w:tc>
        <w:tc>
          <w:tcPr>
            <w:tcW w:w="1985" w:type="dxa"/>
            <w:shd w:val="clear" w:color="auto" w:fill="EEECE1" w:themeFill="background2"/>
          </w:tcPr>
          <w:p w14:paraId="087EF579" w14:textId="3429B832" w:rsidR="008A4527" w:rsidRPr="006117BB" w:rsidRDefault="008A4527" w:rsidP="00D3724D">
            <w:pPr>
              <w:jc w:val="center"/>
              <w:rPr>
                <w:rFonts w:asciiTheme="majorHAnsi" w:eastAsiaTheme="majorEastAsia" w:hAnsiTheme="majorHAnsi" w:cstheme="majorHAnsi"/>
                <w:sz w:val="20"/>
                <w:szCs w:val="20"/>
                <w:lang w:eastAsia="ja-JP"/>
              </w:rPr>
            </w:pPr>
            <w:r w:rsidRPr="006117BB">
              <w:rPr>
                <w:rFonts w:asciiTheme="majorHAnsi" w:eastAsiaTheme="majorEastAsia" w:hAnsiTheme="majorHAnsi" w:cstheme="majorHAnsi"/>
                <w:sz w:val="20"/>
                <w:szCs w:val="20"/>
                <w:lang w:eastAsia="ja-JP"/>
              </w:rPr>
              <w:t>Study Task(s)</w:t>
            </w:r>
          </w:p>
          <w:p w14:paraId="4653AACB" w14:textId="43BB8ECA" w:rsidR="008A4527" w:rsidRPr="006117BB" w:rsidRDefault="008A4527" w:rsidP="00D3724D">
            <w:pPr>
              <w:jc w:val="center"/>
              <w:rPr>
                <w:rFonts w:asciiTheme="majorHAnsi" w:eastAsiaTheme="majorEastAsia" w:hAnsiTheme="majorHAnsi" w:cstheme="majorHAnsi"/>
                <w:sz w:val="20"/>
                <w:szCs w:val="20"/>
                <w:lang w:eastAsia="ja-JP"/>
              </w:rPr>
            </w:pPr>
            <w:r w:rsidRPr="006117BB">
              <w:rPr>
                <w:rFonts w:asciiTheme="majorHAnsi" w:eastAsiaTheme="majorEastAsia" w:hAnsiTheme="majorHAnsi" w:cstheme="majorHAnsi"/>
                <w:sz w:val="20"/>
                <w:szCs w:val="20"/>
                <w:lang w:eastAsia="ja-JP"/>
              </w:rPr>
              <w:t>(Select from key)</w:t>
            </w:r>
          </w:p>
          <w:p w14:paraId="243B302F" w14:textId="5FAD53EE" w:rsidR="008A4527" w:rsidRPr="006117BB" w:rsidRDefault="008A4527" w:rsidP="798FA0D8">
            <w:pPr>
              <w:jc w:val="center"/>
              <w:rPr>
                <w:rFonts w:asciiTheme="majorHAnsi" w:eastAsiaTheme="majorEastAsia" w:hAnsiTheme="majorHAnsi" w:cstheme="majorBidi"/>
                <w:sz w:val="20"/>
                <w:szCs w:val="20"/>
                <w:lang w:eastAsia="zh-TW"/>
              </w:rPr>
            </w:pPr>
            <w:r w:rsidRPr="006117BB">
              <w:rPr>
                <w:rFonts w:asciiTheme="majorEastAsia" w:eastAsiaTheme="majorEastAsia" w:hAnsiTheme="majorEastAsia" w:cstheme="majorHAnsi"/>
                <w:sz w:val="18"/>
                <w:szCs w:val="18"/>
                <w:lang w:eastAsia="zh-TW"/>
              </w:rPr>
              <w:t>(</w:t>
            </w:r>
            <w:r w:rsidRPr="006117BB">
              <w:rPr>
                <w:rFonts w:asciiTheme="majorEastAsia" w:eastAsiaTheme="majorEastAsia" w:hAnsiTheme="majorEastAsia" w:cstheme="majorHAnsi" w:hint="eastAsia"/>
                <w:sz w:val="18"/>
                <w:szCs w:val="18"/>
                <w:lang w:eastAsia="zh-TW"/>
              </w:rPr>
              <w:t>試験業務</w:t>
            </w:r>
            <w:r w:rsidRPr="006117BB">
              <w:rPr>
                <w:rFonts w:asciiTheme="majorHAnsi" w:eastAsiaTheme="majorEastAsia" w:hAnsiTheme="majorHAnsi" w:cstheme="majorBidi"/>
                <w:sz w:val="18"/>
                <w:szCs w:val="18"/>
                <w:lang w:eastAsia="zh-TW"/>
              </w:rPr>
              <w:t>Task</w:t>
            </w:r>
            <w:r w:rsidRPr="006117BB">
              <w:rPr>
                <w:rFonts w:asciiTheme="majorEastAsia" w:eastAsiaTheme="majorEastAsia" w:hAnsiTheme="majorEastAsia" w:cstheme="majorBidi"/>
                <w:sz w:val="18"/>
                <w:szCs w:val="18"/>
                <w:lang w:eastAsia="zh-TW"/>
              </w:rPr>
              <w:t>番号)</w:t>
            </w:r>
          </w:p>
        </w:tc>
        <w:tc>
          <w:tcPr>
            <w:tcW w:w="1842" w:type="dxa"/>
            <w:shd w:val="clear" w:color="auto" w:fill="EEECE1" w:themeFill="background2"/>
          </w:tcPr>
          <w:p w14:paraId="54A913A1" w14:textId="2D970C9B" w:rsidR="008A4527" w:rsidRPr="006117BB" w:rsidRDefault="008A4527" w:rsidP="005C6BF6">
            <w:pPr>
              <w:jc w:val="center"/>
              <w:rPr>
                <w:rFonts w:asciiTheme="majorHAnsi" w:eastAsiaTheme="majorEastAsia" w:hAnsiTheme="majorHAnsi" w:cstheme="majorHAnsi"/>
                <w:sz w:val="20"/>
                <w:szCs w:val="20"/>
              </w:rPr>
            </w:pPr>
            <w:r w:rsidRPr="006117BB">
              <w:rPr>
                <w:rFonts w:asciiTheme="majorHAnsi" w:eastAsiaTheme="majorEastAsia" w:hAnsiTheme="majorHAnsi" w:cstheme="majorHAnsi"/>
                <w:sz w:val="20"/>
                <w:szCs w:val="20"/>
              </w:rPr>
              <w:t xml:space="preserve">PI initials </w:t>
            </w:r>
            <w:r w:rsidRPr="006117BB">
              <w:rPr>
                <w:rFonts w:asciiTheme="majorHAnsi" w:eastAsiaTheme="majorEastAsia" w:hAnsiTheme="majorHAnsi" w:cstheme="majorHAnsi"/>
                <w:sz w:val="20"/>
                <w:szCs w:val="20"/>
                <w:lang w:eastAsia="ja-JP"/>
              </w:rPr>
              <w:t>and</w:t>
            </w:r>
            <w:r w:rsidRPr="006117BB">
              <w:rPr>
                <w:rFonts w:asciiTheme="majorHAnsi" w:eastAsiaTheme="majorEastAsia" w:hAnsiTheme="majorHAnsi" w:cstheme="majorHAnsi"/>
                <w:sz w:val="20"/>
                <w:szCs w:val="20"/>
              </w:rPr>
              <w:t xml:space="preserve"> date </w:t>
            </w:r>
            <w:r w:rsidRPr="006117BB">
              <w:rPr>
                <w:rFonts w:asciiTheme="majorHAnsi" w:eastAsiaTheme="majorEastAsia" w:hAnsiTheme="majorHAnsi" w:cstheme="majorHAnsi"/>
                <w:sz w:val="18"/>
                <w:szCs w:val="18"/>
              </w:rPr>
              <w:t>(delegation approval)</w:t>
            </w:r>
          </w:p>
          <w:p w14:paraId="16550C1D" w14:textId="0B36B213" w:rsidR="008A4527" w:rsidRPr="006117BB" w:rsidRDefault="00210340" w:rsidP="00AC0C04">
            <w:pPr>
              <w:jc w:val="center"/>
              <w:rPr>
                <w:rFonts w:asciiTheme="majorHAnsi" w:eastAsiaTheme="majorEastAsia" w:hAnsiTheme="majorHAnsi" w:cstheme="majorHAnsi"/>
                <w:sz w:val="20"/>
                <w:szCs w:val="20"/>
                <w:lang w:eastAsia="ja-JP"/>
              </w:rPr>
            </w:pPr>
            <w:r w:rsidRPr="006117BB">
              <w:rPr>
                <w:rFonts w:asciiTheme="majorHAnsi" w:eastAsiaTheme="majorEastAsia" w:hAnsiTheme="majorHAnsi" w:cstheme="majorHAnsi"/>
                <w:b/>
                <w:sz w:val="20"/>
                <w:szCs w:val="20"/>
              </w:rPr>
              <w:t>YYYY</w:t>
            </w:r>
            <w:r w:rsidR="00E40508" w:rsidRPr="006117BB">
              <w:rPr>
                <w:rFonts w:asciiTheme="majorHAnsi" w:eastAsiaTheme="majorEastAsia" w:hAnsiTheme="majorHAnsi" w:cstheme="majorHAnsi"/>
                <w:b/>
                <w:sz w:val="20"/>
                <w:szCs w:val="20"/>
                <w:lang w:eastAsia="ja-JP"/>
              </w:rPr>
              <w:t>/</w:t>
            </w:r>
            <w:r w:rsidRPr="006117BB">
              <w:rPr>
                <w:rFonts w:asciiTheme="majorHAnsi" w:eastAsiaTheme="majorEastAsia" w:hAnsiTheme="majorHAnsi" w:cstheme="majorHAnsi"/>
                <w:b/>
                <w:sz w:val="20"/>
                <w:szCs w:val="20"/>
                <w:lang w:eastAsia="ja-JP"/>
              </w:rPr>
              <w:t>MM</w:t>
            </w:r>
            <w:r w:rsidR="00E40508" w:rsidRPr="006117BB">
              <w:rPr>
                <w:rFonts w:asciiTheme="majorHAnsi" w:eastAsiaTheme="majorEastAsia" w:hAnsiTheme="majorHAnsi" w:cstheme="majorHAnsi"/>
                <w:b/>
                <w:sz w:val="20"/>
                <w:szCs w:val="20"/>
                <w:lang w:eastAsia="ja-JP"/>
              </w:rPr>
              <w:t>/</w:t>
            </w:r>
            <w:r w:rsidRPr="006117BB">
              <w:rPr>
                <w:rFonts w:asciiTheme="majorHAnsi" w:eastAsiaTheme="majorEastAsia" w:hAnsiTheme="majorHAnsi" w:cstheme="majorHAnsi"/>
                <w:b/>
                <w:sz w:val="20"/>
                <w:szCs w:val="20"/>
                <w:lang w:eastAsia="ja-JP"/>
              </w:rPr>
              <w:t>DD</w:t>
            </w:r>
          </w:p>
        </w:tc>
        <w:tc>
          <w:tcPr>
            <w:tcW w:w="2396" w:type="dxa"/>
            <w:shd w:val="clear" w:color="auto" w:fill="EEECE1" w:themeFill="background2"/>
          </w:tcPr>
          <w:p w14:paraId="4842C09A" w14:textId="3D2D8BAA" w:rsidR="003A7E5F" w:rsidRPr="006117BB" w:rsidRDefault="003A7E5F" w:rsidP="003A7E5F">
            <w:pPr>
              <w:jc w:val="center"/>
              <w:rPr>
                <w:rFonts w:asciiTheme="majorHAnsi" w:eastAsiaTheme="majorEastAsia" w:hAnsiTheme="majorHAnsi" w:cstheme="majorHAnsi"/>
                <w:sz w:val="20"/>
                <w:szCs w:val="20"/>
                <w:lang w:eastAsia="ja-JP"/>
              </w:rPr>
            </w:pPr>
            <w:r w:rsidRPr="006117BB">
              <w:rPr>
                <w:rFonts w:asciiTheme="majorHAnsi" w:eastAsiaTheme="majorEastAsia" w:hAnsiTheme="majorHAnsi" w:cstheme="majorHAnsi"/>
                <w:sz w:val="20"/>
                <w:szCs w:val="20"/>
              </w:rPr>
              <w:t>PI initials and End of task date</w:t>
            </w:r>
            <w:r w:rsidRPr="006117BB" w:rsidDel="003A7E5F">
              <w:rPr>
                <w:rFonts w:asciiTheme="majorHAnsi" w:eastAsiaTheme="majorEastAsia" w:hAnsiTheme="majorHAnsi" w:cstheme="majorHAnsi"/>
                <w:sz w:val="20"/>
                <w:szCs w:val="20"/>
              </w:rPr>
              <w:t xml:space="preserve"> </w:t>
            </w:r>
          </w:p>
          <w:p w14:paraId="5046D6A3" w14:textId="40904606" w:rsidR="008A4527" w:rsidRPr="006117BB" w:rsidRDefault="003A7E5F" w:rsidP="008D663B">
            <w:pPr>
              <w:rPr>
                <w:rFonts w:asciiTheme="majorHAnsi" w:eastAsiaTheme="majorEastAsia" w:hAnsiTheme="majorHAnsi" w:cstheme="majorHAnsi"/>
                <w:sz w:val="20"/>
                <w:szCs w:val="20"/>
                <w:lang w:eastAsia="ja-JP"/>
              </w:rPr>
            </w:pPr>
            <w:r w:rsidRPr="006117BB">
              <w:rPr>
                <w:rFonts w:asciiTheme="majorHAnsi" w:eastAsiaTheme="majorEastAsia" w:hAnsiTheme="majorHAnsi" w:cstheme="majorHAnsi" w:hint="eastAsia"/>
                <w:sz w:val="20"/>
                <w:szCs w:val="20"/>
                <w:lang w:eastAsia="ja-JP"/>
              </w:rPr>
              <w:t xml:space="preserve">　</w:t>
            </w:r>
            <w:r w:rsidR="008A4527" w:rsidRPr="006117BB">
              <w:rPr>
                <w:rFonts w:asciiTheme="majorHAnsi" w:eastAsiaTheme="majorEastAsia" w:hAnsiTheme="majorHAnsi" w:cstheme="majorHAnsi"/>
                <w:sz w:val="20"/>
                <w:szCs w:val="20"/>
                <w:lang w:eastAsia="ja-JP"/>
              </w:rPr>
              <w:t xml:space="preserve">(end confirmation) </w:t>
            </w:r>
          </w:p>
          <w:p w14:paraId="2D2FB596" w14:textId="35D1772A" w:rsidR="008A4527" w:rsidRPr="006117BB" w:rsidRDefault="00210340" w:rsidP="0038169C">
            <w:pPr>
              <w:jc w:val="center"/>
              <w:rPr>
                <w:rFonts w:asciiTheme="majorHAnsi" w:eastAsiaTheme="majorEastAsia" w:hAnsiTheme="majorHAnsi" w:cstheme="majorHAnsi"/>
                <w:sz w:val="20"/>
                <w:szCs w:val="20"/>
              </w:rPr>
            </w:pPr>
            <w:r w:rsidRPr="006117BB">
              <w:rPr>
                <w:rFonts w:asciiTheme="majorHAnsi" w:eastAsiaTheme="majorEastAsia" w:hAnsiTheme="majorHAnsi" w:cstheme="majorHAnsi"/>
                <w:b/>
                <w:sz w:val="20"/>
                <w:szCs w:val="20"/>
              </w:rPr>
              <w:t>YYY</w:t>
            </w:r>
            <w:r w:rsidR="00E40508" w:rsidRPr="006117BB">
              <w:rPr>
                <w:rFonts w:asciiTheme="majorHAnsi" w:eastAsiaTheme="majorEastAsia" w:hAnsiTheme="majorHAnsi" w:cstheme="majorHAnsi"/>
                <w:b/>
                <w:sz w:val="20"/>
                <w:szCs w:val="20"/>
                <w:lang w:eastAsia="ja-JP"/>
              </w:rPr>
              <w:t>Y/</w:t>
            </w:r>
            <w:r w:rsidRPr="006117BB">
              <w:rPr>
                <w:rFonts w:asciiTheme="majorHAnsi" w:eastAsiaTheme="majorEastAsia" w:hAnsiTheme="majorHAnsi" w:cstheme="majorHAnsi"/>
                <w:b/>
                <w:sz w:val="20"/>
                <w:szCs w:val="20"/>
                <w:lang w:eastAsia="ja-JP"/>
              </w:rPr>
              <w:t>MM</w:t>
            </w:r>
            <w:r w:rsidR="00E40508" w:rsidRPr="006117BB">
              <w:rPr>
                <w:rFonts w:asciiTheme="majorHAnsi" w:eastAsiaTheme="majorEastAsia" w:hAnsiTheme="majorHAnsi" w:cstheme="majorHAnsi"/>
                <w:b/>
                <w:sz w:val="20"/>
                <w:szCs w:val="20"/>
                <w:lang w:eastAsia="ja-JP"/>
              </w:rPr>
              <w:t>/</w:t>
            </w:r>
            <w:r w:rsidRPr="006117BB">
              <w:rPr>
                <w:rFonts w:asciiTheme="majorHAnsi" w:eastAsiaTheme="majorEastAsia" w:hAnsiTheme="majorHAnsi" w:cstheme="majorHAnsi"/>
                <w:b/>
                <w:sz w:val="20"/>
                <w:szCs w:val="20"/>
                <w:lang w:eastAsia="ja-JP"/>
              </w:rPr>
              <w:t>DD</w:t>
            </w:r>
          </w:p>
        </w:tc>
      </w:tr>
      <w:bookmarkEnd w:id="4"/>
      <w:tr w:rsidR="003F4B95" w:rsidRPr="00852A3B" w14:paraId="3891630B" w14:textId="77777777" w:rsidTr="003F4B95">
        <w:trPr>
          <w:trHeight w:val="757"/>
        </w:trPr>
        <w:tc>
          <w:tcPr>
            <w:tcW w:w="2405" w:type="dxa"/>
          </w:tcPr>
          <w:p w14:paraId="28A7F4D0" w14:textId="77777777" w:rsidR="003F4B95" w:rsidRPr="003F4B95" w:rsidRDefault="003F4B95" w:rsidP="003F4B95">
            <w:pPr>
              <w:rPr>
                <w:rFonts w:asciiTheme="majorHAnsi" w:eastAsiaTheme="majorEastAsia" w:hAnsiTheme="majorHAnsi" w:cstheme="majorHAnsi"/>
                <w:color w:val="A6A6A6" w:themeColor="background1" w:themeShade="A6"/>
                <w:sz w:val="20"/>
                <w:szCs w:val="20"/>
                <w:lang w:eastAsia="ja-JP"/>
              </w:rPr>
            </w:pPr>
          </w:p>
          <w:p w14:paraId="4E67877F" w14:textId="77777777" w:rsidR="003F4B95" w:rsidRPr="003F4B95" w:rsidRDefault="003F4B95" w:rsidP="003F4B95">
            <w:pPr>
              <w:rPr>
                <w:rFonts w:asciiTheme="majorHAnsi" w:eastAsiaTheme="majorEastAsia" w:hAnsiTheme="majorHAnsi" w:cstheme="majorHAnsi"/>
                <w:color w:val="A6A6A6" w:themeColor="background1" w:themeShade="A6"/>
                <w:sz w:val="20"/>
                <w:szCs w:val="20"/>
                <w:lang w:eastAsia="ja-JP"/>
              </w:rPr>
            </w:pPr>
          </w:p>
          <w:p w14:paraId="29D6B04F" w14:textId="31D1EC3B" w:rsidR="003F4B95" w:rsidRPr="006117BB" w:rsidRDefault="003F4B95" w:rsidP="003F4B95">
            <w:pPr>
              <w:rPr>
                <w:rFonts w:asciiTheme="majorHAnsi" w:eastAsiaTheme="majorEastAsia" w:hAnsiTheme="majorHAnsi" w:cstheme="majorHAnsi"/>
              </w:rPr>
            </w:pPr>
          </w:p>
        </w:tc>
        <w:tc>
          <w:tcPr>
            <w:tcW w:w="2552" w:type="dxa"/>
          </w:tcPr>
          <w:p w14:paraId="0A6959E7" w14:textId="391544A7" w:rsidR="003F4B95" w:rsidRPr="006117BB" w:rsidRDefault="003F4B95" w:rsidP="003F4B95">
            <w:pPr>
              <w:rPr>
                <w:rFonts w:asciiTheme="majorHAnsi" w:eastAsiaTheme="majorEastAsia" w:hAnsiTheme="majorHAnsi" w:cstheme="majorHAnsi"/>
              </w:rPr>
            </w:pPr>
          </w:p>
        </w:tc>
        <w:tc>
          <w:tcPr>
            <w:tcW w:w="1417" w:type="dxa"/>
          </w:tcPr>
          <w:p w14:paraId="4561DB99" w14:textId="77777777" w:rsidR="003F4B95" w:rsidRPr="006117BB" w:rsidRDefault="003F4B95" w:rsidP="003F4B95">
            <w:pPr>
              <w:rPr>
                <w:rFonts w:asciiTheme="majorHAnsi" w:eastAsiaTheme="majorEastAsia" w:hAnsiTheme="majorHAnsi" w:cstheme="majorHAnsi"/>
              </w:rPr>
            </w:pPr>
          </w:p>
        </w:tc>
        <w:tc>
          <w:tcPr>
            <w:tcW w:w="1701" w:type="dxa"/>
            <w:vAlign w:val="center"/>
          </w:tcPr>
          <w:p w14:paraId="100C5B58" w14:textId="273207CC" w:rsidR="003F4B95" w:rsidRPr="006117BB" w:rsidRDefault="003F4B95" w:rsidP="003F4B95">
            <w:pPr>
              <w:jc w:val="center"/>
              <w:rPr>
                <w:rFonts w:asciiTheme="majorHAnsi" w:eastAsiaTheme="majorEastAsia" w:hAnsiTheme="majorHAnsi" w:cstheme="majorHAnsi"/>
                <w:lang w:eastAsia="ja-JP"/>
              </w:rPr>
            </w:pPr>
          </w:p>
        </w:tc>
        <w:tc>
          <w:tcPr>
            <w:tcW w:w="1985" w:type="dxa"/>
          </w:tcPr>
          <w:p w14:paraId="12F40E89" w14:textId="68AC6E2E" w:rsidR="003F4B95" w:rsidRPr="006117BB" w:rsidRDefault="003F4B95" w:rsidP="003F4B95">
            <w:pPr>
              <w:rPr>
                <w:rFonts w:asciiTheme="majorHAnsi" w:eastAsiaTheme="majorEastAsia" w:hAnsiTheme="majorHAnsi" w:cstheme="majorHAnsi"/>
              </w:rPr>
            </w:pPr>
            <w:r w:rsidRPr="003F4B95">
              <w:rPr>
                <w:rFonts w:asciiTheme="majorHAnsi" w:eastAsiaTheme="majorEastAsia" w:hAnsiTheme="majorHAnsi" w:cstheme="majorHAnsi"/>
                <w:sz w:val="20"/>
                <w:szCs w:val="20"/>
              </w:rPr>
              <w:t xml:space="preserve"> </w:t>
            </w:r>
          </w:p>
        </w:tc>
        <w:tc>
          <w:tcPr>
            <w:tcW w:w="1842" w:type="dxa"/>
          </w:tcPr>
          <w:p w14:paraId="608DEACE" w14:textId="3A0BCEED" w:rsidR="003F4B95" w:rsidRPr="006117BB" w:rsidRDefault="003F4B95" w:rsidP="003F4B95">
            <w:pPr>
              <w:rPr>
                <w:rFonts w:asciiTheme="majorHAnsi" w:eastAsiaTheme="majorEastAsia" w:hAnsiTheme="majorHAnsi" w:cstheme="majorHAnsi"/>
              </w:rPr>
            </w:pPr>
          </w:p>
        </w:tc>
        <w:tc>
          <w:tcPr>
            <w:tcW w:w="2396" w:type="dxa"/>
          </w:tcPr>
          <w:p w14:paraId="156A6281" w14:textId="24560219" w:rsidR="003F4B95" w:rsidRPr="006117BB" w:rsidRDefault="003F4B95" w:rsidP="003F4B95">
            <w:pPr>
              <w:rPr>
                <w:rFonts w:asciiTheme="majorHAnsi" w:eastAsiaTheme="majorEastAsia" w:hAnsiTheme="majorHAnsi" w:cstheme="majorHAnsi"/>
              </w:rPr>
            </w:pPr>
            <w:r w:rsidRPr="003F4B95">
              <w:rPr>
                <w:rFonts w:asciiTheme="majorHAnsi" w:eastAsiaTheme="majorEastAsia" w:hAnsiTheme="majorHAnsi" w:cstheme="majorHAnsi"/>
                <w:sz w:val="20"/>
                <w:szCs w:val="20"/>
              </w:rPr>
              <w:t xml:space="preserve">  </w:t>
            </w:r>
          </w:p>
        </w:tc>
      </w:tr>
      <w:bookmarkEnd w:id="5"/>
      <w:tr w:rsidR="003F4B95" w:rsidRPr="00852A3B" w14:paraId="4C2940DF" w14:textId="77777777" w:rsidTr="003F4B95">
        <w:trPr>
          <w:trHeight w:val="757"/>
        </w:trPr>
        <w:tc>
          <w:tcPr>
            <w:tcW w:w="2405" w:type="dxa"/>
          </w:tcPr>
          <w:p w14:paraId="6FE584D7" w14:textId="77777777" w:rsidR="003F4B95" w:rsidRPr="003F4B95" w:rsidRDefault="003F4B95" w:rsidP="003F4B95">
            <w:pPr>
              <w:rPr>
                <w:rFonts w:asciiTheme="majorHAnsi" w:eastAsiaTheme="majorEastAsia" w:hAnsiTheme="majorHAnsi" w:cstheme="majorHAnsi"/>
                <w:color w:val="A6A6A6" w:themeColor="background1" w:themeShade="A6"/>
                <w:sz w:val="20"/>
                <w:szCs w:val="20"/>
                <w:lang w:eastAsia="ja-JP"/>
              </w:rPr>
            </w:pPr>
          </w:p>
          <w:p w14:paraId="53261D06" w14:textId="77777777" w:rsidR="003F4B95" w:rsidRPr="003F4B95" w:rsidRDefault="003F4B95" w:rsidP="003F4B95">
            <w:pPr>
              <w:rPr>
                <w:rFonts w:asciiTheme="majorHAnsi" w:eastAsiaTheme="majorEastAsia" w:hAnsiTheme="majorHAnsi" w:cstheme="majorHAnsi"/>
                <w:color w:val="A6A6A6" w:themeColor="background1" w:themeShade="A6"/>
                <w:sz w:val="20"/>
                <w:szCs w:val="20"/>
                <w:lang w:eastAsia="ja-JP"/>
              </w:rPr>
            </w:pPr>
          </w:p>
          <w:p w14:paraId="20876B09" w14:textId="7FF798C6" w:rsidR="003F4B95" w:rsidRPr="006117BB" w:rsidRDefault="003F4B95" w:rsidP="003F4B95">
            <w:pPr>
              <w:rPr>
                <w:rFonts w:asciiTheme="majorHAnsi" w:eastAsiaTheme="majorEastAsia" w:hAnsiTheme="majorHAnsi" w:cstheme="majorHAnsi"/>
              </w:rPr>
            </w:pPr>
          </w:p>
        </w:tc>
        <w:tc>
          <w:tcPr>
            <w:tcW w:w="2552" w:type="dxa"/>
          </w:tcPr>
          <w:p w14:paraId="10146664" w14:textId="58ACE987" w:rsidR="003F4B95" w:rsidRPr="006117BB" w:rsidRDefault="003F4B95" w:rsidP="003F4B95">
            <w:pPr>
              <w:rPr>
                <w:rFonts w:asciiTheme="majorHAnsi" w:eastAsiaTheme="majorEastAsia" w:hAnsiTheme="majorHAnsi" w:cstheme="majorHAnsi"/>
              </w:rPr>
            </w:pPr>
          </w:p>
        </w:tc>
        <w:tc>
          <w:tcPr>
            <w:tcW w:w="1417" w:type="dxa"/>
          </w:tcPr>
          <w:p w14:paraId="66F8DE93" w14:textId="77777777" w:rsidR="003F4B95" w:rsidRPr="006117BB" w:rsidRDefault="003F4B95" w:rsidP="003F4B95">
            <w:pPr>
              <w:rPr>
                <w:rFonts w:asciiTheme="majorHAnsi" w:eastAsiaTheme="majorEastAsia" w:hAnsiTheme="majorHAnsi" w:cstheme="majorHAnsi"/>
              </w:rPr>
            </w:pPr>
          </w:p>
        </w:tc>
        <w:tc>
          <w:tcPr>
            <w:tcW w:w="1701" w:type="dxa"/>
            <w:vAlign w:val="center"/>
          </w:tcPr>
          <w:p w14:paraId="5B68B9CD" w14:textId="56326927" w:rsidR="003F4B95" w:rsidRPr="006117BB" w:rsidRDefault="003F4B95" w:rsidP="003F4B95">
            <w:pPr>
              <w:jc w:val="center"/>
              <w:rPr>
                <w:rFonts w:asciiTheme="majorHAnsi" w:eastAsiaTheme="majorEastAsia" w:hAnsiTheme="majorHAnsi" w:cstheme="majorHAnsi"/>
              </w:rPr>
            </w:pPr>
          </w:p>
        </w:tc>
        <w:tc>
          <w:tcPr>
            <w:tcW w:w="1985" w:type="dxa"/>
          </w:tcPr>
          <w:p w14:paraId="1B7172F4" w14:textId="075B2815" w:rsidR="003F4B95" w:rsidRPr="006117BB" w:rsidRDefault="003F4B95" w:rsidP="003F4B95">
            <w:pPr>
              <w:rPr>
                <w:rFonts w:asciiTheme="majorHAnsi" w:eastAsiaTheme="majorEastAsia" w:hAnsiTheme="majorHAnsi" w:cstheme="majorHAnsi"/>
              </w:rPr>
            </w:pPr>
            <w:r w:rsidRPr="003F4B95">
              <w:rPr>
                <w:rFonts w:asciiTheme="majorHAnsi" w:eastAsiaTheme="majorEastAsia" w:hAnsiTheme="majorHAnsi" w:cstheme="majorHAnsi"/>
                <w:sz w:val="20"/>
                <w:szCs w:val="20"/>
              </w:rPr>
              <w:t xml:space="preserve"> </w:t>
            </w:r>
          </w:p>
        </w:tc>
        <w:tc>
          <w:tcPr>
            <w:tcW w:w="1842" w:type="dxa"/>
          </w:tcPr>
          <w:p w14:paraId="325CE300" w14:textId="4F1D51D2" w:rsidR="003F4B95" w:rsidRPr="006117BB" w:rsidRDefault="003F4B95" w:rsidP="003F4B95">
            <w:pPr>
              <w:rPr>
                <w:rFonts w:asciiTheme="majorHAnsi" w:eastAsiaTheme="majorEastAsia" w:hAnsiTheme="majorHAnsi" w:cstheme="majorHAnsi"/>
              </w:rPr>
            </w:pPr>
          </w:p>
        </w:tc>
        <w:tc>
          <w:tcPr>
            <w:tcW w:w="2396" w:type="dxa"/>
          </w:tcPr>
          <w:p w14:paraId="23DD831B" w14:textId="3E9F5861" w:rsidR="003F4B95" w:rsidRPr="006117BB" w:rsidRDefault="003F4B95" w:rsidP="003F4B95">
            <w:pPr>
              <w:rPr>
                <w:rFonts w:asciiTheme="majorHAnsi" w:eastAsiaTheme="majorEastAsia" w:hAnsiTheme="majorHAnsi" w:cstheme="majorHAnsi"/>
              </w:rPr>
            </w:pPr>
            <w:r w:rsidRPr="003F4B95">
              <w:rPr>
                <w:rFonts w:asciiTheme="majorHAnsi" w:eastAsiaTheme="majorEastAsia" w:hAnsiTheme="majorHAnsi" w:cstheme="majorHAnsi"/>
                <w:sz w:val="20"/>
                <w:szCs w:val="20"/>
              </w:rPr>
              <w:t xml:space="preserve">  </w:t>
            </w:r>
          </w:p>
        </w:tc>
      </w:tr>
      <w:tr w:rsidR="003F4B95" w:rsidRPr="00852A3B" w14:paraId="22E9F7D8" w14:textId="77777777" w:rsidTr="003F4B95">
        <w:trPr>
          <w:trHeight w:val="757"/>
        </w:trPr>
        <w:tc>
          <w:tcPr>
            <w:tcW w:w="2405" w:type="dxa"/>
          </w:tcPr>
          <w:p w14:paraId="4386E5F9" w14:textId="77777777" w:rsidR="003F4B95" w:rsidRPr="003F4B95" w:rsidRDefault="003F4B95" w:rsidP="003F4B95">
            <w:pPr>
              <w:rPr>
                <w:rFonts w:asciiTheme="majorHAnsi" w:eastAsiaTheme="majorEastAsia" w:hAnsiTheme="majorHAnsi" w:cstheme="majorHAnsi"/>
                <w:color w:val="A6A6A6" w:themeColor="background1" w:themeShade="A6"/>
                <w:sz w:val="20"/>
                <w:szCs w:val="20"/>
                <w:lang w:eastAsia="ja-JP"/>
              </w:rPr>
            </w:pPr>
          </w:p>
          <w:p w14:paraId="29315468" w14:textId="77777777" w:rsidR="003F4B95" w:rsidRPr="003F4B95" w:rsidRDefault="003F4B95" w:rsidP="003F4B95">
            <w:pPr>
              <w:rPr>
                <w:rFonts w:asciiTheme="majorHAnsi" w:eastAsiaTheme="majorEastAsia" w:hAnsiTheme="majorHAnsi" w:cstheme="majorHAnsi"/>
                <w:color w:val="A6A6A6" w:themeColor="background1" w:themeShade="A6"/>
                <w:sz w:val="20"/>
                <w:szCs w:val="20"/>
                <w:lang w:eastAsia="ja-JP"/>
              </w:rPr>
            </w:pPr>
          </w:p>
          <w:p w14:paraId="28CE8CB7" w14:textId="7C87B4C9" w:rsidR="003F4B95" w:rsidRPr="006117BB" w:rsidRDefault="003F4B95" w:rsidP="003F4B95">
            <w:pPr>
              <w:rPr>
                <w:rFonts w:asciiTheme="majorHAnsi" w:eastAsiaTheme="majorEastAsia" w:hAnsiTheme="majorHAnsi" w:cstheme="majorHAnsi"/>
                <w:lang w:eastAsia="ja-JP"/>
              </w:rPr>
            </w:pPr>
          </w:p>
        </w:tc>
        <w:tc>
          <w:tcPr>
            <w:tcW w:w="2552" w:type="dxa"/>
          </w:tcPr>
          <w:p w14:paraId="1895D3B7" w14:textId="7D2F6D90" w:rsidR="003F4B95" w:rsidRPr="006117BB" w:rsidRDefault="003F4B95" w:rsidP="003F4B95">
            <w:pPr>
              <w:rPr>
                <w:rFonts w:asciiTheme="majorHAnsi" w:eastAsiaTheme="majorEastAsia" w:hAnsiTheme="majorHAnsi" w:cstheme="majorHAnsi"/>
              </w:rPr>
            </w:pPr>
          </w:p>
        </w:tc>
        <w:tc>
          <w:tcPr>
            <w:tcW w:w="1417" w:type="dxa"/>
          </w:tcPr>
          <w:p w14:paraId="5C379E66" w14:textId="77777777" w:rsidR="003F4B95" w:rsidRPr="006117BB" w:rsidRDefault="003F4B95" w:rsidP="003F4B95">
            <w:pPr>
              <w:rPr>
                <w:rFonts w:asciiTheme="majorHAnsi" w:eastAsiaTheme="majorEastAsia" w:hAnsiTheme="majorHAnsi" w:cstheme="majorHAnsi"/>
              </w:rPr>
            </w:pPr>
          </w:p>
        </w:tc>
        <w:tc>
          <w:tcPr>
            <w:tcW w:w="1701" w:type="dxa"/>
            <w:vAlign w:val="center"/>
          </w:tcPr>
          <w:p w14:paraId="7FDE0BDC" w14:textId="747F8C55" w:rsidR="003F4B95" w:rsidRPr="006117BB" w:rsidRDefault="003F4B95" w:rsidP="003F4B95">
            <w:pPr>
              <w:jc w:val="center"/>
              <w:rPr>
                <w:rFonts w:asciiTheme="majorHAnsi" w:eastAsiaTheme="majorEastAsia" w:hAnsiTheme="majorHAnsi" w:cstheme="majorHAnsi"/>
              </w:rPr>
            </w:pPr>
          </w:p>
        </w:tc>
        <w:tc>
          <w:tcPr>
            <w:tcW w:w="1985" w:type="dxa"/>
          </w:tcPr>
          <w:p w14:paraId="6C1031F9" w14:textId="1662499C" w:rsidR="003F4B95" w:rsidRPr="006117BB" w:rsidRDefault="003F4B95" w:rsidP="003F4B95">
            <w:pPr>
              <w:rPr>
                <w:rFonts w:asciiTheme="majorHAnsi" w:eastAsiaTheme="majorEastAsia" w:hAnsiTheme="majorHAnsi" w:cstheme="majorHAnsi"/>
              </w:rPr>
            </w:pPr>
            <w:r w:rsidRPr="003F4B95">
              <w:rPr>
                <w:rFonts w:asciiTheme="majorHAnsi" w:eastAsiaTheme="majorEastAsia" w:hAnsiTheme="majorHAnsi" w:cstheme="majorHAnsi"/>
                <w:sz w:val="20"/>
                <w:szCs w:val="20"/>
              </w:rPr>
              <w:t xml:space="preserve"> </w:t>
            </w:r>
          </w:p>
        </w:tc>
        <w:tc>
          <w:tcPr>
            <w:tcW w:w="1842" w:type="dxa"/>
          </w:tcPr>
          <w:p w14:paraId="4CE745D7" w14:textId="53AE916E" w:rsidR="003F4B95" w:rsidRPr="006117BB" w:rsidRDefault="003F4B95" w:rsidP="003F4B95">
            <w:pPr>
              <w:rPr>
                <w:rFonts w:asciiTheme="majorHAnsi" w:eastAsiaTheme="majorEastAsia" w:hAnsiTheme="majorHAnsi" w:cstheme="majorHAnsi"/>
              </w:rPr>
            </w:pPr>
          </w:p>
        </w:tc>
        <w:tc>
          <w:tcPr>
            <w:tcW w:w="2396" w:type="dxa"/>
          </w:tcPr>
          <w:p w14:paraId="253B9705" w14:textId="14013EF9" w:rsidR="003F4B95" w:rsidRPr="006117BB" w:rsidRDefault="003F4B95" w:rsidP="003F4B95">
            <w:pPr>
              <w:rPr>
                <w:rFonts w:asciiTheme="majorHAnsi" w:eastAsiaTheme="majorEastAsia" w:hAnsiTheme="majorHAnsi" w:cstheme="majorHAnsi"/>
              </w:rPr>
            </w:pPr>
            <w:r w:rsidRPr="003F4B95">
              <w:rPr>
                <w:rFonts w:asciiTheme="majorHAnsi" w:eastAsiaTheme="majorEastAsia" w:hAnsiTheme="majorHAnsi" w:cstheme="majorHAnsi"/>
                <w:sz w:val="20"/>
                <w:szCs w:val="20"/>
              </w:rPr>
              <w:t xml:space="preserve">  </w:t>
            </w:r>
          </w:p>
        </w:tc>
      </w:tr>
      <w:tr w:rsidR="003F4B95" w:rsidRPr="00852A3B" w14:paraId="490E45F7" w14:textId="77777777" w:rsidTr="003F4B95">
        <w:trPr>
          <w:trHeight w:val="757"/>
        </w:trPr>
        <w:tc>
          <w:tcPr>
            <w:tcW w:w="2405" w:type="dxa"/>
          </w:tcPr>
          <w:p w14:paraId="7BB335F5" w14:textId="77777777" w:rsidR="003F4B95" w:rsidRPr="003F4B95" w:rsidRDefault="003F4B95" w:rsidP="003F4B95">
            <w:pPr>
              <w:rPr>
                <w:rFonts w:asciiTheme="majorHAnsi" w:eastAsiaTheme="majorEastAsia" w:hAnsiTheme="majorHAnsi" w:cstheme="majorHAnsi"/>
                <w:color w:val="A6A6A6" w:themeColor="background1" w:themeShade="A6"/>
                <w:sz w:val="20"/>
                <w:szCs w:val="20"/>
                <w:lang w:eastAsia="ja-JP"/>
              </w:rPr>
            </w:pPr>
          </w:p>
          <w:p w14:paraId="2529E793" w14:textId="77777777" w:rsidR="003F4B95" w:rsidRPr="003F4B95" w:rsidRDefault="003F4B95" w:rsidP="003F4B95">
            <w:pPr>
              <w:rPr>
                <w:rFonts w:asciiTheme="majorHAnsi" w:eastAsiaTheme="majorEastAsia" w:hAnsiTheme="majorHAnsi" w:cstheme="majorHAnsi"/>
                <w:color w:val="A6A6A6" w:themeColor="background1" w:themeShade="A6"/>
                <w:sz w:val="20"/>
                <w:szCs w:val="20"/>
                <w:lang w:eastAsia="ja-JP"/>
              </w:rPr>
            </w:pPr>
          </w:p>
          <w:p w14:paraId="752553BD" w14:textId="1F8B38E8" w:rsidR="003F4B95" w:rsidRPr="006117BB" w:rsidRDefault="003F4B95" w:rsidP="003F4B95">
            <w:pPr>
              <w:rPr>
                <w:rFonts w:asciiTheme="majorHAnsi" w:eastAsiaTheme="majorEastAsia" w:hAnsiTheme="majorHAnsi" w:cstheme="majorHAnsi"/>
              </w:rPr>
            </w:pPr>
          </w:p>
        </w:tc>
        <w:tc>
          <w:tcPr>
            <w:tcW w:w="2552" w:type="dxa"/>
          </w:tcPr>
          <w:p w14:paraId="56051E44" w14:textId="3B12DF0B" w:rsidR="003F4B95" w:rsidRPr="006117BB" w:rsidRDefault="003F4B95" w:rsidP="003F4B95">
            <w:pPr>
              <w:rPr>
                <w:rFonts w:asciiTheme="majorHAnsi" w:eastAsiaTheme="majorEastAsia" w:hAnsiTheme="majorHAnsi" w:cstheme="majorHAnsi"/>
              </w:rPr>
            </w:pPr>
          </w:p>
        </w:tc>
        <w:tc>
          <w:tcPr>
            <w:tcW w:w="1417" w:type="dxa"/>
          </w:tcPr>
          <w:p w14:paraId="7EB85D56" w14:textId="77777777" w:rsidR="003F4B95" w:rsidRPr="006117BB" w:rsidRDefault="003F4B95" w:rsidP="003F4B95">
            <w:pPr>
              <w:rPr>
                <w:rFonts w:asciiTheme="majorHAnsi" w:eastAsiaTheme="majorEastAsia" w:hAnsiTheme="majorHAnsi" w:cstheme="majorHAnsi"/>
              </w:rPr>
            </w:pPr>
          </w:p>
        </w:tc>
        <w:tc>
          <w:tcPr>
            <w:tcW w:w="1701" w:type="dxa"/>
            <w:vAlign w:val="center"/>
          </w:tcPr>
          <w:p w14:paraId="554EF5F4" w14:textId="5CC4A344" w:rsidR="003F4B95" w:rsidRPr="006117BB" w:rsidRDefault="003F4B95" w:rsidP="003F4B95">
            <w:pPr>
              <w:jc w:val="center"/>
              <w:rPr>
                <w:rFonts w:asciiTheme="majorHAnsi" w:eastAsiaTheme="majorEastAsia" w:hAnsiTheme="majorHAnsi" w:cstheme="majorHAnsi"/>
              </w:rPr>
            </w:pPr>
          </w:p>
        </w:tc>
        <w:tc>
          <w:tcPr>
            <w:tcW w:w="1985" w:type="dxa"/>
          </w:tcPr>
          <w:p w14:paraId="7E235B9D" w14:textId="17859BA2" w:rsidR="003F4B95" w:rsidRPr="006117BB" w:rsidRDefault="003F4B95" w:rsidP="003F4B95">
            <w:pPr>
              <w:rPr>
                <w:rFonts w:asciiTheme="majorHAnsi" w:eastAsiaTheme="majorEastAsia" w:hAnsiTheme="majorHAnsi" w:cstheme="majorHAnsi"/>
              </w:rPr>
            </w:pPr>
            <w:r w:rsidRPr="003F4B95">
              <w:rPr>
                <w:rFonts w:asciiTheme="majorHAnsi" w:eastAsiaTheme="majorEastAsia" w:hAnsiTheme="majorHAnsi" w:cstheme="majorHAnsi"/>
                <w:sz w:val="20"/>
                <w:szCs w:val="20"/>
              </w:rPr>
              <w:t xml:space="preserve"> </w:t>
            </w:r>
          </w:p>
        </w:tc>
        <w:tc>
          <w:tcPr>
            <w:tcW w:w="1842" w:type="dxa"/>
          </w:tcPr>
          <w:p w14:paraId="66AC4DF1" w14:textId="7BB05982" w:rsidR="003F4B95" w:rsidRPr="006117BB" w:rsidRDefault="003F4B95" w:rsidP="003F4B95">
            <w:pPr>
              <w:rPr>
                <w:rFonts w:asciiTheme="majorHAnsi" w:eastAsiaTheme="majorEastAsia" w:hAnsiTheme="majorHAnsi" w:cstheme="majorHAnsi"/>
              </w:rPr>
            </w:pPr>
          </w:p>
        </w:tc>
        <w:tc>
          <w:tcPr>
            <w:tcW w:w="2396" w:type="dxa"/>
          </w:tcPr>
          <w:p w14:paraId="455E230F" w14:textId="7E767C5B" w:rsidR="003F4B95" w:rsidRPr="006117BB" w:rsidRDefault="003F4B95" w:rsidP="003F4B95">
            <w:pPr>
              <w:rPr>
                <w:rFonts w:asciiTheme="majorHAnsi" w:eastAsiaTheme="majorEastAsia" w:hAnsiTheme="majorHAnsi" w:cstheme="majorHAnsi"/>
              </w:rPr>
            </w:pPr>
            <w:r w:rsidRPr="003F4B95">
              <w:rPr>
                <w:rFonts w:asciiTheme="majorHAnsi" w:eastAsiaTheme="majorEastAsia" w:hAnsiTheme="majorHAnsi" w:cstheme="majorHAnsi"/>
                <w:sz w:val="20"/>
                <w:szCs w:val="20"/>
              </w:rPr>
              <w:t xml:space="preserve">  </w:t>
            </w:r>
          </w:p>
        </w:tc>
      </w:tr>
      <w:tr w:rsidR="003F4B95" w:rsidRPr="00852A3B" w14:paraId="463640E7" w14:textId="77777777" w:rsidTr="003F4B95">
        <w:trPr>
          <w:trHeight w:val="757"/>
        </w:trPr>
        <w:tc>
          <w:tcPr>
            <w:tcW w:w="2405" w:type="dxa"/>
          </w:tcPr>
          <w:p w14:paraId="31C8D5A2" w14:textId="77777777" w:rsidR="003F4B95" w:rsidRPr="003F4B95" w:rsidRDefault="003F4B95" w:rsidP="003F4B95">
            <w:pPr>
              <w:rPr>
                <w:rFonts w:asciiTheme="majorHAnsi" w:eastAsiaTheme="majorEastAsia" w:hAnsiTheme="majorHAnsi" w:cstheme="majorHAnsi"/>
                <w:color w:val="A6A6A6" w:themeColor="background1" w:themeShade="A6"/>
                <w:sz w:val="20"/>
                <w:szCs w:val="20"/>
                <w:lang w:eastAsia="ja-JP"/>
              </w:rPr>
            </w:pPr>
            <w:bookmarkStart w:id="7" w:name="_Hlk212040449"/>
          </w:p>
          <w:p w14:paraId="00B8691E" w14:textId="77777777" w:rsidR="003F4B95" w:rsidRPr="003F4B95" w:rsidRDefault="003F4B95" w:rsidP="003F4B95">
            <w:pPr>
              <w:rPr>
                <w:rFonts w:asciiTheme="majorHAnsi" w:eastAsiaTheme="majorEastAsia" w:hAnsiTheme="majorHAnsi" w:cstheme="majorHAnsi"/>
                <w:color w:val="A6A6A6" w:themeColor="background1" w:themeShade="A6"/>
                <w:sz w:val="20"/>
                <w:szCs w:val="20"/>
                <w:lang w:eastAsia="ja-JP"/>
              </w:rPr>
            </w:pPr>
          </w:p>
          <w:p w14:paraId="3FA5D8C3" w14:textId="77777777" w:rsidR="003F4B95" w:rsidRPr="006117BB" w:rsidRDefault="003F4B95" w:rsidP="003F4B95">
            <w:pPr>
              <w:rPr>
                <w:rFonts w:asciiTheme="majorHAnsi" w:eastAsiaTheme="majorEastAsia" w:hAnsiTheme="majorHAnsi" w:cstheme="majorHAnsi"/>
                <w:color w:val="BFBFBF" w:themeColor="background1" w:themeShade="BF"/>
                <w:sz w:val="18"/>
                <w:szCs w:val="18"/>
                <w:lang w:eastAsia="ja-JP"/>
              </w:rPr>
            </w:pPr>
          </w:p>
        </w:tc>
        <w:tc>
          <w:tcPr>
            <w:tcW w:w="2552" w:type="dxa"/>
          </w:tcPr>
          <w:p w14:paraId="5879740D" w14:textId="77777777" w:rsidR="003F4B95" w:rsidRPr="006117BB" w:rsidRDefault="003F4B95" w:rsidP="003F4B95">
            <w:pPr>
              <w:rPr>
                <w:rFonts w:asciiTheme="majorHAnsi" w:eastAsiaTheme="majorEastAsia" w:hAnsiTheme="majorHAnsi" w:cstheme="majorHAnsi"/>
                <w:color w:val="BFBFBF" w:themeColor="background1" w:themeShade="BF"/>
                <w:sz w:val="18"/>
                <w:szCs w:val="18"/>
                <w:lang w:eastAsia="ja-JP"/>
              </w:rPr>
            </w:pPr>
          </w:p>
        </w:tc>
        <w:tc>
          <w:tcPr>
            <w:tcW w:w="1417" w:type="dxa"/>
          </w:tcPr>
          <w:p w14:paraId="4665EDF0" w14:textId="77777777" w:rsidR="003F4B95" w:rsidRPr="006117BB" w:rsidRDefault="003F4B95" w:rsidP="003F4B95">
            <w:pPr>
              <w:rPr>
                <w:rFonts w:asciiTheme="majorHAnsi" w:eastAsiaTheme="majorEastAsia" w:hAnsiTheme="majorHAnsi" w:cstheme="majorHAnsi"/>
              </w:rPr>
            </w:pPr>
          </w:p>
        </w:tc>
        <w:tc>
          <w:tcPr>
            <w:tcW w:w="1701" w:type="dxa"/>
            <w:vAlign w:val="center"/>
          </w:tcPr>
          <w:p w14:paraId="4F65FA83" w14:textId="77777777" w:rsidR="003F4B95" w:rsidRPr="006117BB" w:rsidRDefault="003F4B95" w:rsidP="003F4B95">
            <w:pPr>
              <w:jc w:val="center"/>
              <w:rPr>
                <w:rFonts w:asciiTheme="majorHAnsi" w:eastAsiaTheme="majorEastAsia" w:hAnsiTheme="majorHAnsi" w:cstheme="majorHAnsi"/>
              </w:rPr>
            </w:pPr>
          </w:p>
        </w:tc>
        <w:tc>
          <w:tcPr>
            <w:tcW w:w="1985" w:type="dxa"/>
          </w:tcPr>
          <w:p w14:paraId="164843C4" w14:textId="3DA55F64" w:rsidR="003F4B95" w:rsidRPr="006117BB" w:rsidRDefault="003F4B95" w:rsidP="003F4B95">
            <w:pPr>
              <w:rPr>
                <w:rFonts w:asciiTheme="majorHAnsi" w:eastAsiaTheme="majorEastAsia" w:hAnsiTheme="majorHAnsi" w:cstheme="majorHAnsi"/>
              </w:rPr>
            </w:pPr>
            <w:r w:rsidRPr="003F4B95">
              <w:rPr>
                <w:rFonts w:asciiTheme="majorHAnsi" w:eastAsiaTheme="majorEastAsia" w:hAnsiTheme="majorHAnsi" w:cstheme="majorHAnsi"/>
                <w:sz w:val="20"/>
                <w:szCs w:val="20"/>
              </w:rPr>
              <w:t xml:space="preserve"> </w:t>
            </w:r>
          </w:p>
        </w:tc>
        <w:tc>
          <w:tcPr>
            <w:tcW w:w="1842" w:type="dxa"/>
          </w:tcPr>
          <w:p w14:paraId="6D5C7750" w14:textId="77777777" w:rsidR="003F4B95" w:rsidRPr="006117BB" w:rsidRDefault="003F4B95" w:rsidP="003F4B95">
            <w:pPr>
              <w:rPr>
                <w:rFonts w:asciiTheme="majorHAnsi" w:eastAsiaTheme="majorEastAsia" w:hAnsiTheme="majorHAnsi" w:cstheme="majorHAnsi"/>
              </w:rPr>
            </w:pPr>
          </w:p>
        </w:tc>
        <w:tc>
          <w:tcPr>
            <w:tcW w:w="2396" w:type="dxa"/>
          </w:tcPr>
          <w:p w14:paraId="124A4498" w14:textId="0C4961B7" w:rsidR="003F4B95" w:rsidRPr="006117BB" w:rsidRDefault="003F4B95" w:rsidP="003F4B95">
            <w:pPr>
              <w:rPr>
                <w:rFonts w:asciiTheme="majorHAnsi" w:eastAsiaTheme="majorEastAsia" w:hAnsiTheme="majorHAnsi" w:cstheme="majorHAnsi"/>
              </w:rPr>
            </w:pPr>
            <w:r w:rsidRPr="003F4B95">
              <w:rPr>
                <w:rFonts w:asciiTheme="majorHAnsi" w:eastAsiaTheme="majorEastAsia" w:hAnsiTheme="majorHAnsi" w:cstheme="majorHAnsi"/>
                <w:sz w:val="20"/>
                <w:szCs w:val="20"/>
              </w:rPr>
              <w:t xml:space="preserve">  </w:t>
            </w:r>
          </w:p>
        </w:tc>
      </w:tr>
      <w:tr w:rsidR="003F4B95" w:rsidRPr="00852A3B" w14:paraId="36C408BA" w14:textId="77777777" w:rsidTr="003F4B95">
        <w:trPr>
          <w:trHeight w:val="757"/>
        </w:trPr>
        <w:tc>
          <w:tcPr>
            <w:tcW w:w="2405" w:type="dxa"/>
          </w:tcPr>
          <w:p w14:paraId="23223BBE" w14:textId="77777777" w:rsidR="003F4B95" w:rsidRPr="003F4B95" w:rsidRDefault="003F4B95" w:rsidP="003F4B95">
            <w:pPr>
              <w:rPr>
                <w:rFonts w:asciiTheme="majorHAnsi" w:eastAsiaTheme="majorEastAsia" w:hAnsiTheme="majorHAnsi" w:cstheme="majorHAnsi"/>
                <w:color w:val="A6A6A6" w:themeColor="background1" w:themeShade="A6"/>
                <w:sz w:val="20"/>
                <w:szCs w:val="20"/>
                <w:lang w:eastAsia="ja-JP"/>
              </w:rPr>
            </w:pPr>
          </w:p>
          <w:p w14:paraId="735A9BCC" w14:textId="77777777" w:rsidR="003F4B95" w:rsidRPr="003F4B95" w:rsidRDefault="003F4B95" w:rsidP="003F4B95">
            <w:pPr>
              <w:rPr>
                <w:rFonts w:asciiTheme="majorHAnsi" w:eastAsiaTheme="majorEastAsia" w:hAnsiTheme="majorHAnsi" w:cstheme="majorHAnsi"/>
                <w:color w:val="A6A6A6" w:themeColor="background1" w:themeShade="A6"/>
                <w:sz w:val="20"/>
                <w:szCs w:val="20"/>
                <w:lang w:eastAsia="ja-JP"/>
              </w:rPr>
            </w:pPr>
          </w:p>
          <w:p w14:paraId="2A863302" w14:textId="77777777" w:rsidR="003F4B95" w:rsidRPr="006117BB" w:rsidRDefault="003F4B95" w:rsidP="003F4B95">
            <w:pPr>
              <w:rPr>
                <w:rFonts w:asciiTheme="majorHAnsi" w:eastAsiaTheme="majorEastAsia" w:hAnsiTheme="majorHAnsi" w:cstheme="majorHAnsi"/>
                <w:color w:val="BFBFBF" w:themeColor="background1" w:themeShade="BF"/>
                <w:sz w:val="18"/>
                <w:szCs w:val="18"/>
                <w:lang w:eastAsia="ja-JP"/>
              </w:rPr>
            </w:pPr>
          </w:p>
        </w:tc>
        <w:tc>
          <w:tcPr>
            <w:tcW w:w="2552" w:type="dxa"/>
          </w:tcPr>
          <w:p w14:paraId="795F9177" w14:textId="77777777" w:rsidR="003F4B95" w:rsidRPr="006117BB" w:rsidRDefault="003F4B95" w:rsidP="003F4B95">
            <w:pPr>
              <w:rPr>
                <w:rFonts w:asciiTheme="majorHAnsi" w:eastAsiaTheme="majorEastAsia" w:hAnsiTheme="majorHAnsi" w:cstheme="majorHAnsi"/>
                <w:color w:val="BFBFBF" w:themeColor="background1" w:themeShade="BF"/>
                <w:sz w:val="18"/>
                <w:szCs w:val="18"/>
                <w:lang w:eastAsia="ja-JP"/>
              </w:rPr>
            </w:pPr>
          </w:p>
        </w:tc>
        <w:tc>
          <w:tcPr>
            <w:tcW w:w="1417" w:type="dxa"/>
          </w:tcPr>
          <w:p w14:paraId="625C75D8" w14:textId="77777777" w:rsidR="003F4B95" w:rsidRPr="006117BB" w:rsidRDefault="003F4B95" w:rsidP="003F4B95">
            <w:pPr>
              <w:rPr>
                <w:rFonts w:asciiTheme="majorHAnsi" w:eastAsiaTheme="majorEastAsia" w:hAnsiTheme="majorHAnsi" w:cstheme="majorHAnsi"/>
              </w:rPr>
            </w:pPr>
          </w:p>
        </w:tc>
        <w:tc>
          <w:tcPr>
            <w:tcW w:w="1701" w:type="dxa"/>
            <w:vAlign w:val="center"/>
          </w:tcPr>
          <w:p w14:paraId="1021C3CD" w14:textId="77777777" w:rsidR="003F4B95" w:rsidRPr="006117BB" w:rsidRDefault="003F4B95" w:rsidP="003F4B95">
            <w:pPr>
              <w:jc w:val="center"/>
              <w:rPr>
                <w:rFonts w:asciiTheme="majorHAnsi" w:eastAsiaTheme="majorEastAsia" w:hAnsiTheme="majorHAnsi" w:cstheme="majorHAnsi"/>
              </w:rPr>
            </w:pPr>
          </w:p>
        </w:tc>
        <w:tc>
          <w:tcPr>
            <w:tcW w:w="1985" w:type="dxa"/>
          </w:tcPr>
          <w:p w14:paraId="7A614B43" w14:textId="7617CEA7" w:rsidR="003F4B95" w:rsidRPr="006117BB" w:rsidRDefault="003F4B95" w:rsidP="003F4B95">
            <w:pPr>
              <w:rPr>
                <w:rFonts w:asciiTheme="majorHAnsi" w:eastAsiaTheme="majorEastAsia" w:hAnsiTheme="majorHAnsi" w:cstheme="majorHAnsi"/>
              </w:rPr>
            </w:pPr>
            <w:r w:rsidRPr="003F4B95">
              <w:rPr>
                <w:rFonts w:asciiTheme="majorHAnsi" w:eastAsiaTheme="majorEastAsia" w:hAnsiTheme="majorHAnsi" w:cstheme="majorHAnsi"/>
                <w:sz w:val="20"/>
                <w:szCs w:val="20"/>
              </w:rPr>
              <w:t xml:space="preserve"> </w:t>
            </w:r>
          </w:p>
        </w:tc>
        <w:tc>
          <w:tcPr>
            <w:tcW w:w="1842" w:type="dxa"/>
          </w:tcPr>
          <w:p w14:paraId="01914799" w14:textId="77777777" w:rsidR="003F4B95" w:rsidRPr="006117BB" w:rsidRDefault="003F4B95" w:rsidP="003F4B95">
            <w:pPr>
              <w:rPr>
                <w:rFonts w:asciiTheme="majorHAnsi" w:eastAsiaTheme="majorEastAsia" w:hAnsiTheme="majorHAnsi" w:cstheme="majorHAnsi"/>
              </w:rPr>
            </w:pPr>
          </w:p>
        </w:tc>
        <w:tc>
          <w:tcPr>
            <w:tcW w:w="2396" w:type="dxa"/>
          </w:tcPr>
          <w:p w14:paraId="3D746E9B" w14:textId="0A5FCC17" w:rsidR="003F4B95" w:rsidRPr="006117BB" w:rsidRDefault="003F4B95" w:rsidP="003F4B95">
            <w:pPr>
              <w:rPr>
                <w:rFonts w:asciiTheme="majorHAnsi" w:eastAsiaTheme="majorEastAsia" w:hAnsiTheme="majorHAnsi" w:cstheme="majorHAnsi"/>
              </w:rPr>
            </w:pPr>
            <w:r w:rsidRPr="003F4B95">
              <w:rPr>
                <w:rFonts w:asciiTheme="majorHAnsi" w:eastAsiaTheme="majorEastAsia" w:hAnsiTheme="majorHAnsi" w:cstheme="majorHAnsi"/>
                <w:sz w:val="20"/>
                <w:szCs w:val="20"/>
              </w:rPr>
              <w:t xml:space="preserve">  </w:t>
            </w:r>
          </w:p>
        </w:tc>
      </w:tr>
      <w:tr w:rsidR="003F4B95" w:rsidRPr="00852A3B" w14:paraId="502A659C" w14:textId="77777777" w:rsidTr="003F4B95">
        <w:trPr>
          <w:trHeight w:val="757"/>
        </w:trPr>
        <w:tc>
          <w:tcPr>
            <w:tcW w:w="2405" w:type="dxa"/>
          </w:tcPr>
          <w:p w14:paraId="680D7807" w14:textId="77777777" w:rsidR="003F4B95" w:rsidRPr="003F4B95" w:rsidRDefault="003F4B95" w:rsidP="003F4B95">
            <w:pPr>
              <w:rPr>
                <w:rFonts w:asciiTheme="majorHAnsi" w:eastAsiaTheme="majorEastAsia" w:hAnsiTheme="majorHAnsi" w:cstheme="majorHAnsi"/>
                <w:color w:val="A6A6A6" w:themeColor="background1" w:themeShade="A6"/>
                <w:sz w:val="20"/>
                <w:szCs w:val="20"/>
                <w:lang w:eastAsia="ja-JP"/>
              </w:rPr>
            </w:pPr>
          </w:p>
          <w:p w14:paraId="67C285A6" w14:textId="77777777" w:rsidR="003F4B95" w:rsidRPr="003F4B95" w:rsidRDefault="003F4B95" w:rsidP="003F4B95">
            <w:pPr>
              <w:rPr>
                <w:rFonts w:asciiTheme="majorHAnsi" w:eastAsiaTheme="majorEastAsia" w:hAnsiTheme="majorHAnsi" w:cstheme="majorHAnsi"/>
                <w:color w:val="A6A6A6" w:themeColor="background1" w:themeShade="A6"/>
                <w:sz w:val="20"/>
                <w:szCs w:val="20"/>
                <w:lang w:eastAsia="ja-JP"/>
              </w:rPr>
            </w:pPr>
          </w:p>
          <w:p w14:paraId="6CF4495D" w14:textId="77777777" w:rsidR="003F4B95" w:rsidRPr="006117BB" w:rsidDel="00EE671B" w:rsidRDefault="003F4B95" w:rsidP="003F4B95">
            <w:pPr>
              <w:rPr>
                <w:rFonts w:asciiTheme="majorHAnsi" w:eastAsiaTheme="majorEastAsia" w:hAnsiTheme="majorHAnsi" w:cstheme="majorHAnsi"/>
                <w:color w:val="BFBFBF" w:themeColor="background1" w:themeShade="BF"/>
                <w:sz w:val="18"/>
                <w:szCs w:val="18"/>
                <w:lang w:eastAsia="ja-JP"/>
              </w:rPr>
            </w:pPr>
          </w:p>
        </w:tc>
        <w:tc>
          <w:tcPr>
            <w:tcW w:w="2552" w:type="dxa"/>
          </w:tcPr>
          <w:p w14:paraId="72AF58F6" w14:textId="77777777" w:rsidR="003F4B95" w:rsidRPr="006117BB" w:rsidDel="00EE671B" w:rsidRDefault="003F4B95" w:rsidP="003F4B95">
            <w:pPr>
              <w:rPr>
                <w:rFonts w:asciiTheme="majorHAnsi" w:eastAsiaTheme="majorEastAsia" w:hAnsiTheme="majorHAnsi" w:cstheme="majorHAnsi"/>
                <w:color w:val="BFBFBF" w:themeColor="background1" w:themeShade="BF"/>
                <w:sz w:val="18"/>
                <w:szCs w:val="18"/>
                <w:lang w:eastAsia="ja-JP"/>
              </w:rPr>
            </w:pPr>
          </w:p>
        </w:tc>
        <w:tc>
          <w:tcPr>
            <w:tcW w:w="1417" w:type="dxa"/>
          </w:tcPr>
          <w:p w14:paraId="4BF4D006" w14:textId="77777777" w:rsidR="003F4B95" w:rsidRPr="006117BB" w:rsidRDefault="003F4B95" w:rsidP="003F4B95">
            <w:pPr>
              <w:rPr>
                <w:rFonts w:asciiTheme="majorHAnsi" w:eastAsiaTheme="majorEastAsia" w:hAnsiTheme="majorHAnsi" w:cstheme="majorHAnsi"/>
              </w:rPr>
            </w:pPr>
          </w:p>
        </w:tc>
        <w:tc>
          <w:tcPr>
            <w:tcW w:w="1701" w:type="dxa"/>
            <w:vAlign w:val="center"/>
          </w:tcPr>
          <w:p w14:paraId="09DD5D5C" w14:textId="77777777" w:rsidR="003F4B95" w:rsidRPr="006117BB" w:rsidRDefault="003F4B95" w:rsidP="003F4B95">
            <w:pPr>
              <w:jc w:val="center"/>
              <w:rPr>
                <w:rFonts w:asciiTheme="majorHAnsi" w:eastAsiaTheme="majorEastAsia" w:hAnsiTheme="majorHAnsi" w:cstheme="majorHAnsi"/>
                <w:lang w:eastAsia="ja-JP"/>
              </w:rPr>
            </w:pPr>
          </w:p>
        </w:tc>
        <w:tc>
          <w:tcPr>
            <w:tcW w:w="1985" w:type="dxa"/>
          </w:tcPr>
          <w:p w14:paraId="0C534A79" w14:textId="2C8E1ABB" w:rsidR="003F4B95" w:rsidRPr="006117BB" w:rsidRDefault="003F4B95" w:rsidP="003F4B95">
            <w:pPr>
              <w:rPr>
                <w:rFonts w:asciiTheme="majorHAnsi" w:eastAsiaTheme="majorEastAsia" w:hAnsiTheme="majorHAnsi" w:cstheme="majorHAnsi"/>
              </w:rPr>
            </w:pPr>
            <w:r w:rsidRPr="003F4B95">
              <w:rPr>
                <w:rFonts w:asciiTheme="majorHAnsi" w:eastAsiaTheme="majorEastAsia" w:hAnsiTheme="majorHAnsi" w:cstheme="majorHAnsi"/>
                <w:sz w:val="20"/>
                <w:szCs w:val="20"/>
              </w:rPr>
              <w:t xml:space="preserve"> </w:t>
            </w:r>
          </w:p>
        </w:tc>
        <w:tc>
          <w:tcPr>
            <w:tcW w:w="1842" w:type="dxa"/>
          </w:tcPr>
          <w:p w14:paraId="725CB256" w14:textId="77777777" w:rsidR="003F4B95" w:rsidRPr="006117BB" w:rsidRDefault="003F4B95" w:rsidP="003F4B95">
            <w:pPr>
              <w:rPr>
                <w:rFonts w:asciiTheme="majorHAnsi" w:eastAsiaTheme="majorEastAsia" w:hAnsiTheme="majorHAnsi" w:cstheme="majorHAnsi"/>
              </w:rPr>
            </w:pPr>
          </w:p>
        </w:tc>
        <w:tc>
          <w:tcPr>
            <w:tcW w:w="2396" w:type="dxa"/>
          </w:tcPr>
          <w:p w14:paraId="693277CA" w14:textId="62A44136" w:rsidR="003F4B95" w:rsidRPr="006117BB" w:rsidRDefault="003F4B95" w:rsidP="003F4B95">
            <w:pPr>
              <w:rPr>
                <w:rFonts w:asciiTheme="majorHAnsi" w:eastAsiaTheme="majorEastAsia" w:hAnsiTheme="majorHAnsi" w:cstheme="majorHAnsi"/>
              </w:rPr>
            </w:pPr>
            <w:r w:rsidRPr="003F4B95">
              <w:rPr>
                <w:rFonts w:asciiTheme="majorHAnsi" w:eastAsiaTheme="majorEastAsia" w:hAnsiTheme="majorHAnsi" w:cstheme="majorHAnsi"/>
                <w:sz w:val="20"/>
                <w:szCs w:val="20"/>
              </w:rPr>
              <w:t xml:space="preserve">  </w:t>
            </w:r>
          </w:p>
        </w:tc>
      </w:tr>
      <w:tr w:rsidR="003F4B95" w:rsidRPr="00852A3B" w14:paraId="4D5E3675" w14:textId="77777777" w:rsidTr="003F4B95">
        <w:trPr>
          <w:trHeight w:val="757"/>
        </w:trPr>
        <w:tc>
          <w:tcPr>
            <w:tcW w:w="2405" w:type="dxa"/>
          </w:tcPr>
          <w:p w14:paraId="560B69B9" w14:textId="77777777" w:rsidR="003F4B95" w:rsidRPr="003F4B95" w:rsidRDefault="003F4B95" w:rsidP="003F4B95">
            <w:pPr>
              <w:rPr>
                <w:rFonts w:asciiTheme="majorHAnsi" w:eastAsiaTheme="majorEastAsia" w:hAnsiTheme="majorHAnsi" w:cstheme="majorHAnsi"/>
                <w:color w:val="A6A6A6" w:themeColor="background1" w:themeShade="A6"/>
                <w:sz w:val="20"/>
                <w:szCs w:val="20"/>
                <w:lang w:eastAsia="ja-JP"/>
              </w:rPr>
            </w:pPr>
          </w:p>
          <w:p w14:paraId="0EE3C3E3" w14:textId="77777777" w:rsidR="003F4B95" w:rsidRPr="003F4B95" w:rsidRDefault="003F4B95" w:rsidP="003F4B95">
            <w:pPr>
              <w:rPr>
                <w:rFonts w:asciiTheme="majorHAnsi" w:eastAsiaTheme="majorEastAsia" w:hAnsiTheme="majorHAnsi" w:cstheme="majorHAnsi"/>
                <w:color w:val="A6A6A6" w:themeColor="background1" w:themeShade="A6"/>
                <w:sz w:val="20"/>
                <w:szCs w:val="20"/>
                <w:lang w:eastAsia="ja-JP"/>
              </w:rPr>
            </w:pPr>
          </w:p>
          <w:p w14:paraId="4B29F485" w14:textId="77777777" w:rsidR="003F4B95" w:rsidRPr="006117BB" w:rsidDel="00EE671B" w:rsidRDefault="003F4B95" w:rsidP="003F4B95">
            <w:pPr>
              <w:rPr>
                <w:rFonts w:asciiTheme="majorHAnsi" w:eastAsiaTheme="majorEastAsia" w:hAnsiTheme="majorHAnsi" w:cstheme="majorHAnsi"/>
                <w:color w:val="BFBFBF" w:themeColor="background1" w:themeShade="BF"/>
                <w:sz w:val="18"/>
                <w:szCs w:val="18"/>
                <w:lang w:eastAsia="ja-JP"/>
              </w:rPr>
            </w:pPr>
          </w:p>
        </w:tc>
        <w:tc>
          <w:tcPr>
            <w:tcW w:w="2552" w:type="dxa"/>
          </w:tcPr>
          <w:p w14:paraId="2396668A" w14:textId="77777777" w:rsidR="003F4B95" w:rsidRPr="006117BB" w:rsidDel="00EE671B" w:rsidRDefault="003F4B95" w:rsidP="003F4B95">
            <w:pPr>
              <w:rPr>
                <w:rFonts w:asciiTheme="majorHAnsi" w:eastAsiaTheme="majorEastAsia" w:hAnsiTheme="majorHAnsi" w:cstheme="majorHAnsi"/>
                <w:color w:val="BFBFBF" w:themeColor="background1" w:themeShade="BF"/>
                <w:sz w:val="18"/>
                <w:szCs w:val="18"/>
                <w:lang w:eastAsia="ja-JP"/>
              </w:rPr>
            </w:pPr>
          </w:p>
        </w:tc>
        <w:tc>
          <w:tcPr>
            <w:tcW w:w="1417" w:type="dxa"/>
          </w:tcPr>
          <w:p w14:paraId="5BE875E7" w14:textId="77777777" w:rsidR="003F4B95" w:rsidRPr="006117BB" w:rsidRDefault="003F4B95" w:rsidP="003F4B95">
            <w:pPr>
              <w:rPr>
                <w:rFonts w:asciiTheme="majorHAnsi" w:eastAsiaTheme="majorEastAsia" w:hAnsiTheme="majorHAnsi" w:cstheme="majorHAnsi"/>
              </w:rPr>
            </w:pPr>
          </w:p>
        </w:tc>
        <w:tc>
          <w:tcPr>
            <w:tcW w:w="1701" w:type="dxa"/>
            <w:vAlign w:val="center"/>
          </w:tcPr>
          <w:p w14:paraId="7FFFFA7A" w14:textId="77777777" w:rsidR="003F4B95" w:rsidRPr="006117BB" w:rsidRDefault="003F4B95" w:rsidP="003F4B95">
            <w:pPr>
              <w:jc w:val="center"/>
              <w:rPr>
                <w:rFonts w:asciiTheme="majorHAnsi" w:eastAsiaTheme="majorEastAsia" w:hAnsiTheme="majorHAnsi" w:cstheme="majorHAnsi"/>
                <w:lang w:eastAsia="ja-JP"/>
              </w:rPr>
            </w:pPr>
          </w:p>
        </w:tc>
        <w:tc>
          <w:tcPr>
            <w:tcW w:w="1985" w:type="dxa"/>
          </w:tcPr>
          <w:p w14:paraId="1A39192D" w14:textId="52DEA199" w:rsidR="003F4B95" w:rsidRPr="006117BB" w:rsidRDefault="003F4B95" w:rsidP="003F4B95">
            <w:pPr>
              <w:rPr>
                <w:rFonts w:asciiTheme="majorHAnsi" w:eastAsiaTheme="majorEastAsia" w:hAnsiTheme="majorHAnsi" w:cstheme="majorHAnsi"/>
              </w:rPr>
            </w:pPr>
            <w:r w:rsidRPr="003F4B95">
              <w:rPr>
                <w:rFonts w:asciiTheme="majorHAnsi" w:eastAsiaTheme="majorEastAsia" w:hAnsiTheme="majorHAnsi" w:cstheme="majorHAnsi"/>
                <w:sz w:val="20"/>
                <w:szCs w:val="20"/>
              </w:rPr>
              <w:t xml:space="preserve"> </w:t>
            </w:r>
          </w:p>
        </w:tc>
        <w:tc>
          <w:tcPr>
            <w:tcW w:w="1842" w:type="dxa"/>
          </w:tcPr>
          <w:p w14:paraId="1B879AC2" w14:textId="77777777" w:rsidR="003F4B95" w:rsidRPr="006117BB" w:rsidRDefault="003F4B95" w:rsidP="003F4B95">
            <w:pPr>
              <w:rPr>
                <w:rFonts w:asciiTheme="majorHAnsi" w:eastAsiaTheme="majorEastAsia" w:hAnsiTheme="majorHAnsi" w:cstheme="majorHAnsi"/>
              </w:rPr>
            </w:pPr>
          </w:p>
        </w:tc>
        <w:tc>
          <w:tcPr>
            <w:tcW w:w="2396" w:type="dxa"/>
          </w:tcPr>
          <w:p w14:paraId="3C48BBED" w14:textId="41EA4505" w:rsidR="003F4B95" w:rsidRPr="006117BB" w:rsidRDefault="003F4B95" w:rsidP="003F4B95">
            <w:pPr>
              <w:rPr>
                <w:rFonts w:asciiTheme="majorHAnsi" w:eastAsiaTheme="majorEastAsia" w:hAnsiTheme="majorHAnsi" w:cstheme="majorHAnsi"/>
              </w:rPr>
            </w:pPr>
            <w:r w:rsidRPr="003F4B95">
              <w:rPr>
                <w:rFonts w:asciiTheme="majorHAnsi" w:eastAsiaTheme="majorEastAsia" w:hAnsiTheme="majorHAnsi" w:cstheme="majorHAnsi"/>
                <w:sz w:val="20"/>
                <w:szCs w:val="20"/>
              </w:rPr>
              <w:t xml:space="preserve">  </w:t>
            </w:r>
          </w:p>
        </w:tc>
      </w:tr>
      <w:bookmarkEnd w:id="6"/>
      <w:bookmarkEnd w:id="7"/>
    </w:tbl>
    <w:p w14:paraId="2CCFA186" w14:textId="288C4BC5" w:rsidR="00852A3B" w:rsidRDefault="00852A3B" w:rsidP="00815BC4">
      <w:pPr>
        <w:rPr>
          <w:rFonts w:asciiTheme="majorHAnsi" w:eastAsiaTheme="majorEastAsia" w:hAnsiTheme="majorHAnsi" w:cstheme="majorHAnsi"/>
          <w:lang w:eastAsia="ja-JP"/>
        </w:rPr>
      </w:pPr>
    </w:p>
    <w:p w14:paraId="74D19D4B" w14:textId="77777777" w:rsidR="00EE671B" w:rsidRPr="006117BB" w:rsidRDefault="00852A3B" w:rsidP="00815BC4">
      <w:pPr>
        <w:rPr>
          <w:rFonts w:asciiTheme="majorHAnsi" w:eastAsiaTheme="majorEastAsia" w:hAnsiTheme="majorHAnsi" w:cstheme="majorHAnsi"/>
          <w:lang w:eastAsia="ja-JP"/>
        </w:rPr>
      </w:pPr>
      <w:r>
        <w:rPr>
          <w:rFonts w:asciiTheme="majorHAnsi" w:eastAsiaTheme="majorEastAsia" w:hAnsiTheme="majorHAnsi" w:cstheme="majorHAnsi"/>
          <w:lang w:eastAsia="ja-JP"/>
        </w:rPr>
        <w:br w:type="column"/>
      </w:r>
    </w:p>
    <w:tbl>
      <w:tblPr>
        <w:tblStyle w:val="afe"/>
        <w:tblW w:w="0" w:type="auto"/>
        <w:tblLook w:val="04A0" w:firstRow="1" w:lastRow="0" w:firstColumn="1" w:lastColumn="0" w:noHBand="0" w:noVBand="1"/>
      </w:tblPr>
      <w:tblGrid>
        <w:gridCol w:w="2405"/>
        <w:gridCol w:w="2552"/>
        <w:gridCol w:w="1417"/>
        <w:gridCol w:w="1701"/>
        <w:gridCol w:w="1985"/>
        <w:gridCol w:w="1842"/>
        <w:gridCol w:w="2396"/>
      </w:tblGrid>
      <w:tr w:rsidR="008A4527" w:rsidRPr="00852A3B" w14:paraId="7165916F" w14:textId="77777777" w:rsidTr="006117BB">
        <w:tc>
          <w:tcPr>
            <w:tcW w:w="10060" w:type="dxa"/>
            <w:gridSpan w:val="5"/>
            <w:shd w:val="clear" w:color="auto" w:fill="EEECE1" w:themeFill="background2"/>
            <w:vAlign w:val="center"/>
          </w:tcPr>
          <w:p w14:paraId="2797D0ED" w14:textId="77777777" w:rsidR="00BB584B" w:rsidRDefault="008A4527" w:rsidP="00BB584B">
            <w:pPr>
              <w:jc w:val="center"/>
              <w:rPr>
                <w:rFonts w:asciiTheme="majorHAnsi" w:eastAsiaTheme="majorEastAsia" w:hAnsiTheme="majorHAnsi" w:cstheme="majorHAnsi"/>
                <w:sz w:val="20"/>
                <w:szCs w:val="20"/>
                <w:lang w:eastAsia="ja-JP"/>
              </w:rPr>
            </w:pPr>
            <w:r w:rsidRPr="006117BB">
              <w:rPr>
                <w:rFonts w:asciiTheme="majorHAnsi" w:eastAsiaTheme="majorEastAsia" w:hAnsiTheme="majorHAnsi" w:cstheme="majorHAnsi"/>
                <w:sz w:val="20"/>
                <w:szCs w:val="20"/>
                <w:lang w:eastAsia="ja-JP"/>
              </w:rPr>
              <w:t>Complete upon assignment of site staff</w:t>
            </w:r>
          </w:p>
          <w:p w14:paraId="177A0E7E" w14:textId="24E212DF" w:rsidR="008A4527" w:rsidRPr="006117BB" w:rsidRDefault="008A4527" w:rsidP="00BB584B">
            <w:pPr>
              <w:jc w:val="center"/>
              <w:rPr>
                <w:rFonts w:asciiTheme="majorHAnsi" w:eastAsiaTheme="majorEastAsia" w:hAnsiTheme="majorHAnsi" w:cstheme="majorHAnsi"/>
                <w:sz w:val="18"/>
                <w:szCs w:val="18"/>
                <w:lang w:eastAsia="ja-JP"/>
              </w:rPr>
            </w:pPr>
            <w:r w:rsidRPr="006117BB">
              <w:rPr>
                <w:rFonts w:asciiTheme="majorHAnsi" w:eastAsiaTheme="majorEastAsia" w:hAnsiTheme="majorHAnsi" w:cstheme="majorHAnsi"/>
                <w:sz w:val="18"/>
                <w:szCs w:val="18"/>
                <w:lang w:eastAsia="ja-JP"/>
              </w:rPr>
              <w:t>(</w:t>
            </w:r>
            <w:r w:rsidR="00845C79" w:rsidRPr="006117BB">
              <w:rPr>
                <w:rFonts w:asciiTheme="majorHAnsi" w:eastAsiaTheme="majorEastAsia" w:hAnsiTheme="majorHAnsi" w:cstheme="majorHAnsi"/>
                <w:sz w:val="18"/>
                <w:szCs w:val="18"/>
                <w:lang w:eastAsia="ja-JP"/>
              </w:rPr>
              <w:t>PI</w:t>
            </w:r>
            <w:r w:rsidR="00845C79" w:rsidRPr="006117BB">
              <w:rPr>
                <w:rFonts w:asciiTheme="majorHAnsi" w:eastAsiaTheme="majorEastAsia" w:hAnsiTheme="majorHAnsi" w:cstheme="majorHAnsi" w:hint="eastAsia"/>
                <w:sz w:val="18"/>
                <w:szCs w:val="18"/>
                <w:lang w:eastAsia="ja-JP"/>
              </w:rPr>
              <w:t>の署名を以て</w:t>
            </w:r>
            <w:r w:rsidR="00845C79" w:rsidRPr="006117BB">
              <w:rPr>
                <w:rFonts w:asciiTheme="majorHAnsi" w:eastAsiaTheme="majorEastAsia" w:hAnsiTheme="majorHAnsi" w:cstheme="majorHAnsi"/>
                <w:sz w:val="18"/>
                <w:szCs w:val="18"/>
                <w:lang w:eastAsia="ja-JP"/>
              </w:rPr>
              <w:t>スタッフ任命</w:t>
            </w:r>
            <w:r w:rsidR="00845C79" w:rsidRPr="006117BB">
              <w:rPr>
                <w:rFonts w:asciiTheme="majorHAnsi" w:eastAsiaTheme="majorEastAsia" w:hAnsiTheme="majorHAnsi" w:cstheme="majorHAnsi" w:hint="eastAsia"/>
                <w:sz w:val="18"/>
                <w:szCs w:val="18"/>
                <w:lang w:eastAsia="ja-JP"/>
              </w:rPr>
              <w:t>とタスク（治験業務）を</w:t>
            </w:r>
            <w:r w:rsidR="00CA2595">
              <w:rPr>
                <w:rFonts w:asciiTheme="majorHAnsi" w:eastAsiaTheme="majorEastAsia" w:hAnsiTheme="majorHAnsi" w:cstheme="majorHAnsi" w:hint="eastAsia"/>
                <w:sz w:val="18"/>
                <w:szCs w:val="18"/>
                <w:lang w:eastAsia="ja-JP"/>
              </w:rPr>
              <w:t>分担</w:t>
            </w:r>
            <w:r w:rsidR="00845C79" w:rsidRPr="006117BB">
              <w:rPr>
                <w:rFonts w:asciiTheme="majorHAnsi" w:eastAsiaTheme="majorEastAsia" w:hAnsiTheme="majorHAnsi" w:cstheme="majorHAnsi"/>
                <w:sz w:val="18"/>
                <w:szCs w:val="18"/>
                <w:lang w:eastAsia="ja-JP"/>
              </w:rPr>
              <w:t>する</w:t>
            </w:r>
            <w:r w:rsidRPr="006117BB">
              <w:rPr>
                <w:rFonts w:asciiTheme="majorHAnsi" w:eastAsiaTheme="majorEastAsia" w:hAnsiTheme="majorHAnsi" w:cstheme="majorHAnsi"/>
                <w:sz w:val="18"/>
                <w:szCs w:val="18"/>
                <w:lang w:eastAsia="ja-JP"/>
              </w:rPr>
              <w:t>)</w:t>
            </w:r>
          </w:p>
        </w:tc>
        <w:tc>
          <w:tcPr>
            <w:tcW w:w="1842" w:type="dxa"/>
            <w:shd w:val="clear" w:color="auto" w:fill="EEECE1" w:themeFill="background2"/>
          </w:tcPr>
          <w:p w14:paraId="408AB045" w14:textId="77777777" w:rsidR="008A4527" w:rsidRPr="006117BB" w:rsidRDefault="008A4527" w:rsidP="007E760C">
            <w:pPr>
              <w:jc w:val="center"/>
              <w:rPr>
                <w:rFonts w:asciiTheme="majorHAnsi" w:eastAsiaTheme="majorEastAsia" w:hAnsiTheme="majorHAnsi" w:cstheme="majorHAnsi"/>
                <w:sz w:val="20"/>
                <w:szCs w:val="20"/>
                <w:lang w:eastAsia="ja-JP"/>
              </w:rPr>
            </w:pPr>
          </w:p>
        </w:tc>
        <w:tc>
          <w:tcPr>
            <w:tcW w:w="2396" w:type="dxa"/>
            <w:shd w:val="clear" w:color="auto" w:fill="EEECE1" w:themeFill="background2"/>
          </w:tcPr>
          <w:p w14:paraId="23991F42" w14:textId="77777777" w:rsidR="008A4527" w:rsidRPr="006117BB" w:rsidRDefault="008A4527" w:rsidP="007E760C">
            <w:pPr>
              <w:jc w:val="center"/>
              <w:rPr>
                <w:rFonts w:asciiTheme="majorHAnsi" w:eastAsiaTheme="majorEastAsia" w:hAnsiTheme="majorHAnsi" w:cstheme="majorHAnsi"/>
                <w:sz w:val="20"/>
                <w:szCs w:val="20"/>
                <w:lang w:eastAsia="ja-JP"/>
              </w:rPr>
            </w:pPr>
            <w:r w:rsidRPr="006117BB">
              <w:rPr>
                <w:rFonts w:asciiTheme="majorHAnsi" w:eastAsiaTheme="majorEastAsia" w:hAnsiTheme="majorHAnsi" w:cstheme="majorHAnsi"/>
                <w:sz w:val="20"/>
                <w:szCs w:val="20"/>
                <w:lang w:eastAsia="ja-JP"/>
              </w:rPr>
              <w:t>Complete When staff exit during the study</w:t>
            </w:r>
          </w:p>
          <w:p w14:paraId="4450F8CC" w14:textId="3C0D67FD" w:rsidR="008A4527" w:rsidRPr="006117BB" w:rsidRDefault="008A4527" w:rsidP="007E760C">
            <w:pPr>
              <w:jc w:val="center"/>
              <w:rPr>
                <w:rFonts w:asciiTheme="majorHAnsi" w:eastAsiaTheme="majorEastAsia" w:hAnsiTheme="majorHAnsi" w:cstheme="majorHAnsi"/>
                <w:sz w:val="20"/>
                <w:szCs w:val="20"/>
                <w:lang w:eastAsia="ja-JP"/>
              </w:rPr>
            </w:pPr>
            <w:r w:rsidRPr="006117BB">
              <w:rPr>
                <w:rFonts w:asciiTheme="majorHAnsi" w:eastAsiaTheme="majorEastAsia" w:hAnsiTheme="majorHAnsi" w:cstheme="majorHAnsi"/>
                <w:sz w:val="18"/>
                <w:szCs w:val="18"/>
                <w:lang w:eastAsia="ja-JP"/>
              </w:rPr>
              <w:t>(</w:t>
            </w:r>
            <w:r w:rsidRPr="006117BB">
              <w:rPr>
                <w:rFonts w:asciiTheme="majorHAnsi" w:eastAsiaTheme="majorEastAsia" w:hAnsiTheme="majorHAnsi" w:cstheme="majorHAnsi"/>
                <w:sz w:val="18"/>
                <w:szCs w:val="18"/>
                <w:lang w:eastAsia="ja-JP"/>
              </w:rPr>
              <w:t>試験</w:t>
            </w:r>
            <w:r w:rsidRPr="006117BB">
              <w:rPr>
                <w:rFonts w:asciiTheme="majorHAnsi" w:eastAsiaTheme="majorEastAsia" w:hAnsiTheme="majorHAnsi" w:cstheme="majorHAnsi" w:hint="eastAsia"/>
                <w:sz w:val="18"/>
                <w:szCs w:val="18"/>
                <w:lang w:eastAsia="ja-JP"/>
              </w:rPr>
              <w:t>途中の</w:t>
            </w:r>
            <w:r w:rsidRPr="006117BB">
              <w:rPr>
                <w:rFonts w:asciiTheme="majorHAnsi" w:eastAsiaTheme="majorEastAsia" w:hAnsiTheme="majorHAnsi" w:cstheme="majorHAnsi"/>
                <w:sz w:val="18"/>
                <w:szCs w:val="18"/>
                <w:lang w:eastAsia="ja-JP"/>
              </w:rPr>
              <w:t>業務終了</w:t>
            </w:r>
            <w:r w:rsidR="00D0550F" w:rsidRPr="006117BB">
              <w:rPr>
                <w:rFonts w:asciiTheme="majorHAnsi" w:eastAsiaTheme="majorEastAsia" w:hAnsiTheme="majorHAnsi" w:cstheme="majorHAnsi" w:hint="eastAsia"/>
                <w:sz w:val="18"/>
                <w:szCs w:val="18"/>
                <w:lang w:eastAsia="ja-JP"/>
              </w:rPr>
              <w:t>確認</w:t>
            </w:r>
            <w:r w:rsidRPr="006117BB">
              <w:rPr>
                <w:rFonts w:asciiTheme="majorHAnsi" w:eastAsiaTheme="majorEastAsia" w:hAnsiTheme="majorHAnsi" w:cstheme="majorHAnsi"/>
                <w:sz w:val="18"/>
                <w:szCs w:val="18"/>
                <w:lang w:eastAsia="ja-JP"/>
              </w:rPr>
              <w:t>)</w:t>
            </w:r>
          </w:p>
        </w:tc>
      </w:tr>
      <w:tr w:rsidR="008A4527" w:rsidRPr="00852A3B" w14:paraId="4D48DE46" w14:textId="77777777" w:rsidTr="008D663B">
        <w:tc>
          <w:tcPr>
            <w:tcW w:w="2405" w:type="dxa"/>
            <w:shd w:val="clear" w:color="auto" w:fill="EEECE1" w:themeFill="background2"/>
          </w:tcPr>
          <w:p w14:paraId="60893BAB" w14:textId="77777777" w:rsidR="008A4527" w:rsidRPr="006117BB" w:rsidRDefault="008A4527" w:rsidP="007E760C">
            <w:pPr>
              <w:jc w:val="center"/>
              <w:rPr>
                <w:rFonts w:asciiTheme="majorHAnsi" w:eastAsiaTheme="majorEastAsia" w:hAnsiTheme="majorHAnsi" w:cstheme="majorHAnsi"/>
              </w:rPr>
            </w:pPr>
            <w:r w:rsidRPr="006117BB">
              <w:rPr>
                <w:rFonts w:asciiTheme="majorHAnsi" w:eastAsiaTheme="majorEastAsia" w:hAnsiTheme="majorHAnsi" w:cstheme="majorHAnsi"/>
              </w:rPr>
              <w:t>Name</w:t>
            </w:r>
          </w:p>
          <w:p w14:paraId="0BC30224" w14:textId="77777777" w:rsidR="008A4527" w:rsidRPr="006117BB" w:rsidRDefault="008A4527" w:rsidP="007E760C">
            <w:pPr>
              <w:jc w:val="center"/>
              <w:rPr>
                <w:rFonts w:asciiTheme="majorHAnsi" w:eastAsiaTheme="majorEastAsia" w:hAnsiTheme="majorHAnsi" w:cstheme="majorHAnsi"/>
                <w:sz w:val="18"/>
                <w:szCs w:val="18"/>
              </w:rPr>
            </w:pPr>
            <w:r w:rsidRPr="006117BB">
              <w:rPr>
                <w:rFonts w:asciiTheme="majorHAnsi" w:eastAsiaTheme="majorEastAsia" w:hAnsiTheme="majorHAnsi" w:cstheme="majorHAnsi" w:hint="eastAsia"/>
                <w:sz w:val="18"/>
                <w:szCs w:val="18"/>
                <w:lang w:eastAsia="ja-JP"/>
              </w:rPr>
              <w:t>（日</w:t>
            </w:r>
            <w:r w:rsidRPr="006117BB">
              <w:rPr>
                <w:rFonts w:asciiTheme="majorHAnsi" w:eastAsiaTheme="majorEastAsia" w:hAnsiTheme="majorHAnsi" w:cstheme="majorHAnsi"/>
                <w:sz w:val="18"/>
                <w:szCs w:val="18"/>
                <w:lang w:eastAsia="ja-JP"/>
              </w:rPr>
              <w:t>/</w:t>
            </w:r>
            <w:r w:rsidRPr="006117BB">
              <w:rPr>
                <w:rFonts w:asciiTheme="majorHAnsi" w:eastAsiaTheme="majorEastAsia" w:hAnsiTheme="majorHAnsi" w:cstheme="majorHAnsi" w:hint="eastAsia"/>
                <w:sz w:val="18"/>
                <w:szCs w:val="18"/>
                <w:lang w:eastAsia="ja-JP"/>
              </w:rPr>
              <w:t>英）</w:t>
            </w:r>
          </w:p>
        </w:tc>
        <w:tc>
          <w:tcPr>
            <w:tcW w:w="2552" w:type="dxa"/>
            <w:shd w:val="clear" w:color="auto" w:fill="EEECE1" w:themeFill="background2"/>
          </w:tcPr>
          <w:p w14:paraId="5335CB96" w14:textId="0F9C0C4B" w:rsidR="008A4527" w:rsidRPr="006117BB" w:rsidRDefault="008A4527" w:rsidP="007E760C">
            <w:pPr>
              <w:jc w:val="center"/>
              <w:rPr>
                <w:rFonts w:asciiTheme="majorHAnsi" w:eastAsiaTheme="majorEastAsia" w:hAnsiTheme="majorHAnsi" w:cstheme="majorHAnsi"/>
              </w:rPr>
            </w:pPr>
            <w:r w:rsidRPr="006117BB">
              <w:rPr>
                <w:rFonts w:asciiTheme="majorHAnsi" w:eastAsiaTheme="majorEastAsia" w:hAnsiTheme="majorHAnsi" w:cstheme="majorHAnsi"/>
              </w:rPr>
              <w:t xml:space="preserve">Signature  </w:t>
            </w:r>
          </w:p>
          <w:p w14:paraId="51D00F49" w14:textId="77777777" w:rsidR="008A4527" w:rsidRPr="006117BB" w:rsidRDefault="008A4527" w:rsidP="007E760C">
            <w:pPr>
              <w:jc w:val="center"/>
              <w:rPr>
                <w:rFonts w:asciiTheme="majorHAnsi" w:eastAsiaTheme="majorEastAsia" w:hAnsiTheme="majorHAnsi" w:cstheme="majorHAnsi"/>
                <w:i/>
                <w:iCs/>
                <w:color w:val="1F497D" w:themeColor="text2"/>
                <w:sz w:val="16"/>
                <w:szCs w:val="16"/>
              </w:rPr>
            </w:pPr>
            <w:r w:rsidRPr="006117BB">
              <w:rPr>
                <w:rFonts w:asciiTheme="majorHAnsi" w:eastAsiaTheme="majorEastAsia" w:hAnsiTheme="majorHAnsi" w:cstheme="majorHAnsi"/>
                <w:i/>
                <w:iCs/>
                <w:color w:val="1F497D" w:themeColor="text2"/>
                <w:sz w:val="16"/>
                <w:szCs w:val="16"/>
              </w:rPr>
              <w:t>My signature below indicates that I accept the study task.</w:t>
            </w:r>
          </w:p>
          <w:p w14:paraId="35E73C89" w14:textId="77777777" w:rsidR="008A4527" w:rsidRPr="006117BB" w:rsidRDefault="008A4527" w:rsidP="007E760C">
            <w:pPr>
              <w:jc w:val="center"/>
              <w:rPr>
                <w:rFonts w:asciiTheme="majorHAnsi" w:eastAsiaTheme="majorEastAsia" w:hAnsiTheme="majorHAnsi" w:cstheme="majorHAnsi"/>
                <w:i/>
                <w:iCs/>
                <w:lang w:eastAsia="ja-JP"/>
              </w:rPr>
            </w:pPr>
            <w:r w:rsidRPr="006117BB">
              <w:rPr>
                <w:rFonts w:asciiTheme="majorHAnsi" w:eastAsiaTheme="majorEastAsia" w:hAnsiTheme="majorHAnsi" w:cstheme="majorHAnsi" w:hint="eastAsia"/>
                <w:i/>
                <w:iCs/>
                <w:color w:val="1F497D" w:themeColor="text2"/>
                <w:sz w:val="16"/>
                <w:szCs w:val="16"/>
                <w:lang w:eastAsia="ja-JP"/>
              </w:rPr>
              <w:t>（私の署名は試験業務を受諾することを意味する）</w:t>
            </w:r>
          </w:p>
        </w:tc>
        <w:tc>
          <w:tcPr>
            <w:tcW w:w="1417" w:type="dxa"/>
            <w:shd w:val="clear" w:color="auto" w:fill="EEECE1" w:themeFill="background2"/>
          </w:tcPr>
          <w:p w14:paraId="030A2585" w14:textId="77777777" w:rsidR="008A4527" w:rsidRPr="006117BB" w:rsidRDefault="008A4527" w:rsidP="007E760C">
            <w:pPr>
              <w:jc w:val="center"/>
              <w:rPr>
                <w:rFonts w:asciiTheme="majorHAnsi" w:eastAsiaTheme="majorEastAsia" w:hAnsiTheme="majorHAnsi" w:cstheme="majorHAnsi"/>
                <w:sz w:val="20"/>
                <w:szCs w:val="20"/>
              </w:rPr>
            </w:pPr>
            <w:r w:rsidRPr="006117BB">
              <w:rPr>
                <w:rFonts w:asciiTheme="majorHAnsi" w:eastAsiaTheme="majorEastAsia" w:hAnsiTheme="majorHAnsi" w:cstheme="majorHAnsi"/>
                <w:sz w:val="20"/>
                <w:szCs w:val="20"/>
              </w:rPr>
              <w:t>Initials</w:t>
            </w:r>
          </w:p>
          <w:p w14:paraId="374E1950" w14:textId="0F123A7C" w:rsidR="008A4527" w:rsidRPr="006117BB" w:rsidRDefault="008A4527" w:rsidP="008D663B">
            <w:pPr>
              <w:rPr>
                <w:rFonts w:asciiTheme="majorHAnsi" w:eastAsiaTheme="majorEastAsia" w:hAnsiTheme="majorHAnsi" w:cstheme="majorHAnsi"/>
                <w:sz w:val="18"/>
                <w:szCs w:val="18"/>
              </w:rPr>
            </w:pPr>
            <w:r w:rsidRPr="006117BB">
              <w:rPr>
                <w:rFonts w:asciiTheme="majorHAnsi" w:eastAsiaTheme="majorEastAsia" w:hAnsiTheme="majorHAnsi" w:cstheme="majorHAnsi" w:hint="eastAsia"/>
                <w:sz w:val="18"/>
                <w:szCs w:val="18"/>
                <w:lang w:eastAsia="ja-JP"/>
              </w:rPr>
              <w:t>（</w:t>
            </w:r>
            <w:r w:rsidR="005C6BF6" w:rsidRPr="006117BB">
              <w:rPr>
                <w:rFonts w:asciiTheme="majorHAnsi" w:eastAsiaTheme="majorEastAsia" w:hAnsiTheme="majorHAnsi" w:cstheme="majorHAnsi" w:hint="eastAsia"/>
                <w:sz w:val="18"/>
                <w:szCs w:val="18"/>
                <w:lang w:eastAsia="ja-JP"/>
              </w:rPr>
              <w:t>簡易</w:t>
            </w:r>
            <w:r w:rsidRPr="006117BB">
              <w:rPr>
                <w:rFonts w:asciiTheme="majorHAnsi" w:eastAsiaTheme="majorEastAsia" w:hAnsiTheme="majorHAnsi" w:cstheme="majorHAnsi" w:hint="eastAsia"/>
                <w:sz w:val="18"/>
                <w:szCs w:val="18"/>
                <w:lang w:eastAsia="ja-JP"/>
              </w:rPr>
              <w:t>署名）</w:t>
            </w:r>
          </w:p>
        </w:tc>
        <w:tc>
          <w:tcPr>
            <w:tcW w:w="1701" w:type="dxa"/>
            <w:shd w:val="clear" w:color="auto" w:fill="EEECE1" w:themeFill="background2"/>
          </w:tcPr>
          <w:p w14:paraId="4A2DDC2B" w14:textId="77777777" w:rsidR="008A4527" w:rsidRPr="006117BB" w:rsidRDefault="008A4527" w:rsidP="007E760C">
            <w:pPr>
              <w:jc w:val="center"/>
              <w:rPr>
                <w:rFonts w:asciiTheme="majorHAnsi" w:eastAsiaTheme="majorEastAsia" w:hAnsiTheme="majorHAnsi" w:cstheme="majorHAnsi"/>
                <w:sz w:val="20"/>
                <w:szCs w:val="20"/>
              </w:rPr>
            </w:pPr>
            <w:r w:rsidRPr="006117BB">
              <w:rPr>
                <w:rFonts w:asciiTheme="majorHAnsi" w:eastAsiaTheme="majorEastAsia" w:hAnsiTheme="majorHAnsi" w:cstheme="majorHAnsi"/>
                <w:sz w:val="20"/>
                <w:szCs w:val="20"/>
              </w:rPr>
              <w:t>Study Role</w:t>
            </w:r>
          </w:p>
          <w:p w14:paraId="0D14EB82" w14:textId="3DB8DB38" w:rsidR="008A4527" w:rsidRPr="006117BB" w:rsidRDefault="008A4527" w:rsidP="005C6BF6">
            <w:pPr>
              <w:jc w:val="center"/>
              <w:rPr>
                <w:rFonts w:asciiTheme="majorHAnsi" w:eastAsiaTheme="majorEastAsia" w:hAnsiTheme="majorHAnsi" w:cstheme="majorHAnsi"/>
              </w:rPr>
            </w:pPr>
            <w:r w:rsidRPr="006117BB">
              <w:rPr>
                <w:rFonts w:asciiTheme="majorHAnsi" w:eastAsiaTheme="majorEastAsia" w:hAnsiTheme="majorHAnsi" w:cstheme="majorHAnsi"/>
                <w:sz w:val="18"/>
                <w:szCs w:val="18"/>
                <w:lang w:eastAsia="ja-JP"/>
              </w:rPr>
              <w:t>(</w:t>
            </w:r>
            <w:r w:rsidRPr="006117BB">
              <w:rPr>
                <w:rFonts w:asciiTheme="majorHAnsi" w:eastAsiaTheme="majorEastAsia" w:hAnsiTheme="majorHAnsi" w:cstheme="majorHAnsi" w:hint="eastAsia"/>
                <w:sz w:val="18"/>
                <w:szCs w:val="18"/>
                <w:lang w:eastAsia="ja-JP"/>
              </w:rPr>
              <w:t>役割</w:t>
            </w:r>
            <w:r w:rsidRPr="006117BB">
              <w:rPr>
                <w:rFonts w:asciiTheme="majorHAnsi" w:eastAsiaTheme="majorEastAsia" w:hAnsiTheme="majorHAnsi" w:cstheme="majorHAnsi"/>
                <w:sz w:val="18"/>
                <w:szCs w:val="18"/>
                <w:lang w:eastAsia="ja-JP"/>
              </w:rPr>
              <w:t>)</w:t>
            </w:r>
          </w:p>
        </w:tc>
        <w:tc>
          <w:tcPr>
            <w:tcW w:w="1985" w:type="dxa"/>
            <w:shd w:val="clear" w:color="auto" w:fill="EEECE1" w:themeFill="background2"/>
          </w:tcPr>
          <w:p w14:paraId="769B80F6" w14:textId="77777777" w:rsidR="008A4527" w:rsidRPr="006117BB" w:rsidRDefault="008A4527" w:rsidP="007E760C">
            <w:pPr>
              <w:jc w:val="center"/>
              <w:rPr>
                <w:rFonts w:asciiTheme="majorHAnsi" w:eastAsiaTheme="majorEastAsia" w:hAnsiTheme="majorHAnsi" w:cstheme="majorHAnsi"/>
                <w:sz w:val="20"/>
                <w:szCs w:val="20"/>
                <w:lang w:eastAsia="ja-JP"/>
              </w:rPr>
            </w:pPr>
            <w:r w:rsidRPr="006117BB">
              <w:rPr>
                <w:rFonts w:asciiTheme="majorHAnsi" w:eastAsiaTheme="majorEastAsia" w:hAnsiTheme="majorHAnsi" w:cstheme="majorHAnsi"/>
                <w:sz w:val="20"/>
                <w:szCs w:val="20"/>
                <w:lang w:eastAsia="ja-JP"/>
              </w:rPr>
              <w:t>Study Task(s)</w:t>
            </w:r>
          </w:p>
          <w:p w14:paraId="46AF5A0C" w14:textId="77777777" w:rsidR="008A4527" w:rsidRPr="006117BB" w:rsidRDefault="008A4527" w:rsidP="007E760C">
            <w:pPr>
              <w:jc w:val="center"/>
              <w:rPr>
                <w:rFonts w:asciiTheme="majorHAnsi" w:eastAsiaTheme="majorEastAsia" w:hAnsiTheme="majorHAnsi" w:cstheme="majorHAnsi"/>
                <w:sz w:val="18"/>
                <w:szCs w:val="18"/>
                <w:lang w:eastAsia="ja-JP"/>
              </w:rPr>
            </w:pPr>
            <w:r w:rsidRPr="006117BB">
              <w:rPr>
                <w:rFonts w:asciiTheme="majorHAnsi" w:eastAsiaTheme="majorEastAsia" w:hAnsiTheme="majorHAnsi" w:cstheme="majorHAnsi"/>
                <w:sz w:val="18"/>
                <w:szCs w:val="18"/>
                <w:lang w:eastAsia="ja-JP"/>
              </w:rPr>
              <w:t>(Select from key)</w:t>
            </w:r>
          </w:p>
          <w:p w14:paraId="389A5DA5" w14:textId="0FFABF58" w:rsidR="008A4527" w:rsidRPr="006117BB" w:rsidRDefault="008A4527" w:rsidP="00BB584B">
            <w:pPr>
              <w:jc w:val="center"/>
              <w:rPr>
                <w:rFonts w:asciiTheme="majorHAnsi" w:eastAsiaTheme="majorEastAsia" w:hAnsiTheme="majorHAnsi" w:cstheme="majorHAnsi"/>
                <w:lang w:eastAsia="zh-TW"/>
              </w:rPr>
            </w:pPr>
            <w:r w:rsidRPr="006117BB">
              <w:rPr>
                <w:rFonts w:asciiTheme="majorHAnsi" w:eastAsiaTheme="majorEastAsia" w:hAnsiTheme="majorHAnsi" w:cstheme="majorHAnsi"/>
                <w:sz w:val="18"/>
                <w:szCs w:val="18"/>
                <w:lang w:eastAsia="zh-TW"/>
              </w:rPr>
              <w:t>(</w:t>
            </w:r>
            <w:r w:rsidRPr="006117BB">
              <w:rPr>
                <w:rFonts w:asciiTheme="majorHAnsi" w:eastAsiaTheme="majorEastAsia" w:hAnsiTheme="majorHAnsi" w:cstheme="majorHAnsi" w:hint="eastAsia"/>
                <w:sz w:val="18"/>
                <w:szCs w:val="18"/>
                <w:lang w:eastAsia="zh-TW"/>
              </w:rPr>
              <w:t>試験業務</w:t>
            </w:r>
            <w:r w:rsidRPr="006117BB">
              <w:rPr>
                <w:rFonts w:asciiTheme="majorHAnsi" w:eastAsiaTheme="majorEastAsia" w:hAnsiTheme="majorHAnsi" w:cstheme="majorHAnsi"/>
                <w:sz w:val="18"/>
                <w:szCs w:val="18"/>
                <w:lang w:eastAsia="zh-TW"/>
              </w:rPr>
              <w:t>Task</w:t>
            </w:r>
            <w:r w:rsidRPr="006117BB">
              <w:rPr>
                <w:rFonts w:asciiTheme="majorHAnsi" w:eastAsiaTheme="majorEastAsia" w:hAnsiTheme="majorHAnsi" w:cstheme="majorHAnsi" w:hint="eastAsia"/>
                <w:sz w:val="18"/>
                <w:szCs w:val="18"/>
                <w:lang w:eastAsia="zh-TW"/>
              </w:rPr>
              <w:t>番号</w:t>
            </w:r>
            <w:r w:rsidRPr="006117BB">
              <w:rPr>
                <w:rFonts w:asciiTheme="majorHAnsi" w:eastAsiaTheme="majorEastAsia" w:hAnsiTheme="majorHAnsi" w:cstheme="majorHAnsi"/>
                <w:sz w:val="18"/>
                <w:szCs w:val="18"/>
                <w:lang w:eastAsia="zh-TW"/>
              </w:rPr>
              <w:t>)</w:t>
            </w:r>
          </w:p>
        </w:tc>
        <w:tc>
          <w:tcPr>
            <w:tcW w:w="1842" w:type="dxa"/>
            <w:shd w:val="clear" w:color="auto" w:fill="EEECE1" w:themeFill="background2"/>
          </w:tcPr>
          <w:p w14:paraId="150765ED" w14:textId="77777777" w:rsidR="008A4527" w:rsidRPr="006117BB" w:rsidRDefault="008A4527" w:rsidP="007E760C">
            <w:pPr>
              <w:jc w:val="center"/>
              <w:rPr>
                <w:rFonts w:asciiTheme="majorHAnsi" w:eastAsiaTheme="majorEastAsia" w:hAnsiTheme="majorHAnsi" w:cstheme="majorHAnsi"/>
                <w:lang w:eastAsia="ja-JP"/>
              </w:rPr>
            </w:pPr>
            <w:r w:rsidRPr="006117BB">
              <w:rPr>
                <w:rFonts w:asciiTheme="majorHAnsi" w:eastAsiaTheme="majorEastAsia" w:hAnsiTheme="majorHAnsi" w:cstheme="majorHAnsi"/>
                <w:sz w:val="20"/>
                <w:szCs w:val="20"/>
              </w:rPr>
              <w:t xml:space="preserve">PI initials </w:t>
            </w:r>
            <w:r w:rsidRPr="006117BB">
              <w:rPr>
                <w:rFonts w:asciiTheme="majorHAnsi" w:eastAsiaTheme="majorEastAsia" w:hAnsiTheme="majorHAnsi" w:cstheme="majorHAnsi"/>
                <w:sz w:val="20"/>
                <w:szCs w:val="20"/>
                <w:lang w:eastAsia="ja-JP"/>
              </w:rPr>
              <w:t>and</w:t>
            </w:r>
            <w:r w:rsidRPr="006117BB">
              <w:rPr>
                <w:rFonts w:asciiTheme="majorHAnsi" w:eastAsiaTheme="majorEastAsia" w:hAnsiTheme="majorHAnsi" w:cstheme="majorHAnsi"/>
                <w:sz w:val="20"/>
                <w:szCs w:val="20"/>
              </w:rPr>
              <w:t xml:space="preserve"> date</w:t>
            </w:r>
            <w:r w:rsidRPr="006117BB">
              <w:rPr>
                <w:rFonts w:asciiTheme="majorHAnsi" w:eastAsiaTheme="majorEastAsia" w:hAnsiTheme="majorHAnsi" w:cstheme="majorHAnsi"/>
              </w:rPr>
              <w:t xml:space="preserve"> </w:t>
            </w:r>
            <w:r w:rsidRPr="006117BB">
              <w:rPr>
                <w:rFonts w:asciiTheme="majorHAnsi" w:eastAsiaTheme="majorEastAsia" w:hAnsiTheme="majorHAnsi" w:cstheme="majorHAnsi"/>
                <w:sz w:val="18"/>
                <w:szCs w:val="18"/>
              </w:rPr>
              <w:t>(delegation approval)</w:t>
            </w:r>
          </w:p>
          <w:p w14:paraId="57DDE68D" w14:textId="23C21B6B" w:rsidR="008A4527" w:rsidRPr="006117BB" w:rsidRDefault="00210340" w:rsidP="007E760C">
            <w:pPr>
              <w:jc w:val="center"/>
              <w:rPr>
                <w:rFonts w:asciiTheme="majorHAnsi" w:eastAsiaTheme="majorEastAsia" w:hAnsiTheme="majorHAnsi" w:cstheme="majorHAnsi"/>
                <w:lang w:eastAsia="ja-JP"/>
              </w:rPr>
            </w:pPr>
            <w:r w:rsidRPr="006117BB">
              <w:rPr>
                <w:rFonts w:asciiTheme="majorHAnsi" w:eastAsiaTheme="majorEastAsia" w:hAnsiTheme="majorHAnsi" w:cstheme="majorHAnsi"/>
                <w:b/>
                <w:sz w:val="20"/>
                <w:szCs w:val="18"/>
              </w:rPr>
              <w:t>YYYY</w:t>
            </w:r>
            <w:r w:rsidR="00E40508" w:rsidRPr="006117BB">
              <w:rPr>
                <w:rFonts w:asciiTheme="majorHAnsi" w:eastAsiaTheme="majorEastAsia" w:hAnsiTheme="majorHAnsi" w:cstheme="majorHAnsi"/>
                <w:b/>
                <w:sz w:val="20"/>
                <w:szCs w:val="18"/>
                <w:lang w:eastAsia="ja-JP"/>
              </w:rPr>
              <w:t>/</w:t>
            </w:r>
            <w:r w:rsidRPr="006117BB">
              <w:rPr>
                <w:rFonts w:asciiTheme="majorHAnsi" w:eastAsiaTheme="majorEastAsia" w:hAnsiTheme="majorHAnsi" w:cstheme="majorHAnsi"/>
                <w:b/>
                <w:sz w:val="20"/>
                <w:szCs w:val="18"/>
                <w:lang w:eastAsia="ja-JP"/>
              </w:rPr>
              <w:t>MM</w:t>
            </w:r>
            <w:r w:rsidR="00E40508" w:rsidRPr="006117BB">
              <w:rPr>
                <w:rFonts w:asciiTheme="majorHAnsi" w:eastAsiaTheme="majorEastAsia" w:hAnsiTheme="majorHAnsi" w:cstheme="majorHAnsi"/>
                <w:b/>
                <w:sz w:val="20"/>
                <w:szCs w:val="18"/>
                <w:lang w:eastAsia="ja-JP"/>
              </w:rPr>
              <w:t>/</w:t>
            </w:r>
            <w:r w:rsidRPr="006117BB">
              <w:rPr>
                <w:rFonts w:asciiTheme="majorHAnsi" w:eastAsiaTheme="majorEastAsia" w:hAnsiTheme="majorHAnsi" w:cstheme="majorHAnsi"/>
                <w:b/>
                <w:sz w:val="20"/>
                <w:szCs w:val="18"/>
                <w:lang w:eastAsia="ja-JP"/>
              </w:rPr>
              <w:t>DD</w:t>
            </w:r>
          </w:p>
        </w:tc>
        <w:tc>
          <w:tcPr>
            <w:tcW w:w="2396" w:type="dxa"/>
            <w:shd w:val="clear" w:color="auto" w:fill="EEECE1" w:themeFill="background2"/>
          </w:tcPr>
          <w:p w14:paraId="4AFE3847" w14:textId="77777777" w:rsidR="003A7E5F" w:rsidRPr="006117BB" w:rsidRDefault="003A7E5F" w:rsidP="003A7E5F">
            <w:pPr>
              <w:jc w:val="center"/>
              <w:rPr>
                <w:rFonts w:asciiTheme="majorHAnsi" w:eastAsiaTheme="majorEastAsia" w:hAnsiTheme="majorHAnsi" w:cstheme="majorHAnsi"/>
                <w:sz w:val="20"/>
                <w:szCs w:val="20"/>
                <w:lang w:eastAsia="ja-JP"/>
              </w:rPr>
            </w:pPr>
            <w:r w:rsidRPr="006117BB">
              <w:rPr>
                <w:rFonts w:asciiTheme="majorHAnsi" w:eastAsiaTheme="majorEastAsia" w:hAnsiTheme="majorHAnsi" w:cstheme="majorHAnsi"/>
                <w:sz w:val="20"/>
                <w:szCs w:val="20"/>
              </w:rPr>
              <w:t>PI initials and End of task date</w:t>
            </w:r>
            <w:r w:rsidRPr="006117BB" w:rsidDel="003A7E5F">
              <w:rPr>
                <w:rFonts w:asciiTheme="majorHAnsi" w:eastAsiaTheme="majorEastAsia" w:hAnsiTheme="majorHAnsi" w:cstheme="majorHAnsi"/>
                <w:sz w:val="20"/>
                <w:szCs w:val="20"/>
              </w:rPr>
              <w:t xml:space="preserve"> </w:t>
            </w:r>
          </w:p>
          <w:p w14:paraId="15C1D63C" w14:textId="77777777" w:rsidR="003A7E5F" w:rsidRPr="006117BB" w:rsidRDefault="003A7E5F" w:rsidP="003A7E5F">
            <w:pPr>
              <w:rPr>
                <w:rFonts w:asciiTheme="majorHAnsi" w:eastAsiaTheme="majorEastAsia" w:hAnsiTheme="majorHAnsi" w:cstheme="majorHAnsi"/>
                <w:sz w:val="20"/>
                <w:szCs w:val="20"/>
                <w:lang w:eastAsia="ja-JP"/>
              </w:rPr>
            </w:pPr>
            <w:r w:rsidRPr="006117BB">
              <w:rPr>
                <w:rFonts w:asciiTheme="majorHAnsi" w:eastAsiaTheme="majorEastAsia" w:hAnsiTheme="majorHAnsi" w:cstheme="majorHAnsi" w:hint="eastAsia"/>
                <w:sz w:val="20"/>
                <w:szCs w:val="20"/>
                <w:lang w:eastAsia="ja-JP"/>
              </w:rPr>
              <w:t xml:space="preserve">　</w:t>
            </w:r>
            <w:r w:rsidRPr="006117BB">
              <w:rPr>
                <w:rFonts w:asciiTheme="majorHAnsi" w:eastAsiaTheme="majorEastAsia" w:hAnsiTheme="majorHAnsi" w:cstheme="majorHAnsi"/>
                <w:sz w:val="18"/>
                <w:szCs w:val="18"/>
                <w:lang w:eastAsia="ja-JP"/>
              </w:rPr>
              <w:t>(end confirmation)</w:t>
            </w:r>
            <w:r w:rsidRPr="006117BB">
              <w:rPr>
                <w:rFonts w:asciiTheme="majorHAnsi" w:eastAsiaTheme="majorEastAsia" w:hAnsiTheme="majorHAnsi" w:cstheme="majorHAnsi"/>
                <w:sz w:val="20"/>
                <w:szCs w:val="20"/>
                <w:lang w:eastAsia="ja-JP"/>
              </w:rPr>
              <w:t xml:space="preserve"> </w:t>
            </w:r>
          </w:p>
          <w:p w14:paraId="16015C91" w14:textId="5868B94E" w:rsidR="008A4527" w:rsidRPr="006117BB" w:rsidRDefault="003A7E5F" w:rsidP="007E760C">
            <w:pPr>
              <w:jc w:val="center"/>
              <w:rPr>
                <w:rFonts w:asciiTheme="majorHAnsi" w:eastAsiaTheme="majorEastAsia" w:hAnsiTheme="majorHAnsi" w:cstheme="majorHAnsi"/>
              </w:rPr>
            </w:pPr>
            <w:r w:rsidRPr="006117BB">
              <w:rPr>
                <w:rFonts w:asciiTheme="majorHAnsi" w:eastAsiaTheme="majorEastAsia" w:hAnsiTheme="majorHAnsi" w:cstheme="majorHAnsi"/>
                <w:b/>
                <w:sz w:val="20"/>
                <w:szCs w:val="20"/>
              </w:rPr>
              <w:t>YYY</w:t>
            </w:r>
            <w:r w:rsidRPr="006117BB">
              <w:rPr>
                <w:rFonts w:asciiTheme="majorHAnsi" w:eastAsiaTheme="majorEastAsia" w:hAnsiTheme="majorHAnsi" w:cstheme="majorHAnsi"/>
                <w:b/>
                <w:sz w:val="20"/>
                <w:szCs w:val="20"/>
                <w:lang w:eastAsia="ja-JP"/>
              </w:rPr>
              <w:t>Y/MM/DD</w:t>
            </w:r>
          </w:p>
        </w:tc>
      </w:tr>
      <w:tr w:rsidR="008A4527" w:rsidRPr="00852A3B" w14:paraId="0B0EFDE3" w14:textId="77777777" w:rsidTr="003F4B95">
        <w:trPr>
          <w:trHeight w:val="760"/>
        </w:trPr>
        <w:tc>
          <w:tcPr>
            <w:tcW w:w="2405" w:type="dxa"/>
          </w:tcPr>
          <w:p w14:paraId="3EE7FC26" w14:textId="77777777" w:rsidR="00EE671B" w:rsidRPr="003F4B95" w:rsidRDefault="00EE671B" w:rsidP="003F4B95">
            <w:pPr>
              <w:rPr>
                <w:rFonts w:asciiTheme="majorHAnsi" w:eastAsiaTheme="majorEastAsia" w:hAnsiTheme="majorHAnsi" w:cstheme="majorHAnsi"/>
                <w:color w:val="A6A6A6" w:themeColor="background1" w:themeShade="A6"/>
                <w:sz w:val="20"/>
                <w:szCs w:val="20"/>
                <w:lang w:eastAsia="ja-JP"/>
              </w:rPr>
            </w:pPr>
          </w:p>
          <w:p w14:paraId="1A923184" w14:textId="6E431FB1" w:rsidR="008A4527" w:rsidRPr="003F4B95" w:rsidRDefault="008A4527" w:rsidP="003F4B95">
            <w:pPr>
              <w:rPr>
                <w:rFonts w:asciiTheme="majorHAnsi" w:eastAsiaTheme="majorEastAsia" w:hAnsiTheme="majorHAnsi" w:cstheme="majorHAnsi"/>
                <w:color w:val="A6A6A6" w:themeColor="background1" w:themeShade="A6"/>
                <w:sz w:val="20"/>
                <w:szCs w:val="20"/>
                <w:lang w:eastAsia="ja-JP"/>
              </w:rPr>
            </w:pPr>
          </w:p>
          <w:p w14:paraId="75825ED4" w14:textId="77777777" w:rsidR="008A4527" w:rsidRPr="003F4B95" w:rsidRDefault="008A4527" w:rsidP="003F4B95">
            <w:pPr>
              <w:rPr>
                <w:rFonts w:asciiTheme="majorHAnsi" w:eastAsiaTheme="majorEastAsia" w:hAnsiTheme="majorHAnsi" w:cstheme="majorHAnsi"/>
                <w:sz w:val="20"/>
                <w:szCs w:val="20"/>
              </w:rPr>
            </w:pPr>
          </w:p>
        </w:tc>
        <w:tc>
          <w:tcPr>
            <w:tcW w:w="2552" w:type="dxa"/>
          </w:tcPr>
          <w:p w14:paraId="3BB7A7B9" w14:textId="77777777" w:rsidR="008A4527" w:rsidRPr="003F4B95" w:rsidRDefault="008A4527" w:rsidP="003F4B95">
            <w:pPr>
              <w:rPr>
                <w:rFonts w:asciiTheme="majorHAnsi" w:eastAsiaTheme="majorEastAsia" w:hAnsiTheme="majorHAnsi" w:cstheme="majorHAnsi"/>
                <w:sz w:val="20"/>
                <w:szCs w:val="20"/>
              </w:rPr>
            </w:pPr>
          </w:p>
        </w:tc>
        <w:tc>
          <w:tcPr>
            <w:tcW w:w="1417" w:type="dxa"/>
          </w:tcPr>
          <w:p w14:paraId="0FAA4013" w14:textId="77777777" w:rsidR="008A4527" w:rsidRPr="003F4B95" w:rsidRDefault="008A4527" w:rsidP="003F4B95">
            <w:pPr>
              <w:rPr>
                <w:rFonts w:asciiTheme="majorHAnsi" w:eastAsiaTheme="majorEastAsia" w:hAnsiTheme="majorHAnsi" w:cstheme="majorHAnsi"/>
                <w:sz w:val="20"/>
                <w:szCs w:val="20"/>
              </w:rPr>
            </w:pPr>
          </w:p>
        </w:tc>
        <w:tc>
          <w:tcPr>
            <w:tcW w:w="1701" w:type="dxa"/>
            <w:vAlign w:val="center"/>
          </w:tcPr>
          <w:p w14:paraId="31EA474F" w14:textId="77777777" w:rsidR="008A4527" w:rsidRPr="003F4B95" w:rsidRDefault="008A4527" w:rsidP="003F4B95">
            <w:pPr>
              <w:jc w:val="center"/>
              <w:rPr>
                <w:rFonts w:asciiTheme="majorHAnsi" w:eastAsiaTheme="majorEastAsia" w:hAnsiTheme="majorHAnsi" w:cstheme="majorHAnsi"/>
                <w:sz w:val="20"/>
                <w:szCs w:val="20"/>
                <w:lang w:eastAsia="ja-JP"/>
              </w:rPr>
            </w:pPr>
          </w:p>
        </w:tc>
        <w:tc>
          <w:tcPr>
            <w:tcW w:w="1985" w:type="dxa"/>
          </w:tcPr>
          <w:p w14:paraId="03BE8189" w14:textId="77777777" w:rsidR="008A4527" w:rsidRPr="003F4B95" w:rsidRDefault="008A4527" w:rsidP="003F4B95">
            <w:pPr>
              <w:rPr>
                <w:rFonts w:asciiTheme="majorHAnsi" w:eastAsiaTheme="majorEastAsia" w:hAnsiTheme="majorHAnsi" w:cstheme="majorHAnsi"/>
                <w:sz w:val="20"/>
                <w:szCs w:val="20"/>
              </w:rPr>
            </w:pPr>
            <w:r w:rsidRPr="003F4B95">
              <w:rPr>
                <w:rFonts w:asciiTheme="majorHAnsi" w:eastAsiaTheme="majorEastAsia" w:hAnsiTheme="majorHAnsi" w:cstheme="majorHAnsi"/>
                <w:sz w:val="20"/>
                <w:szCs w:val="20"/>
              </w:rPr>
              <w:t xml:space="preserve"> </w:t>
            </w:r>
          </w:p>
        </w:tc>
        <w:tc>
          <w:tcPr>
            <w:tcW w:w="1842" w:type="dxa"/>
          </w:tcPr>
          <w:p w14:paraId="3E7C2476" w14:textId="77777777" w:rsidR="00E40508" w:rsidRPr="003F4B95" w:rsidRDefault="00E40508" w:rsidP="003F4B95">
            <w:pPr>
              <w:rPr>
                <w:rFonts w:asciiTheme="majorHAnsi" w:eastAsiaTheme="majorEastAsia" w:hAnsiTheme="majorHAnsi" w:cstheme="majorHAnsi"/>
                <w:sz w:val="20"/>
                <w:szCs w:val="20"/>
              </w:rPr>
            </w:pPr>
          </w:p>
        </w:tc>
        <w:tc>
          <w:tcPr>
            <w:tcW w:w="2396" w:type="dxa"/>
          </w:tcPr>
          <w:p w14:paraId="0C008585" w14:textId="386AF83B" w:rsidR="008A4527" w:rsidRPr="003F4B95" w:rsidRDefault="008A4527" w:rsidP="003F4B95">
            <w:pPr>
              <w:rPr>
                <w:rFonts w:asciiTheme="majorHAnsi" w:eastAsiaTheme="majorEastAsia" w:hAnsiTheme="majorHAnsi" w:cstheme="majorHAnsi"/>
                <w:sz w:val="20"/>
                <w:szCs w:val="20"/>
              </w:rPr>
            </w:pPr>
            <w:r w:rsidRPr="003F4B95">
              <w:rPr>
                <w:rFonts w:asciiTheme="majorHAnsi" w:eastAsiaTheme="majorEastAsia" w:hAnsiTheme="majorHAnsi" w:cstheme="majorHAnsi"/>
                <w:sz w:val="20"/>
                <w:szCs w:val="20"/>
              </w:rPr>
              <w:t xml:space="preserve">  </w:t>
            </w:r>
          </w:p>
        </w:tc>
      </w:tr>
      <w:tr w:rsidR="003F4B95" w:rsidRPr="00852A3B" w14:paraId="4C3E9568" w14:textId="77777777" w:rsidTr="003F4B95">
        <w:trPr>
          <w:trHeight w:val="760"/>
        </w:trPr>
        <w:tc>
          <w:tcPr>
            <w:tcW w:w="2405" w:type="dxa"/>
          </w:tcPr>
          <w:p w14:paraId="19A9F5EB" w14:textId="77777777" w:rsidR="003F4B95" w:rsidRPr="003F4B95" w:rsidRDefault="003F4B95" w:rsidP="003F4B95">
            <w:pPr>
              <w:rPr>
                <w:rFonts w:asciiTheme="majorHAnsi" w:eastAsiaTheme="majorEastAsia" w:hAnsiTheme="majorHAnsi" w:cstheme="majorHAnsi"/>
                <w:color w:val="A6A6A6" w:themeColor="background1" w:themeShade="A6"/>
                <w:sz w:val="20"/>
                <w:szCs w:val="20"/>
                <w:lang w:eastAsia="ja-JP"/>
              </w:rPr>
            </w:pPr>
          </w:p>
          <w:p w14:paraId="284BF883" w14:textId="77777777" w:rsidR="003F4B95" w:rsidRPr="003F4B95" w:rsidRDefault="003F4B95" w:rsidP="003F4B95">
            <w:pPr>
              <w:rPr>
                <w:rFonts w:asciiTheme="majorHAnsi" w:eastAsiaTheme="majorEastAsia" w:hAnsiTheme="majorHAnsi" w:cstheme="majorHAnsi"/>
                <w:color w:val="A6A6A6" w:themeColor="background1" w:themeShade="A6"/>
                <w:sz w:val="20"/>
                <w:szCs w:val="20"/>
                <w:lang w:eastAsia="ja-JP"/>
              </w:rPr>
            </w:pPr>
          </w:p>
          <w:p w14:paraId="4714B60A" w14:textId="77777777" w:rsidR="003F4B95" w:rsidRPr="003F4B95" w:rsidRDefault="003F4B95" w:rsidP="003F4B95">
            <w:pPr>
              <w:rPr>
                <w:rFonts w:asciiTheme="majorHAnsi" w:eastAsiaTheme="majorEastAsia" w:hAnsiTheme="majorHAnsi" w:cstheme="majorHAnsi"/>
                <w:sz w:val="20"/>
                <w:szCs w:val="20"/>
              </w:rPr>
            </w:pPr>
          </w:p>
        </w:tc>
        <w:tc>
          <w:tcPr>
            <w:tcW w:w="2552" w:type="dxa"/>
          </w:tcPr>
          <w:p w14:paraId="1294A3B7" w14:textId="77777777" w:rsidR="003F4B95" w:rsidRPr="003F4B95" w:rsidRDefault="003F4B95" w:rsidP="003F4B95">
            <w:pPr>
              <w:rPr>
                <w:rFonts w:asciiTheme="majorHAnsi" w:eastAsiaTheme="majorEastAsia" w:hAnsiTheme="majorHAnsi" w:cstheme="majorHAnsi"/>
                <w:sz w:val="20"/>
                <w:szCs w:val="20"/>
              </w:rPr>
            </w:pPr>
          </w:p>
        </w:tc>
        <w:tc>
          <w:tcPr>
            <w:tcW w:w="1417" w:type="dxa"/>
          </w:tcPr>
          <w:p w14:paraId="6B594C3D" w14:textId="77777777" w:rsidR="003F4B95" w:rsidRPr="003F4B95" w:rsidRDefault="003F4B95" w:rsidP="003F4B95">
            <w:pPr>
              <w:rPr>
                <w:rFonts w:asciiTheme="majorHAnsi" w:eastAsiaTheme="majorEastAsia" w:hAnsiTheme="majorHAnsi" w:cstheme="majorHAnsi"/>
                <w:sz w:val="20"/>
                <w:szCs w:val="20"/>
              </w:rPr>
            </w:pPr>
          </w:p>
        </w:tc>
        <w:tc>
          <w:tcPr>
            <w:tcW w:w="1701" w:type="dxa"/>
            <w:vAlign w:val="center"/>
          </w:tcPr>
          <w:p w14:paraId="24A28DF3" w14:textId="77777777" w:rsidR="003F4B95" w:rsidRPr="003F4B95" w:rsidRDefault="003F4B95" w:rsidP="003F4B95">
            <w:pPr>
              <w:jc w:val="center"/>
              <w:rPr>
                <w:rFonts w:asciiTheme="majorHAnsi" w:eastAsiaTheme="majorEastAsia" w:hAnsiTheme="majorHAnsi" w:cstheme="majorHAnsi"/>
                <w:sz w:val="20"/>
                <w:szCs w:val="20"/>
              </w:rPr>
            </w:pPr>
          </w:p>
        </w:tc>
        <w:tc>
          <w:tcPr>
            <w:tcW w:w="1985" w:type="dxa"/>
          </w:tcPr>
          <w:p w14:paraId="0B2C6944" w14:textId="7F4D3A89" w:rsidR="003F4B95" w:rsidRPr="003F4B95" w:rsidRDefault="003F4B95" w:rsidP="003F4B95">
            <w:pPr>
              <w:rPr>
                <w:rFonts w:asciiTheme="majorHAnsi" w:eastAsiaTheme="majorEastAsia" w:hAnsiTheme="majorHAnsi" w:cstheme="majorHAnsi"/>
                <w:sz w:val="20"/>
                <w:szCs w:val="20"/>
              </w:rPr>
            </w:pPr>
            <w:r w:rsidRPr="003F4B95">
              <w:rPr>
                <w:rFonts w:asciiTheme="majorHAnsi" w:eastAsiaTheme="majorEastAsia" w:hAnsiTheme="majorHAnsi" w:cstheme="majorHAnsi"/>
                <w:sz w:val="20"/>
                <w:szCs w:val="20"/>
              </w:rPr>
              <w:t xml:space="preserve"> </w:t>
            </w:r>
          </w:p>
        </w:tc>
        <w:tc>
          <w:tcPr>
            <w:tcW w:w="1842" w:type="dxa"/>
          </w:tcPr>
          <w:p w14:paraId="41CEFBD8" w14:textId="1A6A9288" w:rsidR="003F4B95" w:rsidRPr="003F4B95" w:rsidRDefault="003F4B95" w:rsidP="003F4B95">
            <w:pPr>
              <w:rPr>
                <w:rFonts w:asciiTheme="majorHAnsi" w:eastAsiaTheme="majorEastAsia" w:hAnsiTheme="majorHAnsi" w:cstheme="majorHAnsi"/>
                <w:sz w:val="20"/>
                <w:szCs w:val="20"/>
              </w:rPr>
            </w:pPr>
          </w:p>
        </w:tc>
        <w:tc>
          <w:tcPr>
            <w:tcW w:w="2396" w:type="dxa"/>
          </w:tcPr>
          <w:p w14:paraId="6D861773" w14:textId="7AC1CA65" w:rsidR="003F4B95" w:rsidRPr="003F4B95" w:rsidRDefault="003F4B95" w:rsidP="003F4B95">
            <w:pPr>
              <w:rPr>
                <w:rFonts w:asciiTheme="majorHAnsi" w:eastAsiaTheme="majorEastAsia" w:hAnsiTheme="majorHAnsi" w:cstheme="majorHAnsi"/>
                <w:sz w:val="20"/>
                <w:szCs w:val="20"/>
              </w:rPr>
            </w:pPr>
            <w:r w:rsidRPr="003F4B95">
              <w:rPr>
                <w:rFonts w:asciiTheme="majorHAnsi" w:eastAsiaTheme="majorEastAsia" w:hAnsiTheme="majorHAnsi" w:cstheme="majorHAnsi"/>
                <w:sz w:val="20"/>
                <w:szCs w:val="20"/>
              </w:rPr>
              <w:t xml:space="preserve">  </w:t>
            </w:r>
          </w:p>
        </w:tc>
      </w:tr>
      <w:tr w:rsidR="003F4B95" w:rsidRPr="00852A3B" w14:paraId="5843EC16" w14:textId="77777777" w:rsidTr="003F4B95">
        <w:trPr>
          <w:trHeight w:val="760"/>
        </w:trPr>
        <w:tc>
          <w:tcPr>
            <w:tcW w:w="2405" w:type="dxa"/>
          </w:tcPr>
          <w:p w14:paraId="7F3A9464" w14:textId="77777777" w:rsidR="003F4B95" w:rsidRPr="003F4B95" w:rsidRDefault="003F4B95" w:rsidP="003F4B95">
            <w:pPr>
              <w:rPr>
                <w:rFonts w:asciiTheme="majorHAnsi" w:eastAsiaTheme="majorEastAsia" w:hAnsiTheme="majorHAnsi" w:cstheme="majorHAnsi"/>
                <w:color w:val="A6A6A6" w:themeColor="background1" w:themeShade="A6"/>
                <w:sz w:val="20"/>
                <w:szCs w:val="20"/>
                <w:lang w:eastAsia="ja-JP"/>
              </w:rPr>
            </w:pPr>
          </w:p>
          <w:p w14:paraId="055BB226" w14:textId="77777777" w:rsidR="003F4B95" w:rsidRPr="003F4B95" w:rsidRDefault="003F4B95" w:rsidP="003F4B95">
            <w:pPr>
              <w:rPr>
                <w:rFonts w:asciiTheme="majorHAnsi" w:eastAsiaTheme="majorEastAsia" w:hAnsiTheme="majorHAnsi" w:cstheme="majorHAnsi"/>
                <w:color w:val="A6A6A6" w:themeColor="background1" w:themeShade="A6"/>
                <w:sz w:val="20"/>
                <w:szCs w:val="20"/>
                <w:lang w:eastAsia="ja-JP"/>
              </w:rPr>
            </w:pPr>
          </w:p>
          <w:p w14:paraId="6E738445" w14:textId="77777777" w:rsidR="003F4B95" w:rsidRPr="003F4B95" w:rsidRDefault="003F4B95" w:rsidP="003F4B95">
            <w:pPr>
              <w:rPr>
                <w:rFonts w:asciiTheme="majorHAnsi" w:eastAsiaTheme="majorEastAsia" w:hAnsiTheme="majorHAnsi" w:cstheme="majorHAnsi"/>
                <w:sz w:val="20"/>
                <w:szCs w:val="20"/>
              </w:rPr>
            </w:pPr>
          </w:p>
        </w:tc>
        <w:tc>
          <w:tcPr>
            <w:tcW w:w="2552" w:type="dxa"/>
          </w:tcPr>
          <w:p w14:paraId="17D56A44" w14:textId="77777777" w:rsidR="003F4B95" w:rsidRPr="003F4B95" w:rsidRDefault="003F4B95" w:rsidP="003F4B95">
            <w:pPr>
              <w:rPr>
                <w:rFonts w:asciiTheme="majorHAnsi" w:eastAsiaTheme="majorEastAsia" w:hAnsiTheme="majorHAnsi" w:cstheme="majorHAnsi"/>
                <w:sz w:val="20"/>
                <w:szCs w:val="20"/>
              </w:rPr>
            </w:pPr>
          </w:p>
        </w:tc>
        <w:tc>
          <w:tcPr>
            <w:tcW w:w="1417" w:type="dxa"/>
          </w:tcPr>
          <w:p w14:paraId="715A6B0C" w14:textId="77777777" w:rsidR="003F4B95" w:rsidRPr="003F4B95" w:rsidRDefault="003F4B95" w:rsidP="003F4B95">
            <w:pPr>
              <w:rPr>
                <w:rFonts w:asciiTheme="majorHAnsi" w:eastAsiaTheme="majorEastAsia" w:hAnsiTheme="majorHAnsi" w:cstheme="majorHAnsi"/>
                <w:sz w:val="20"/>
                <w:szCs w:val="20"/>
              </w:rPr>
            </w:pPr>
          </w:p>
        </w:tc>
        <w:tc>
          <w:tcPr>
            <w:tcW w:w="1701" w:type="dxa"/>
            <w:vAlign w:val="center"/>
          </w:tcPr>
          <w:p w14:paraId="35719FF6" w14:textId="77777777" w:rsidR="003F4B95" w:rsidRPr="003F4B95" w:rsidRDefault="003F4B95" w:rsidP="003F4B95">
            <w:pPr>
              <w:jc w:val="center"/>
              <w:rPr>
                <w:rFonts w:asciiTheme="majorHAnsi" w:eastAsiaTheme="majorEastAsia" w:hAnsiTheme="majorHAnsi" w:cstheme="majorHAnsi"/>
                <w:sz w:val="20"/>
                <w:szCs w:val="20"/>
              </w:rPr>
            </w:pPr>
          </w:p>
        </w:tc>
        <w:tc>
          <w:tcPr>
            <w:tcW w:w="1985" w:type="dxa"/>
          </w:tcPr>
          <w:p w14:paraId="6312678C" w14:textId="60AE9484" w:rsidR="003F4B95" w:rsidRPr="003F4B95" w:rsidRDefault="003F4B95" w:rsidP="003F4B95">
            <w:pPr>
              <w:rPr>
                <w:rFonts w:asciiTheme="majorHAnsi" w:eastAsiaTheme="majorEastAsia" w:hAnsiTheme="majorHAnsi" w:cstheme="majorHAnsi"/>
                <w:sz w:val="20"/>
                <w:szCs w:val="20"/>
              </w:rPr>
            </w:pPr>
            <w:r w:rsidRPr="003F4B95">
              <w:rPr>
                <w:rFonts w:asciiTheme="majorHAnsi" w:eastAsiaTheme="majorEastAsia" w:hAnsiTheme="majorHAnsi" w:cstheme="majorHAnsi"/>
                <w:sz w:val="20"/>
                <w:szCs w:val="20"/>
              </w:rPr>
              <w:t xml:space="preserve"> </w:t>
            </w:r>
          </w:p>
        </w:tc>
        <w:tc>
          <w:tcPr>
            <w:tcW w:w="1842" w:type="dxa"/>
          </w:tcPr>
          <w:p w14:paraId="541B5521" w14:textId="7F7321EE" w:rsidR="003F4B95" w:rsidRPr="003F4B95" w:rsidRDefault="003F4B95" w:rsidP="003F4B95">
            <w:pPr>
              <w:rPr>
                <w:rFonts w:asciiTheme="majorHAnsi" w:eastAsiaTheme="majorEastAsia" w:hAnsiTheme="majorHAnsi" w:cstheme="majorHAnsi"/>
                <w:sz w:val="20"/>
                <w:szCs w:val="20"/>
              </w:rPr>
            </w:pPr>
          </w:p>
        </w:tc>
        <w:tc>
          <w:tcPr>
            <w:tcW w:w="2396" w:type="dxa"/>
          </w:tcPr>
          <w:p w14:paraId="35780426" w14:textId="0A5DFF17" w:rsidR="003F4B95" w:rsidRPr="003F4B95" w:rsidRDefault="003F4B95" w:rsidP="003F4B95">
            <w:pPr>
              <w:rPr>
                <w:rFonts w:asciiTheme="majorHAnsi" w:eastAsiaTheme="majorEastAsia" w:hAnsiTheme="majorHAnsi" w:cstheme="majorHAnsi"/>
                <w:sz w:val="20"/>
                <w:szCs w:val="20"/>
              </w:rPr>
            </w:pPr>
            <w:r w:rsidRPr="003F4B95">
              <w:rPr>
                <w:rFonts w:asciiTheme="majorHAnsi" w:eastAsiaTheme="majorEastAsia" w:hAnsiTheme="majorHAnsi" w:cstheme="majorHAnsi"/>
                <w:sz w:val="20"/>
                <w:szCs w:val="20"/>
              </w:rPr>
              <w:t xml:space="preserve">  </w:t>
            </w:r>
          </w:p>
        </w:tc>
      </w:tr>
      <w:tr w:rsidR="003F4B95" w:rsidRPr="00852A3B" w14:paraId="629198CB" w14:textId="77777777" w:rsidTr="003F4B95">
        <w:trPr>
          <w:trHeight w:val="760"/>
        </w:trPr>
        <w:tc>
          <w:tcPr>
            <w:tcW w:w="2405" w:type="dxa"/>
          </w:tcPr>
          <w:p w14:paraId="6D1F65E9" w14:textId="77777777" w:rsidR="003F4B95" w:rsidRPr="003F4B95" w:rsidRDefault="003F4B95" w:rsidP="003F4B95">
            <w:pPr>
              <w:rPr>
                <w:rFonts w:asciiTheme="majorHAnsi" w:eastAsiaTheme="majorEastAsia" w:hAnsiTheme="majorHAnsi" w:cstheme="majorHAnsi"/>
                <w:color w:val="A6A6A6" w:themeColor="background1" w:themeShade="A6"/>
                <w:sz w:val="20"/>
                <w:szCs w:val="20"/>
                <w:lang w:eastAsia="ja-JP"/>
              </w:rPr>
            </w:pPr>
          </w:p>
          <w:p w14:paraId="68959B3F" w14:textId="77777777" w:rsidR="003F4B95" w:rsidRPr="003F4B95" w:rsidRDefault="003F4B95" w:rsidP="003F4B95">
            <w:pPr>
              <w:rPr>
                <w:rFonts w:asciiTheme="majorHAnsi" w:eastAsiaTheme="majorEastAsia" w:hAnsiTheme="majorHAnsi" w:cstheme="majorHAnsi"/>
                <w:color w:val="A6A6A6" w:themeColor="background1" w:themeShade="A6"/>
                <w:sz w:val="20"/>
                <w:szCs w:val="20"/>
                <w:lang w:eastAsia="ja-JP"/>
              </w:rPr>
            </w:pPr>
          </w:p>
          <w:p w14:paraId="08D7D41A" w14:textId="77777777" w:rsidR="003F4B95" w:rsidRPr="003F4B95" w:rsidRDefault="003F4B95" w:rsidP="003F4B95">
            <w:pPr>
              <w:rPr>
                <w:rFonts w:asciiTheme="majorHAnsi" w:eastAsiaTheme="majorEastAsia" w:hAnsiTheme="majorHAnsi" w:cstheme="majorHAnsi"/>
                <w:sz w:val="20"/>
                <w:szCs w:val="20"/>
              </w:rPr>
            </w:pPr>
          </w:p>
        </w:tc>
        <w:tc>
          <w:tcPr>
            <w:tcW w:w="2552" w:type="dxa"/>
          </w:tcPr>
          <w:p w14:paraId="552879F6" w14:textId="77777777" w:rsidR="003F4B95" w:rsidRPr="003F4B95" w:rsidRDefault="003F4B95" w:rsidP="003F4B95">
            <w:pPr>
              <w:rPr>
                <w:rFonts w:asciiTheme="majorHAnsi" w:eastAsiaTheme="majorEastAsia" w:hAnsiTheme="majorHAnsi" w:cstheme="majorHAnsi"/>
                <w:sz w:val="20"/>
                <w:szCs w:val="20"/>
              </w:rPr>
            </w:pPr>
          </w:p>
        </w:tc>
        <w:tc>
          <w:tcPr>
            <w:tcW w:w="1417" w:type="dxa"/>
          </w:tcPr>
          <w:p w14:paraId="0CDBA82A" w14:textId="77777777" w:rsidR="003F4B95" w:rsidRPr="003F4B95" w:rsidRDefault="003F4B95" w:rsidP="003F4B95">
            <w:pPr>
              <w:rPr>
                <w:rFonts w:asciiTheme="majorHAnsi" w:eastAsiaTheme="majorEastAsia" w:hAnsiTheme="majorHAnsi" w:cstheme="majorHAnsi"/>
                <w:sz w:val="20"/>
                <w:szCs w:val="20"/>
              </w:rPr>
            </w:pPr>
          </w:p>
        </w:tc>
        <w:tc>
          <w:tcPr>
            <w:tcW w:w="1701" w:type="dxa"/>
            <w:vAlign w:val="center"/>
          </w:tcPr>
          <w:p w14:paraId="5E228D64" w14:textId="77777777" w:rsidR="003F4B95" w:rsidRPr="003F4B95" w:rsidRDefault="003F4B95" w:rsidP="003F4B95">
            <w:pPr>
              <w:jc w:val="center"/>
              <w:rPr>
                <w:rFonts w:asciiTheme="majorHAnsi" w:eastAsiaTheme="majorEastAsia" w:hAnsiTheme="majorHAnsi" w:cstheme="majorHAnsi"/>
                <w:sz w:val="20"/>
                <w:szCs w:val="20"/>
              </w:rPr>
            </w:pPr>
          </w:p>
        </w:tc>
        <w:tc>
          <w:tcPr>
            <w:tcW w:w="1985" w:type="dxa"/>
          </w:tcPr>
          <w:p w14:paraId="6E9715AF" w14:textId="7911AFFF" w:rsidR="003F4B95" w:rsidRPr="003F4B95" w:rsidRDefault="003F4B95" w:rsidP="003F4B95">
            <w:pPr>
              <w:rPr>
                <w:rFonts w:asciiTheme="majorHAnsi" w:eastAsiaTheme="majorEastAsia" w:hAnsiTheme="majorHAnsi" w:cstheme="majorHAnsi"/>
                <w:sz w:val="20"/>
                <w:szCs w:val="20"/>
              </w:rPr>
            </w:pPr>
            <w:r w:rsidRPr="003F4B95">
              <w:rPr>
                <w:rFonts w:asciiTheme="majorHAnsi" w:eastAsiaTheme="majorEastAsia" w:hAnsiTheme="majorHAnsi" w:cstheme="majorHAnsi"/>
                <w:sz w:val="20"/>
                <w:szCs w:val="20"/>
              </w:rPr>
              <w:t xml:space="preserve"> </w:t>
            </w:r>
          </w:p>
        </w:tc>
        <w:tc>
          <w:tcPr>
            <w:tcW w:w="1842" w:type="dxa"/>
          </w:tcPr>
          <w:p w14:paraId="3527CB0B" w14:textId="3699B71C" w:rsidR="003F4B95" w:rsidRPr="003F4B95" w:rsidRDefault="003F4B95" w:rsidP="003F4B95">
            <w:pPr>
              <w:rPr>
                <w:rFonts w:asciiTheme="majorHAnsi" w:eastAsiaTheme="majorEastAsia" w:hAnsiTheme="majorHAnsi" w:cstheme="majorHAnsi"/>
                <w:sz w:val="20"/>
                <w:szCs w:val="20"/>
              </w:rPr>
            </w:pPr>
          </w:p>
        </w:tc>
        <w:tc>
          <w:tcPr>
            <w:tcW w:w="2396" w:type="dxa"/>
          </w:tcPr>
          <w:p w14:paraId="265D40F4" w14:textId="584038E3" w:rsidR="003F4B95" w:rsidRPr="003F4B95" w:rsidRDefault="003F4B95" w:rsidP="003F4B95">
            <w:pPr>
              <w:rPr>
                <w:rFonts w:asciiTheme="majorHAnsi" w:eastAsiaTheme="majorEastAsia" w:hAnsiTheme="majorHAnsi" w:cstheme="majorHAnsi"/>
                <w:sz w:val="20"/>
                <w:szCs w:val="20"/>
              </w:rPr>
            </w:pPr>
            <w:r w:rsidRPr="003F4B95">
              <w:rPr>
                <w:rFonts w:asciiTheme="majorHAnsi" w:eastAsiaTheme="majorEastAsia" w:hAnsiTheme="majorHAnsi" w:cstheme="majorHAnsi"/>
                <w:sz w:val="20"/>
                <w:szCs w:val="20"/>
              </w:rPr>
              <w:t xml:space="preserve">  </w:t>
            </w:r>
          </w:p>
        </w:tc>
      </w:tr>
      <w:tr w:rsidR="003F4B95" w:rsidRPr="00852A3B" w14:paraId="503F4E5E" w14:textId="77777777" w:rsidTr="003F4B95">
        <w:trPr>
          <w:trHeight w:val="760"/>
        </w:trPr>
        <w:tc>
          <w:tcPr>
            <w:tcW w:w="2405" w:type="dxa"/>
          </w:tcPr>
          <w:p w14:paraId="2A6FA9DE" w14:textId="77777777" w:rsidR="003F4B95" w:rsidRPr="003F4B95" w:rsidRDefault="003F4B95" w:rsidP="003F4B95">
            <w:pPr>
              <w:rPr>
                <w:rFonts w:asciiTheme="majorHAnsi" w:eastAsiaTheme="majorEastAsia" w:hAnsiTheme="majorHAnsi" w:cstheme="majorHAnsi"/>
                <w:color w:val="A6A6A6" w:themeColor="background1" w:themeShade="A6"/>
                <w:sz w:val="20"/>
                <w:szCs w:val="20"/>
                <w:lang w:eastAsia="ja-JP"/>
              </w:rPr>
            </w:pPr>
          </w:p>
          <w:p w14:paraId="18D47BB3" w14:textId="77777777" w:rsidR="003F4B95" w:rsidRPr="003F4B95" w:rsidRDefault="003F4B95" w:rsidP="003F4B95">
            <w:pPr>
              <w:rPr>
                <w:rFonts w:asciiTheme="majorHAnsi" w:eastAsiaTheme="majorEastAsia" w:hAnsiTheme="majorHAnsi" w:cstheme="majorHAnsi"/>
                <w:color w:val="A6A6A6" w:themeColor="background1" w:themeShade="A6"/>
                <w:sz w:val="20"/>
                <w:szCs w:val="20"/>
                <w:lang w:eastAsia="ja-JP"/>
              </w:rPr>
            </w:pPr>
          </w:p>
          <w:p w14:paraId="2D716F09" w14:textId="77777777" w:rsidR="003F4B95" w:rsidRPr="003F4B95" w:rsidRDefault="003F4B95" w:rsidP="003F4B95">
            <w:pPr>
              <w:rPr>
                <w:rFonts w:asciiTheme="majorHAnsi" w:eastAsiaTheme="majorEastAsia" w:hAnsiTheme="majorHAnsi" w:cstheme="majorHAnsi"/>
                <w:color w:val="BFBFBF" w:themeColor="background1" w:themeShade="BF"/>
                <w:sz w:val="20"/>
                <w:szCs w:val="20"/>
                <w:lang w:eastAsia="ja-JP"/>
              </w:rPr>
            </w:pPr>
          </w:p>
        </w:tc>
        <w:tc>
          <w:tcPr>
            <w:tcW w:w="2552" w:type="dxa"/>
          </w:tcPr>
          <w:p w14:paraId="07A0CB5E" w14:textId="77777777" w:rsidR="003F4B95" w:rsidRPr="003F4B95" w:rsidRDefault="003F4B95" w:rsidP="003F4B95">
            <w:pPr>
              <w:rPr>
                <w:rFonts w:asciiTheme="majorHAnsi" w:eastAsiaTheme="majorEastAsia" w:hAnsiTheme="majorHAnsi" w:cstheme="majorHAnsi"/>
                <w:color w:val="BFBFBF" w:themeColor="background1" w:themeShade="BF"/>
                <w:sz w:val="20"/>
                <w:szCs w:val="20"/>
                <w:lang w:eastAsia="ja-JP"/>
              </w:rPr>
            </w:pPr>
          </w:p>
        </w:tc>
        <w:tc>
          <w:tcPr>
            <w:tcW w:w="1417" w:type="dxa"/>
          </w:tcPr>
          <w:p w14:paraId="3EA6846E" w14:textId="77777777" w:rsidR="003F4B95" w:rsidRPr="003F4B95" w:rsidRDefault="003F4B95" w:rsidP="003F4B95">
            <w:pPr>
              <w:rPr>
                <w:rFonts w:asciiTheme="majorHAnsi" w:eastAsiaTheme="majorEastAsia" w:hAnsiTheme="majorHAnsi" w:cstheme="majorHAnsi"/>
                <w:sz w:val="20"/>
                <w:szCs w:val="20"/>
              </w:rPr>
            </w:pPr>
          </w:p>
        </w:tc>
        <w:tc>
          <w:tcPr>
            <w:tcW w:w="1701" w:type="dxa"/>
            <w:vAlign w:val="center"/>
          </w:tcPr>
          <w:p w14:paraId="15333B0B" w14:textId="77777777" w:rsidR="003F4B95" w:rsidRPr="003F4B95" w:rsidRDefault="003F4B95" w:rsidP="003F4B95">
            <w:pPr>
              <w:jc w:val="center"/>
              <w:rPr>
                <w:rFonts w:asciiTheme="majorHAnsi" w:eastAsiaTheme="majorEastAsia" w:hAnsiTheme="majorHAnsi" w:cstheme="majorHAnsi"/>
                <w:sz w:val="20"/>
                <w:szCs w:val="20"/>
              </w:rPr>
            </w:pPr>
          </w:p>
        </w:tc>
        <w:tc>
          <w:tcPr>
            <w:tcW w:w="1985" w:type="dxa"/>
          </w:tcPr>
          <w:p w14:paraId="696CC89F" w14:textId="2A9A3189" w:rsidR="003F4B95" w:rsidRPr="003F4B95" w:rsidRDefault="003F4B95" w:rsidP="003F4B95">
            <w:pPr>
              <w:rPr>
                <w:rFonts w:asciiTheme="majorHAnsi" w:eastAsiaTheme="majorEastAsia" w:hAnsiTheme="majorHAnsi" w:cstheme="majorHAnsi"/>
                <w:sz w:val="20"/>
                <w:szCs w:val="20"/>
              </w:rPr>
            </w:pPr>
            <w:r w:rsidRPr="003F4B95">
              <w:rPr>
                <w:rFonts w:asciiTheme="majorHAnsi" w:eastAsiaTheme="majorEastAsia" w:hAnsiTheme="majorHAnsi" w:cstheme="majorHAnsi"/>
                <w:sz w:val="20"/>
                <w:szCs w:val="20"/>
              </w:rPr>
              <w:t xml:space="preserve"> </w:t>
            </w:r>
          </w:p>
        </w:tc>
        <w:tc>
          <w:tcPr>
            <w:tcW w:w="1842" w:type="dxa"/>
          </w:tcPr>
          <w:p w14:paraId="0D595B60" w14:textId="77777777" w:rsidR="003F4B95" w:rsidRPr="003F4B95" w:rsidRDefault="003F4B95" w:rsidP="003F4B95">
            <w:pPr>
              <w:rPr>
                <w:rFonts w:asciiTheme="majorHAnsi" w:eastAsiaTheme="majorEastAsia" w:hAnsiTheme="majorHAnsi" w:cstheme="majorHAnsi"/>
                <w:sz w:val="20"/>
                <w:szCs w:val="20"/>
              </w:rPr>
            </w:pPr>
          </w:p>
        </w:tc>
        <w:tc>
          <w:tcPr>
            <w:tcW w:w="2396" w:type="dxa"/>
          </w:tcPr>
          <w:p w14:paraId="38131CA9" w14:textId="786B0E63" w:rsidR="003F4B95" w:rsidRPr="003F4B95" w:rsidRDefault="003F4B95" w:rsidP="003F4B95">
            <w:pPr>
              <w:rPr>
                <w:rFonts w:asciiTheme="majorHAnsi" w:eastAsiaTheme="majorEastAsia" w:hAnsiTheme="majorHAnsi" w:cstheme="majorHAnsi"/>
                <w:sz w:val="20"/>
                <w:szCs w:val="20"/>
              </w:rPr>
            </w:pPr>
            <w:r w:rsidRPr="003F4B95">
              <w:rPr>
                <w:rFonts w:asciiTheme="majorHAnsi" w:eastAsiaTheme="majorEastAsia" w:hAnsiTheme="majorHAnsi" w:cstheme="majorHAnsi"/>
                <w:sz w:val="20"/>
                <w:szCs w:val="20"/>
              </w:rPr>
              <w:t xml:space="preserve">  </w:t>
            </w:r>
          </w:p>
        </w:tc>
      </w:tr>
      <w:tr w:rsidR="003F4B95" w:rsidRPr="00852A3B" w14:paraId="40D000A6" w14:textId="77777777" w:rsidTr="003F4B95">
        <w:trPr>
          <w:trHeight w:val="760"/>
        </w:trPr>
        <w:tc>
          <w:tcPr>
            <w:tcW w:w="2405" w:type="dxa"/>
          </w:tcPr>
          <w:p w14:paraId="4E5A9310" w14:textId="77777777" w:rsidR="003F4B95" w:rsidRPr="003F4B95" w:rsidRDefault="003F4B95" w:rsidP="003F4B95">
            <w:pPr>
              <w:rPr>
                <w:rFonts w:asciiTheme="majorHAnsi" w:eastAsiaTheme="majorEastAsia" w:hAnsiTheme="majorHAnsi" w:cstheme="majorHAnsi"/>
                <w:color w:val="A6A6A6" w:themeColor="background1" w:themeShade="A6"/>
                <w:sz w:val="20"/>
                <w:szCs w:val="20"/>
                <w:lang w:eastAsia="ja-JP"/>
              </w:rPr>
            </w:pPr>
          </w:p>
          <w:p w14:paraId="03C8AF46" w14:textId="77777777" w:rsidR="003F4B95" w:rsidRPr="003F4B95" w:rsidRDefault="003F4B95" w:rsidP="003F4B95">
            <w:pPr>
              <w:rPr>
                <w:rFonts w:asciiTheme="majorHAnsi" w:eastAsiaTheme="majorEastAsia" w:hAnsiTheme="majorHAnsi" w:cstheme="majorHAnsi"/>
                <w:color w:val="A6A6A6" w:themeColor="background1" w:themeShade="A6"/>
                <w:sz w:val="20"/>
                <w:szCs w:val="20"/>
                <w:lang w:eastAsia="ja-JP"/>
              </w:rPr>
            </w:pPr>
          </w:p>
          <w:p w14:paraId="2D9A4E83" w14:textId="77777777" w:rsidR="003F4B95" w:rsidRPr="003F4B95" w:rsidRDefault="003F4B95" w:rsidP="003F4B95">
            <w:pPr>
              <w:rPr>
                <w:rFonts w:asciiTheme="majorHAnsi" w:eastAsiaTheme="majorEastAsia" w:hAnsiTheme="majorHAnsi" w:cstheme="majorHAnsi"/>
                <w:color w:val="BFBFBF" w:themeColor="background1" w:themeShade="BF"/>
                <w:sz w:val="20"/>
                <w:szCs w:val="20"/>
                <w:lang w:eastAsia="ja-JP"/>
              </w:rPr>
            </w:pPr>
          </w:p>
        </w:tc>
        <w:tc>
          <w:tcPr>
            <w:tcW w:w="2552" w:type="dxa"/>
          </w:tcPr>
          <w:p w14:paraId="13C2C42B" w14:textId="77777777" w:rsidR="003F4B95" w:rsidRPr="003F4B95" w:rsidRDefault="003F4B95" w:rsidP="003F4B95">
            <w:pPr>
              <w:rPr>
                <w:rFonts w:asciiTheme="majorHAnsi" w:eastAsiaTheme="majorEastAsia" w:hAnsiTheme="majorHAnsi" w:cstheme="majorHAnsi"/>
                <w:color w:val="BFBFBF" w:themeColor="background1" w:themeShade="BF"/>
                <w:sz w:val="20"/>
                <w:szCs w:val="20"/>
                <w:lang w:eastAsia="ja-JP"/>
              </w:rPr>
            </w:pPr>
          </w:p>
        </w:tc>
        <w:tc>
          <w:tcPr>
            <w:tcW w:w="1417" w:type="dxa"/>
          </w:tcPr>
          <w:p w14:paraId="31EC7186" w14:textId="77777777" w:rsidR="003F4B95" w:rsidRPr="003F4B95" w:rsidRDefault="003F4B95" w:rsidP="003F4B95">
            <w:pPr>
              <w:rPr>
                <w:rFonts w:asciiTheme="majorHAnsi" w:eastAsiaTheme="majorEastAsia" w:hAnsiTheme="majorHAnsi" w:cstheme="majorHAnsi"/>
                <w:sz w:val="20"/>
                <w:szCs w:val="20"/>
              </w:rPr>
            </w:pPr>
          </w:p>
        </w:tc>
        <w:tc>
          <w:tcPr>
            <w:tcW w:w="1701" w:type="dxa"/>
            <w:vAlign w:val="center"/>
          </w:tcPr>
          <w:p w14:paraId="56CBFB98" w14:textId="77777777" w:rsidR="003F4B95" w:rsidRPr="003F4B95" w:rsidRDefault="003F4B95" w:rsidP="003F4B95">
            <w:pPr>
              <w:jc w:val="center"/>
              <w:rPr>
                <w:rFonts w:asciiTheme="majorHAnsi" w:eastAsiaTheme="majorEastAsia" w:hAnsiTheme="majorHAnsi" w:cstheme="majorHAnsi"/>
                <w:sz w:val="20"/>
                <w:szCs w:val="20"/>
              </w:rPr>
            </w:pPr>
          </w:p>
        </w:tc>
        <w:tc>
          <w:tcPr>
            <w:tcW w:w="1985" w:type="dxa"/>
          </w:tcPr>
          <w:p w14:paraId="6A7FCEDB" w14:textId="44F8B778" w:rsidR="003F4B95" w:rsidRPr="003F4B95" w:rsidRDefault="003F4B95" w:rsidP="003F4B95">
            <w:pPr>
              <w:rPr>
                <w:rFonts w:asciiTheme="majorHAnsi" w:eastAsiaTheme="majorEastAsia" w:hAnsiTheme="majorHAnsi" w:cstheme="majorHAnsi"/>
                <w:sz w:val="20"/>
                <w:szCs w:val="20"/>
              </w:rPr>
            </w:pPr>
            <w:r w:rsidRPr="003F4B95">
              <w:rPr>
                <w:rFonts w:asciiTheme="majorHAnsi" w:eastAsiaTheme="majorEastAsia" w:hAnsiTheme="majorHAnsi" w:cstheme="majorHAnsi"/>
                <w:sz w:val="20"/>
                <w:szCs w:val="20"/>
              </w:rPr>
              <w:t xml:space="preserve"> </w:t>
            </w:r>
          </w:p>
        </w:tc>
        <w:tc>
          <w:tcPr>
            <w:tcW w:w="1842" w:type="dxa"/>
          </w:tcPr>
          <w:p w14:paraId="442FA331" w14:textId="77777777" w:rsidR="003F4B95" w:rsidRPr="003F4B95" w:rsidRDefault="003F4B95" w:rsidP="003F4B95">
            <w:pPr>
              <w:rPr>
                <w:rFonts w:asciiTheme="majorHAnsi" w:eastAsiaTheme="majorEastAsia" w:hAnsiTheme="majorHAnsi" w:cstheme="majorHAnsi"/>
                <w:sz w:val="20"/>
                <w:szCs w:val="20"/>
              </w:rPr>
            </w:pPr>
          </w:p>
        </w:tc>
        <w:tc>
          <w:tcPr>
            <w:tcW w:w="2396" w:type="dxa"/>
          </w:tcPr>
          <w:p w14:paraId="72945D66" w14:textId="14A3426D" w:rsidR="003F4B95" w:rsidRPr="003F4B95" w:rsidRDefault="003F4B95" w:rsidP="003F4B95">
            <w:pPr>
              <w:rPr>
                <w:rFonts w:asciiTheme="majorHAnsi" w:eastAsiaTheme="majorEastAsia" w:hAnsiTheme="majorHAnsi" w:cstheme="majorHAnsi"/>
                <w:sz w:val="20"/>
                <w:szCs w:val="20"/>
              </w:rPr>
            </w:pPr>
            <w:r w:rsidRPr="003F4B95">
              <w:rPr>
                <w:rFonts w:asciiTheme="majorHAnsi" w:eastAsiaTheme="majorEastAsia" w:hAnsiTheme="majorHAnsi" w:cstheme="majorHAnsi"/>
                <w:sz w:val="20"/>
                <w:szCs w:val="20"/>
              </w:rPr>
              <w:t xml:space="preserve">  </w:t>
            </w:r>
          </w:p>
        </w:tc>
      </w:tr>
      <w:tr w:rsidR="003F4B95" w:rsidRPr="00852A3B" w14:paraId="01128B88" w14:textId="77777777" w:rsidTr="003F4B95">
        <w:trPr>
          <w:trHeight w:val="760"/>
        </w:trPr>
        <w:tc>
          <w:tcPr>
            <w:tcW w:w="2405" w:type="dxa"/>
          </w:tcPr>
          <w:p w14:paraId="36A2B634" w14:textId="77777777" w:rsidR="003F4B95" w:rsidRPr="003F4B95" w:rsidRDefault="003F4B95" w:rsidP="003F4B95">
            <w:pPr>
              <w:rPr>
                <w:rFonts w:asciiTheme="majorHAnsi" w:eastAsiaTheme="majorEastAsia" w:hAnsiTheme="majorHAnsi" w:cstheme="majorHAnsi"/>
                <w:color w:val="A6A6A6" w:themeColor="background1" w:themeShade="A6"/>
                <w:sz w:val="20"/>
                <w:szCs w:val="20"/>
                <w:lang w:eastAsia="ja-JP"/>
              </w:rPr>
            </w:pPr>
          </w:p>
          <w:p w14:paraId="1B34B6E5" w14:textId="77777777" w:rsidR="003F4B95" w:rsidRPr="003F4B95" w:rsidRDefault="003F4B95" w:rsidP="003F4B95">
            <w:pPr>
              <w:rPr>
                <w:rFonts w:asciiTheme="majorHAnsi" w:eastAsiaTheme="majorEastAsia" w:hAnsiTheme="majorHAnsi" w:cstheme="majorHAnsi"/>
                <w:color w:val="A6A6A6" w:themeColor="background1" w:themeShade="A6"/>
                <w:sz w:val="20"/>
                <w:szCs w:val="20"/>
                <w:lang w:eastAsia="ja-JP"/>
              </w:rPr>
            </w:pPr>
          </w:p>
          <w:p w14:paraId="594EF9A9" w14:textId="77777777" w:rsidR="003F4B95" w:rsidRPr="003F4B95" w:rsidDel="00EE671B" w:rsidRDefault="003F4B95" w:rsidP="003F4B95">
            <w:pPr>
              <w:rPr>
                <w:rFonts w:asciiTheme="majorHAnsi" w:eastAsiaTheme="majorEastAsia" w:hAnsiTheme="majorHAnsi" w:cstheme="majorHAnsi"/>
                <w:color w:val="BFBFBF" w:themeColor="background1" w:themeShade="BF"/>
                <w:sz w:val="20"/>
                <w:szCs w:val="20"/>
                <w:lang w:eastAsia="ja-JP"/>
              </w:rPr>
            </w:pPr>
          </w:p>
        </w:tc>
        <w:tc>
          <w:tcPr>
            <w:tcW w:w="2552" w:type="dxa"/>
          </w:tcPr>
          <w:p w14:paraId="45CCBB09" w14:textId="77777777" w:rsidR="003F4B95" w:rsidRPr="003F4B95" w:rsidDel="00EE671B" w:rsidRDefault="003F4B95" w:rsidP="003F4B95">
            <w:pPr>
              <w:rPr>
                <w:rFonts w:asciiTheme="majorHAnsi" w:eastAsiaTheme="majorEastAsia" w:hAnsiTheme="majorHAnsi" w:cstheme="majorHAnsi"/>
                <w:color w:val="BFBFBF" w:themeColor="background1" w:themeShade="BF"/>
                <w:sz w:val="20"/>
                <w:szCs w:val="20"/>
                <w:lang w:eastAsia="ja-JP"/>
              </w:rPr>
            </w:pPr>
          </w:p>
        </w:tc>
        <w:tc>
          <w:tcPr>
            <w:tcW w:w="1417" w:type="dxa"/>
          </w:tcPr>
          <w:p w14:paraId="5A301EA9" w14:textId="77777777" w:rsidR="003F4B95" w:rsidRPr="003F4B95" w:rsidRDefault="003F4B95" w:rsidP="003F4B95">
            <w:pPr>
              <w:rPr>
                <w:rFonts w:asciiTheme="majorHAnsi" w:eastAsiaTheme="majorEastAsia" w:hAnsiTheme="majorHAnsi" w:cstheme="majorHAnsi"/>
                <w:sz w:val="20"/>
                <w:szCs w:val="20"/>
              </w:rPr>
            </w:pPr>
          </w:p>
        </w:tc>
        <w:tc>
          <w:tcPr>
            <w:tcW w:w="1701" w:type="dxa"/>
            <w:vAlign w:val="center"/>
          </w:tcPr>
          <w:p w14:paraId="031523CC" w14:textId="77777777" w:rsidR="003F4B95" w:rsidRPr="003F4B95" w:rsidRDefault="003F4B95" w:rsidP="003F4B95">
            <w:pPr>
              <w:jc w:val="center"/>
              <w:rPr>
                <w:rFonts w:asciiTheme="majorHAnsi" w:eastAsiaTheme="majorEastAsia" w:hAnsiTheme="majorHAnsi" w:cstheme="majorHAnsi"/>
                <w:sz w:val="20"/>
                <w:szCs w:val="20"/>
              </w:rPr>
            </w:pPr>
          </w:p>
        </w:tc>
        <w:tc>
          <w:tcPr>
            <w:tcW w:w="1985" w:type="dxa"/>
          </w:tcPr>
          <w:p w14:paraId="5D0AF9E3" w14:textId="5059260A" w:rsidR="003F4B95" w:rsidRPr="003F4B95" w:rsidRDefault="003F4B95" w:rsidP="003F4B95">
            <w:pPr>
              <w:rPr>
                <w:rFonts w:asciiTheme="majorHAnsi" w:eastAsiaTheme="majorEastAsia" w:hAnsiTheme="majorHAnsi" w:cstheme="majorHAnsi"/>
                <w:sz w:val="20"/>
                <w:szCs w:val="20"/>
                <w:lang w:eastAsia="ja-JP"/>
              </w:rPr>
            </w:pPr>
            <w:r w:rsidRPr="003F4B95">
              <w:rPr>
                <w:rFonts w:asciiTheme="majorHAnsi" w:eastAsiaTheme="majorEastAsia" w:hAnsiTheme="majorHAnsi" w:cstheme="majorHAnsi"/>
                <w:sz w:val="20"/>
                <w:szCs w:val="20"/>
              </w:rPr>
              <w:t xml:space="preserve"> </w:t>
            </w:r>
          </w:p>
        </w:tc>
        <w:tc>
          <w:tcPr>
            <w:tcW w:w="1842" w:type="dxa"/>
          </w:tcPr>
          <w:p w14:paraId="09215CD3" w14:textId="77777777" w:rsidR="003F4B95" w:rsidRPr="003F4B95" w:rsidRDefault="003F4B95" w:rsidP="003F4B95">
            <w:pPr>
              <w:rPr>
                <w:rFonts w:asciiTheme="majorHAnsi" w:eastAsiaTheme="majorEastAsia" w:hAnsiTheme="majorHAnsi" w:cstheme="majorHAnsi"/>
                <w:sz w:val="20"/>
                <w:szCs w:val="20"/>
              </w:rPr>
            </w:pPr>
          </w:p>
        </w:tc>
        <w:tc>
          <w:tcPr>
            <w:tcW w:w="2396" w:type="dxa"/>
          </w:tcPr>
          <w:p w14:paraId="5FF2CF96" w14:textId="071525FA" w:rsidR="003F4B95" w:rsidRPr="003F4B95" w:rsidRDefault="003F4B95" w:rsidP="003F4B95">
            <w:pPr>
              <w:rPr>
                <w:rFonts w:asciiTheme="majorHAnsi" w:eastAsiaTheme="majorEastAsia" w:hAnsiTheme="majorHAnsi" w:cstheme="majorHAnsi"/>
                <w:sz w:val="20"/>
                <w:szCs w:val="20"/>
              </w:rPr>
            </w:pPr>
            <w:r w:rsidRPr="003F4B95">
              <w:rPr>
                <w:rFonts w:asciiTheme="majorHAnsi" w:eastAsiaTheme="majorEastAsia" w:hAnsiTheme="majorHAnsi" w:cstheme="majorHAnsi"/>
                <w:sz w:val="20"/>
                <w:szCs w:val="20"/>
              </w:rPr>
              <w:t xml:space="preserve">  </w:t>
            </w:r>
          </w:p>
        </w:tc>
      </w:tr>
      <w:tr w:rsidR="003F4B95" w:rsidRPr="00852A3B" w14:paraId="498087B3" w14:textId="77777777" w:rsidTr="003F4B95">
        <w:trPr>
          <w:trHeight w:val="760"/>
        </w:trPr>
        <w:tc>
          <w:tcPr>
            <w:tcW w:w="2405" w:type="dxa"/>
          </w:tcPr>
          <w:p w14:paraId="5D370FD8" w14:textId="77777777" w:rsidR="003F4B95" w:rsidRPr="003F4B95" w:rsidRDefault="003F4B95" w:rsidP="003F4B95">
            <w:pPr>
              <w:rPr>
                <w:rFonts w:asciiTheme="majorHAnsi" w:eastAsiaTheme="majorEastAsia" w:hAnsiTheme="majorHAnsi" w:cstheme="majorHAnsi"/>
                <w:color w:val="A6A6A6" w:themeColor="background1" w:themeShade="A6"/>
                <w:sz w:val="20"/>
                <w:szCs w:val="20"/>
                <w:lang w:eastAsia="ja-JP"/>
              </w:rPr>
            </w:pPr>
          </w:p>
          <w:p w14:paraId="2467A8C3" w14:textId="77777777" w:rsidR="003F4B95" w:rsidRPr="003F4B95" w:rsidRDefault="003F4B95" w:rsidP="003F4B95">
            <w:pPr>
              <w:rPr>
                <w:rFonts w:asciiTheme="majorHAnsi" w:eastAsiaTheme="majorEastAsia" w:hAnsiTheme="majorHAnsi" w:cstheme="majorHAnsi"/>
                <w:color w:val="A6A6A6" w:themeColor="background1" w:themeShade="A6"/>
                <w:sz w:val="20"/>
                <w:szCs w:val="20"/>
                <w:lang w:eastAsia="ja-JP"/>
              </w:rPr>
            </w:pPr>
          </w:p>
          <w:p w14:paraId="3EC55FA4" w14:textId="77777777" w:rsidR="003F4B95" w:rsidRPr="003F4B95" w:rsidDel="00EE671B" w:rsidRDefault="003F4B95" w:rsidP="003F4B95">
            <w:pPr>
              <w:rPr>
                <w:rFonts w:asciiTheme="majorHAnsi" w:eastAsiaTheme="majorEastAsia" w:hAnsiTheme="majorHAnsi" w:cstheme="majorHAnsi"/>
                <w:color w:val="BFBFBF" w:themeColor="background1" w:themeShade="BF"/>
                <w:sz w:val="20"/>
                <w:szCs w:val="20"/>
                <w:lang w:eastAsia="ja-JP"/>
              </w:rPr>
            </w:pPr>
          </w:p>
        </w:tc>
        <w:tc>
          <w:tcPr>
            <w:tcW w:w="2552" w:type="dxa"/>
          </w:tcPr>
          <w:p w14:paraId="34F2FA9C" w14:textId="77777777" w:rsidR="003F4B95" w:rsidRPr="003F4B95" w:rsidRDefault="003F4B95" w:rsidP="003F4B95">
            <w:pPr>
              <w:rPr>
                <w:rFonts w:asciiTheme="majorHAnsi" w:eastAsiaTheme="majorEastAsia" w:hAnsiTheme="majorHAnsi" w:cstheme="majorHAnsi"/>
                <w:color w:val="BFBFBF" w:themeColor="background1" w:themeShade="BF"/>
                <w:sz w:val="20"/>
                <w:szCs w:val="20"/>
                <w:lang w:eastAsia="ja-JP"/>
              </w:rPr>
            </w:pPr>
          </w:p>
        </w:tc>
        <w:tc>
          <w:tcPr>
            <w:tcW w:w="1417" w:type="dxa"/>
          </w:tcPr>
          <w:p w14:paraId="6884F8F4" w14:textId="77777777" w:rsidR="003F4B95" w:rsidRPr="003F4B95" w:rsidRDefault="003F4B95" w:rsidP="003F4B95">
            <w:pPr>
              <w:rPr>
                <w:rFonts w:asciiTheme="majorHAnsi" w:eastAsiaTheme="majorEastAsia" w:hAnsiTheme="majorHAnsi" w:cstheme="majorHAnsi"/>
                <w:sz w:val="20"/>
                <w:szCs w:val="20"/>
              </w:rPr>
            </w:pPr>
          </w:p>
        </w:tc>
        <w:tc>
          <w:tcPr>
            <w:tcW w:w="1701" w:type="dxa"/>
            <w:vAlign w:val="center"/>
          </w:tcPr>
          <w:p w14:paraId="504F9104" w14:textId="77777777" w:rsidR="003F4B95" w:rsidRPr="003F4B95" w:rsidRDefault="003F4B95" w:rsidP="003F4B95">
            <w:pPr>
              <w:jc w:val="center"/>
              <w:rPr>
                <w:rFonts w:asciiTheme="majorHAnsi" w:eastAsiaTheme="majorEastAsia" w:hAnsiTheme="majorHAnsi" w:cstheme="majorHAnsi"/>
                <w:sz w:val="20"/>
                <w:szCs w:val="20"/>
              </w:rPr>
            </w:pPr>
          </w:p>
        </w:tc>
        <w:tc>
          <w:tcPr>
            <w:tcW w:w="1985" w:type="dxa"/>
          </w:tcPr>
          <w:p w14:paraId="177B2145" w14:textId="37C20BC5" w:rsidR="003F4B95" w:rsidRPr="003F4B95" w:rsidRDefault="003F4B95" w:rsidP="003F4B95">
            <w:pPr>
              <w:rPr>
                <w:rFonts w:asciiTheme="majorHAnsi" w:eastAsiaTheme="majorEastAsia" w:hAnsiTheme="majorHAnsi" w:cstheme="majorHAnsi"/>
                <w:sz w:val="20"/>
                <w:szCs w:val="20"/>
                <w:lang w:eastAsia="ja-JP"/>
              </w:rPr>
            </w:pPr>
            <w:r w:rsidRPr="003F4B95">
              <w:rPr>
                <w:rFonts w:asciiTheme="majorHAnsi" w:eastAsiaTheme="majorEastAsia" w:hAnsiTheme="majorHAnsi" w:cstheme="majorHAnsi"/>
                <w:sz w:val="20"/>
                <w:szCs w:val="20"/>
              </w:rPr>
              <w:t xml:space="preserve"> </w:t>
            </w:r>
          </w:p>
        </w:tc>
        <w:tc>
          <w:tcPr>
            <w:tcW w:w="1842" w:type="dxa"/>
          </w:tcPr>
          <w:p w14:paraId="69B80D3C" w14:textId="77777777" w:rsidR="003F4B95" w:rsidRPr="003F4B95" w:rsidRDefault="003F4B95" w:rsidP="003F4B95">
            <w:pPr>
              <w:rPr>
                <w:rFonts w:asciiTheme="majorHAnsi" w:eastAsiaTheme="majorEastAsia" w:hAnsiTheme="majorHAnsi" w:cstheme="majorHAnsi"/>
                <w:sz w:val="20"/>
                <w:szCs w:val="20"/>
              </w:rPr>
            </w:pPr>
          </w:p>
        </w:tc>
        <w:tc>
          <w:tcPr>
            <w:tcW w:w="2396" w:type="dxa"/>
          </w:tcPr>
          <w:p w14:paraId="54E0A757" w14:textId="2A4A509F" w:rsidR="003F4B95" w:rsidRPr="003F4B95" w:rsidRDefault="003F4B95" w:rsidP="003F4B95">
            <w:pPr>
              <w:rPr>
                <w:rFonts w:asciiTheme="majorHAnsi" w:eastAsiaTheme="majorEastAsia" w:hAnsiTheme="majorHAnsi" w:cstheme="majorHAnsi"/>
                <w:sz w:val="20"/>
                <w:szCs w:val="20"/>
              </w:rPr>
            </w:pPr>
            <w:r w:rsidRPr="003F4B95">
              <w:rPr>
                <w:rFonts w:asciiTheme="majorHAnsi" w:eastAsiaTheme="majorEastAsia" w:hAnsiTheme="majorHAnsi" w:cstheme="majorHAnsi"/>
                <w:sz w:val="20"/>
                <w:szCs w:val="20"/>
              </w:rPr>
              <w:t xml:space="preserve">  </w:t>
            </w:r>
          </w:p>
        </w:tc>
      </w:tr>
    </w:tbl>
    <w:p w14:paraId="2EC59A8B" w14:textId="01F7F265" w:rsidR="00852A3B" w:rsidRDefault="00852A3B" w:rsidP="00406E42">
      <w:pPr>
        <w:rPr>
          <w:rFonts w:asciiTheme="majorHAnsi" w:eastAsiaTheme="majorEastAsia" w:hAnsiTheme="majorHAnsi" w:cstheme="majorHAnsi"/>
          <w:lang w:eastAsia="ja-JP"/>
        </w:rPr>
      </w:pPr>
    </w:p>
    <w:p w14:paraId="0B0B631D" w14:textId="218B4DA4" w:rsidR="00EE671B" w:rsidRPr="006117BB" w:rsidRDefault="00852A3B" w:rsidP="00507A59">
      <w:pPr>
        <w:rPr>
          <w:rFonts w:asciiTheme="majorHAnsi" w:eastAsiaTheme="majorEastAsia" w:hAnsiTheme="majorHAnsi" w:cstheme="majorHAnsi"/>
          <w:lang w:eastAsia="ja-JP"/>
        </w:rPr>
      </w:pPr>
      <w:r>
        <w:rPr>
          <w:rFonts w:asciiTheme="majorHAnsi" w:eastAsiaTheme="majorEastAsia" w:hAnsiTheme="majorHAnsi" w:cstheme="majorHAnsi"/>
          <w:lang w:eastAsia="ja-JP"/>
        </w:rPr>
        <w:br w:type="column"/>
      </w:r>
    </w:p>
    <w:p w14:paraId="161C8D12" w14:textId="0B064CCE" w:rsidR="00FA4175" w:rsidRPr="00852A3B" w:rsidRDefault="00DF4672" w:rsidP="00316354">
      <w:pPr>
        <w:pStyle w:val="21"/>
        <w:rPr>
          <w:rFonts w:cstheme="majorHAnsi"/>
          <w:lang w:eastAsia="ja-JP"/>
        </w:rPr>
      </w:pPr>
      <w:bookmarkStart w:id="8" w:name="_Hlk212037132"/>
      <w:r w:rsidRPr="00231173">
        <w:rPr>
          <w:rFonts w:cstheme="majorHAnsi"/>
          <w:lang w:eastAsia="ja-JP"/>
        </w:rPr>
        <w:t xml:space="preserve">INVESTIGATOR SITE </w:t>
      </w:r>
      <w:r w:rsidR="16DE2061" w:rsidRPr="00852A3B">
        <w:rPr>
          <w:rFonts w:cstheme="majorHAnsi"/>
        </w:rPr>
        <w:t>C</w:t>
      </w:r>
      <w:r w:rsidR="0E611B5C" w:rsidRPr="00852A3B">
        <w:rPr>
          <w:rFonts w:cstheme="majorHAnsi"/>
        </w:rPr>
        <w:t>omments</w:t>
      </w:r>
      <w:r w:rsidR="720654BF" w:rsidRPr="00852A3B">
        <w:rPr>
          <w:rFonts w:cstheme="majorHAnsi"/>
        </w:rPr>
        <w:t xml:space="preserve"> </w:t>
      </w:r>
      <w:r w:rsidR="0E611B5C" w:rsidRPr="00852A3B">
        <w:rPr>
          <w:rFonts w:cstheme="majorHAnsi"/>
        </w:rPr>
        <w:t>(</w:t>
      </w:r>
      <w:r w:rsidR="3195C9EA" w:rsidRPr="00852A3B">
        <w:rPr>
          <w:rFonts w:cstheme="majorHAnsi"/>
        </w:rPr>
        <w:t>Optional</w:t>
      </w:r>
      <w:r w:rsidR="3195C9EA" w:rsidRPr="00852A3B">
        <w:rPr>
          <w:rFonts w:cstheme="majorHAnsi"/>
        </w:rPr>
        <w:t>）</w:t>
      </w:r>
    </w:p>
    <w:bookmarkEnd w:id="8"/>
    <w:tbl>
      <w:tblPr>
        <w:tblStyle w:val="afe"/>
        <w:tblW w:w="0" w:type="auto"/>
        <w:tblLayout w:type="fixed"/>
        <w:tblLook w:val="06A0" w:firstRow="1" w:lastRow="0" w:firstColumn="1" w:lastColumn="0" w:noHBand="1" w:noVBand="1"/>
      </w:tblPr>
      <w:tblGrid>
        <w:gridCol w:w="14029"/>
      </w:tblGrid>
      <w:tr w:rsidR="646740C5" w:rsidRPr="00852A3B" w14:paraId="55CF45AF" w14:textId="77777777" w:rsidTr="00ED04EA">
        <w:trPr>
          <w:trHeight w:val="300"/>
        </w:trPr>
        <w:tc>
          <w:tcPr>
            <w:tcW w:w="14029" w:type="dxa"/>
          </w:tcPr>
          <w:p w14:paraId="58B3F7FF" w14:textId="77777777" w:rsidR="00076615" w:rsidRPr="006117BB" w:rsidRDefault="00076615" w:rsidP="00076615">
            <w:pPr>
              <w:rPr>
                <w:rFonts w:asciiTheme="majorHAnsi" w:eastAsiaTheme="majorEastAsia" w:hAnsiTheme="majorHAnsi" w:cstheme="majorHAnsi"/>
                <w:color w:val="FF0000"/>
                <w:lang w:eastAsia="ja-JP"/>
              </w:rPr>
            </w:pPr>
          </w:p>
          <w:p w14:paraId="6EAA5AB3" w14:textId="3828F55C" w:rsidR="002385E2" w:rsidRPr="006117BB" w:rsidRDefault="002385E2" w:rsidP="646740C5">
            <w:pPr>
              <w:rPr>
                <w:rFonts w:asciiTheme="majorHAnsi" w:eastAsiaTheme="majorEastAsia" w:hAnsiTheme="majorHAnsi" w:cstheme="majorHAnsi"/>
                <w:color w:val="FF0000"/>
                <w:lang w:eastAsia="ja-JP"/>
              </w:rPr>
            </w:pPr>
          </w:p>
          <w:p w14:paraId="2CBEE026" w14:textId="77777777" w:rsidR="646740C5" w:rsidRPr="006117BB" w:rsidRDefault="646740C5" w:rsidP="646740C5">
            <w:pPr>
              <w:rPr>
                <w:rFonts w:asciiTheme="majorHAnsi" w:eastAsiaTheme="majorEastAsia" w:hAnsiTheme="majorHAnsi" w:cstheme="majorHAnsi"/>
                <w:color w:val="FF0000"/>
                <w:lang w:eastAsia="ja-JP"/>
              </w:rPr>
            </w:pPr>
          </w:p>
          <w:p w14:paraId="0A6C53F3" w14:textId="77777777" w:rsidR="00586504" w:rsidRPr="006117BB" w:rsidRDefault="00586504" w:rsidP="646740C5">
            <w:pPr>
              <w:rPr>
                <w:rFonts w:asciiTheme="majorHAnsi" w:eastAsiaTheme="majorEastAsia" w:hAnsiTheme="majorHAnsi" w:cstheme="majorHAnsi"/>
                <w:color w:val="FF0000"/>
                <w:lang w:eastAsia="ja-JP"/>
              </w:rPr>
            </w:pPr>
          </w:p>
          <w:p w14:paraId="2A51BB45" w14:textId="77777777" w:rsidR="00586504" w:rsidRPr="006117BB" w:rsidRDefault="00586504" w:rsidP="646740C5">
            <w:pPr>
              <w:rPr>
                <w:rFonts w:asciiTheme="majorHAnsi" w:eastAsiaTheme="majorEastAsia" w:hAnsiTheme="majorHAnsi" w:cstheme="majorHAnsi"/>
                <w:color w:val="FF0000"/>
                <w:lang w:eastAsia="ja-JP"/>
              </w:rPr>
            </w:pPr>
          </w:p>
          <w:p w14:paraId="3E579CA1" w14:textId="18AD16B8" w:rsidR="00586504" w:rsidRPr="006117BB" w:rsidRDefault="00586504" w:rsidP="646740C5">
            <w:pPr>
              <w:rPr>
                <w:rFonts w:asciiTheme="majorHAnsi" w:eastAsiaTheme="majorEastAsia" w:hAnsiTheme="majorHAnsi" w:cstheme="majorHAnsi"/>
                <w:color w:val="FF0000"/>
                <w:lang w:eastAsia="ja-JP"/>
              </w:rPr>
            </w:pPr>
          </w:p>
        </w:tc>
      </w:tr>
    </w:tbl>
    <w:p w14:paraId="0D2B2D66" w14:textId="24C03F5E" w:rsidR="00434A98" w:rsidRPr="006117BB" w:rsidRDefault="00434A98">
      <w:pPr>
        <w:rPr>
          <w:rFonts w:asciiTheme="majorHAnsi" w:eastAsiaTheme="majorEastAsia" w:hAnsiTheme="majorHAnsi" w:cstheme="majorHAnsi"/>
          <w:lang w:eastAsia="ja-JP"/>
        </w:rPr>
      </w:pPr>
    </w:p>
    <w:p w14:paraId="4AAB2729" w14:textId="77777777" w:rsidR="00B27B04" w:rsidRPr="006117BB" w:rsidRDefault="00B27B04">
      <w:pPr>
        <w:rPr>
          <w:rFonts w:asciiTheme="majorHAnsi" w:eastAsiaTheme="majorEastAsia" w:hAnsiTheme="majorHAnsi" w:cstheme="majorHAnsi"/>
          <w:lang w:eastAsia="ja-JP"/>
        </w:rPr>
      </w:pPr>
    </w:p>
    <w:p w14:paraId="46C5D77A" w14:textId="1103D49B" w:rsidR="00B27B04" w:rsidRPr="006117BB" w:rsidRDefault="00B27B04">
      <w:pPr>
        <w:rPr>
          <w:rFonts w:asciiTheme="majorHAnsi" w:eastAsiaTheme="majorEastAsia" w:hAnsiTheme="majorHAnsi" w:cstheme="majorHAnsi"/>
          <w:lang w:eastAsia="ja-JP"/>
        </w:rPr>
      </w:pPr>
    </w:p>
    <w:p w14:paraId="46761911" w14:textId="77777777" w:rsidR="00093062" w:rsidRPr="00093062" w:rsidRDefault="00852A3B" w:rsidP="007A4455">
      <w:pPr>
        <w:jc w:val="center"/>
        <w:rPr>
          <w:rFonts w:asciiTheme="majorHAnsi" w:eastAsiaTheme="majorEastAsia" w:hAnsiTheme="majorHAnsi" w:cstheme="majorHAnsi"/>
          <w:lang w:eastAsia="ja-JP"/>
        </w:rPr>
      </w:pPr>
      <w:r>
        <w:rPr>
          <w:rFonts w:asciiTheme="majorHAnsi" w:eastAsiaTheme="majorEastAsia" w:hAnsiTheme="majorHAnsi" w:cstheme="majorHAnsi"/>
          <w:lang w:eastAsia="ja-JP"/>
        </w:rPr>
        <w:br w:type="column"/>
      </w:r>
    </w:p>
    <w:tbl>
      <w:tblPr>
        <w:tblStyle w:val="afe"/>
        <w:tblW w:w="0" w:type="auto"/>
        <w:tblLook w:val="04A0" w:firstRow="1" w:lastRow="0" w:firstColumn="1" w:lastColumn="0" w:noHBand="0" w:noVBand="1"/>
      </w:tblPr>
      <w:tblGrid>
        <w:gridCol w:w="14390"/>
      </w:tblGrid>
      <w:tr w:rsidR="00093062" w14:paraId="434A95D1" w14:textId="77777777" w:rsidTr="00093062">
        <w:tc>
          <w:tcPr>
            <w:tcW w:w="14390" w:type="dxa"/>
          </w:tcPr>
          <w:p w14:paraId="3394A514" w14:textId="77777777" w:rsidR="00580045" w:rsidRPr="00BD3263" w:rsidDel="00093062" w:rsidRDefault="00580045" w:rsidP="00580045">
            <w:pPr>
              <w:jc w:val="both"/>
              <w:rPr>
                <w:rFonts w:asciiTheme="majorHAnsi" w:eastAsiaTheme="majorEastAsia" w:hAnsiTheme="majorHAnsi" w:cstheme="majorHAnsi"/>
                <w:b/>
                <w:bCs/>
              </w:rPr>
            </w:pPr>
            <w:r w:rsidRPr="00BD3263" w:rsidDel="00093062">
              <w:rPr>
                <w:rFonts w:asciiTheme="majorHAnsi" w:eastAsiaTheme="majorEastAsia" w:hAnsiTheme="majorHAnsi" w:cstheme="majorHAnsi"/>
                <w:b/>
                <w:bCs/>
              </w:rPr>
              <w:t>Change of Principal Investigator:</w:t>
            </w:r>
          </w:p>
          <w:p w14:paraId="688DB6FF" w14:textId="77777777" w:rsidR="00580045" w:rsidRPr="00BD3263" w:rsidDel="00093062" w:rsidRDefault="00580045" w:rsidP="00580045">
            <w:pPr>
              <w:jc w:val="both"/>
              <w:rPr>
                <w:rFonts w:asciiTheme="majorHAnsi" w:eastAsiaTheme="majorEastAsia" w:hAnsiTheme="majorHAnsi" w:cstheme="majorHAnsi"/>
                <w:sz w:val="18"/>
                <w:szCs w:val="18"/>
                <w:lang w:eastAsia="ja-JP"/>
              </w:rPr>
            </w:pPr>
            <w:r w:rsidRPr="00BD3263" w:rsidDel="00093062">
              <w:rPr>
                <w:rFonts w:asciiTheme="majorHAnsi" w:eastAsiaTheme="majorEastAsia" w:hAnsiTheme="majorHAnsi" w:cstheme="majorHAnsi"/>
                <w:sz w:val="18"/>
                <w:szCs w:val="18"/>
              </w:rPr>
              <w:t>If during the study, there is a change in the Principal Investigator (PI) the following documentation must be made.</w:t>
            </w:r>
            <w:r w:rsidRPr="00BD3263" w:rsidDel="00093062">
              <w:rPr>
                <w:rFonts w:asciiTheme="majorHAnsi" w:eastAsiaTheme="majorEastAsia" w:hAnsiTheme="majorHAnsi" w:cstheme="majorHAnsi"/>
                <w:sz w:val="18"/>
                <w:szCs w:val="18"/>
                <w:lang w:eastAsia="ja-JP"/>
              </w:rPr>
              <w:t>（</w:t>
            </w:r>
            <w:r w:rsidRPr="00BD3263" w:rsidDel="00093062">
              <w:rPr>
                <w:rFonts w:asciiTheme="majorHAnsi" w:eastAsiaTheme="majorEastAsia" w:hAnsiTheme="majorHAnsi" w:cstheme="majorHAnsi" w:hint="eastAsia"/>
                <w:sz w:val="18"/>
                <w:szCs w:val="18"/>
                <w:lang w:eastAsia="ja-JP"/>
              </w:rPr>
              <w:t>試験期間中に</w:t>
            </w:r>
            <w:r w:rsidRPr="00BD3263" w:rsidDel="00093062">
              <w:rPr>
                <w:rFonts w:asciiTheme="majorHAnsi" w:eastAsiaTheme="majorEastAsia" w:hAnsiTheme="majorHAnsi" w:cstheme="majorHAnsi"/>
                <w:sz w:val="18"/>
                <w:szCs w:val="18"/>
                <w:lang w:eastAsia="ja-JP"/>
              </w:rPr>
              <w:t>PI</w:t>
            </w:r>
            <w:r w:rsidRPr="00BD3263" w:rsidDel="00093062">
              <w:rPr>
                <w:rFonts w:asciiTheme="majorHAnsi" w:eastAsiaTheme="majorEastAsia" w:hAnsiTheme="majorHAnsi" w:cstheme="majorHAnsi" w:hint="eastAsia"/>
                <w:sz w:val="18"/>
                <w:szCs w:val="18"/>
                <w:lang w:eastAsia="ja-JP"/>
              </w:rPr>
              <w:t>に変更があった場合は、以下の文書を作成する必要があります。</w:t>
            </w:r>
            <w:r w:rsidRPr="00BD3263" w:rsidDel="00093062">
              <w:rPr>
                <w:rFonts w:asciiTheme="majorHAnsi" w:eastAsiaTheme="majorEastAsia" w:hAnsiTheme="majorHAnsi" w:cstheme="majorHAnsi"/>
                <w:sz w:val="18"/>
                <w:szCs w:val="18"/>
                <w:lang w:eastAsia="ja-JP"/>
              </w:rPr>
              <w:t>）</w:t>
            </w:r>
          </w:p>
          <w:p w14:paraId="1FB24076" w14:textId="77777777" w:rsidR="00580045" w:rsidRPr="00BD3263" w:rsidDel="00093062" w:rsidRDefault="00580045" w:rsidP="00580045">
            <w:pPr>
              <w:rPr>
                <w:rFonts w:asciiTheme="majorHAnsi" w:eastAsiaTheme="majorEastAsia" w:hAnsiTheme="majorHAnsi" w:cstheme="majorHAnsi"/>
                <w:sz w:val="18"/>
                <w:szCs w:val="18"/>
                <w:lang w:eastAsia="ja-JP"/>
              </w:rPr>
            </w:pPr>
            <w:r w:rsidRPr="00BD3263" w:rsidDel="00093062">
              <w:rPr>
                <w:rFonts w:asciiTheme="majorHAnsi" w:eastAsiaTheme="majorEastAsia" w:hAnsiTheme="majorHAnsi" w:cstheme="majorHAnsi" w:hint="eastAsia"/>
                <w:sz w:val="18"/>
                <w:szCs w:val="18"/>
                <w:lang w:eastAsia="ja-JP"/>
              </w:rPr>
              <w:t>●</w:t>
            </w:r>
            <w:r w:rsidRPr="00BD3263" w:rsidDel="00093062">
              <w:rPr>
                <w:rFonts w:asciiTheme="majorHAnsi" w:eastAsiaTheme="majorEastAsia" w:hAnsiTheme="majorHAnsi" w:cstheme="majorHAnsi"/>
                <w:sz w:val="18"/>
                <w:szCs w:val="18"/>
                <w:lang w:eastAsia="ja-JP"/>
              </w:rPr>
              <w:t xml:space="preserve">Enter a statement in the comment section of the form to indicate there was a change in PI. </w:t>
            </w:r>
            <w:r w:rsidRPr="00BD3263" w:rsidDel="00093062">
              <w:rPr>
                <w:rFonts w:asciiTheme="majorHAnsi" w:eastAsiaTheme="majorEastAsia" w:hAnsiTheme="majorHAnsi" w:cstheme="majorHAnsi"/>
                <w:sz w:val="18"/>
                <w:szCs w:val="18"/>
                <w:lang w:eastAsia="ja-JP"/>
              </w:rPr>
              <w:t>（</w:t>
            </w:r>
            <w:r w:rsidRPr="00BD3263" w:rsidDel="00093062">
              <w:rPr>
                <w:rFonts w:asciiTheme="majorHAnsi" w:eastAsiaTheme="majorEastAsia" w:hAnsiTheme="majorHAnsi" w:cstheme="majorHAnsi"/>
                <w:sz w:val="18"/>
                <w:szCs w:val="18"/>
                <w:lang w:eastAsia="ja-JP"/>
              </w:rPr>
              <w:t>PI</w:t>
            </w:r>
            <w:r w:rsidRPr="00BD3263" w:rsidDel="00093062">
              <w:rPr>
                <w:rFonts w:asciiTheme="majorHAnsi" w:eastAsiaTheme="majorEastAsia" w:hAnsiTheme="majorHAnsi" w:cstheme="majorHAnsi" w:hint="eastAsia"/>
                <w:sz w:val="18"/>
                <w:szCs w:val="18"/>
                <w:lang w:eastAsia="ja-JP"/>
              </w:rPr>
              <w:t>の変更があったことを示すため、フォームのコメント欄に文言を入力します。</w:t>
            </w:r>
            <w:r w:rsidRPr="00BD3263" w:rsidDel="00093062">
              <w:rPr>
                <w:rFonts w:asciiTheme="majorHAnsi" w:eastAsiaTheme="majorEastAsia" w:hAnsiTheme="majorHAnsi" w:cstheme="majorHAnsi"/>
                <w:sz w:val="18"/>
                <w:szCs w:val="18"/>
                <w:lang w:eastAsia="ja-JP"/>
              </w:rPr>
              <w:t>）</w:t>
            </w:r>
          </w:p>
          <w:p w14:paraId="145FB0F5" w14:textId="1B236575" w:rsidR="00580045" w:rsidRPr="00BD3263" w:rsidDel="00093062" w:rsidRDefault="00580045" w:rsidP="00580045">
            <w:pPr>
              <w:rPr>
                <w:rFonts w:asciiTheme="majorHAnsi" w:eastAsiaTheme="majorEastAsia" w:hAnsiTheme="majorHAnsi" w:cstheme="majorHAnsi"/>
                <w:sz w:val="18"/>
                <w:szCs w:val="18"/>
                <w:lang w:eastAsia="ja-JP"/>
              </w:rPr>
            </w:pPr>
            <w:r w:rsidRPr="00BD3263" w:rsidDel="00093062">
              <w:rPr>
                <w:rFonts w:asciiTheme="majorHAnsi" w:eastAsiaTheme="majorEastAsia" w:hAnsiTheme="majorHAnsi" w:cstheme="majorHAnsi" w:hint="eastAsia"/>
                <w:sz w:val="18"/>
                <w:szCs w:val="18"/>
                <w:lang w:eastAsia="ja-JP"/>
              </w:rPr>
              <w:t>●</w:t>
            </w:r>
            <w:r w:rsidRPr="00BD3263" w:rsidDel="00093062">
              <w:rPr>
                <w:rFonts w:asciiTheme="majorHAnsi" w:eastAsiaTheme="majorEastAsia" w:hAnsiTheme="majorHAnsi" w:cstheme="majorHAnsi"/>
                <w:sz w:val="18"/>
                <w:szCs w:val="18"/>
                <w:lang w:eastAsia="ja-JP"/>
              </w:rPr>
              <w:t xml:space="preserve">The new PI will start a new DOR form by signing and dating this page. </w:t>
            </w:r>
            <w:r w:rsidRPr="00BD3263" w:rsidDel="00093062">
              <w:rPr>
                <w:rFonts w:asciiTheme="majorHAnsi" w:eastAsiaTheme="majorEastAsia" w:hAnsiTheme="majorHAnsi" w:cstheme="majorHAnsi"/>
                <w:sz w:val="18"/>
                <w:szCs w:val="18"/>
                <w:lang w:eastAsia="ja-JP"/>
              </w:rPr>
              <w:t>（</w:t>
            </w:r>
            <w:r w:rsidRPr="00BD3263" w:rsidDel="00093062">
              <w:rPr>
                <w:rFonts w:asciiTheme="majorHAnsi" w:eastAsiaTheme="majorEastAsia" w:hAnsiTheme="majorHAnsi" w:cstheme="majorHAnsi" w:hint="eastAsia"/>
                <w:sz w:val="18"/>
                <w:szCs w:val="18"/>
                <w:lang w:eastAsia="ja-JP"/>
              </w:rPr>
              <w:t>新しい</w:t>
            </w:r>
            <w:r w:rsidRPr="00BD3263" w:rsidDel="00093062">
              <w:rPr>
                <w:rFonts w:asciiTheme="majorHAnsi" w:eastAsiaTheme="majorEastAsia" w:hAnsiTheme="majorHAnsi" w:cstheme="majorHAnsi"/>
                <w:sz w:val="18"/>
                <w:szCs w:val="18"/>
                <w:lang w:eastAsia="ja-JP"/>
              </w:rPr>
              <w:t>PI</w:t>
            </w:r>
            <w:r w:rsidRPr="00BD3263" w:rsidDel="00093062">
              <w:rPr>
                <w:rFonts w:asciiTheme="majorHAnsi" w:eastAsiaTheme="majorEastAsia" w:hAnsiTheme="majorHAnsi" w:cstheme="majorHAnsi" w:hint="eastAsia"/>
                <w:sz w:val="18"/>
                <w:szCs w:val="18"/>
                <w:lang w:eastAsia="ja-JP"/>
              </w:rPr>
              <w:t>は、このページに署名と日付を記入し、新しい</w:t>
            </w:r>
            <w:r w:rsidRPr="00BD3263" w:rsidDel="00093062">
              <w:rPr>
                <w:rFonts w:asciiTheme="majorHAnsi" w:eastAsiaTheme="majorEastAsia" w:hAnsiTheme="majorHAnsi" w:cstheme="majorHAnsi"/>
                <w:sz w:val="18"/>
                <w:szCs w:val="18"/>
                <w:lang w:eastAsia="ja-JP"/>
              </w:rPr>
              <w:t>DOR</w:t>
            </w:r>
            <w:r w:rsidRPr="00BD3263" w:rsidDel="00093062">
              <w:rPr>
                <w:rFonts w:asciiTheme="majorHAnsi" w:eastAsiaTheme="majorEastAsia" w:hAnsiTheme="majorHAnsi" w:cstheme="majorHAnsi" w:hint="eastAsia"/>
                <w:sz w:val="18"/>
                <w:szCs w:val="18"/>
                <w:lang w:eastAsia="ja-JP"/>
              </w:rPr>
              <w:t>フォームを開始します。</w:t>
            </w:r>
            <w:r w:rsidRPr="00BD3263" w:rsidDel="00093062">
              <w:rPr>
                <w:rFonts w:asciiTheme="majorHAnsi" w:eastAsiaTheme="majorEastAsia" w:hAnsiTheme="majorHAnsi" w:cstheme="majorHAnsi"/>
                <w:sz w:val="18"/>
                <w:szCs w:val="18"/>
                <w:lang w:eastAsia="ja-JP"/>
              </w:rPr>
              <w:t>）</w:t>
            </w:r>
          </w:p>
          <w:p w14:paraId="3614626C" w14:textId="77777777" w:rsidR="00580045" w:rsidRPr="00BD3263" w:rsidDel="00093062" w:rsidRDefault="00580045" w:rsidP="00580045">
            <w:pPr>
              <w:rPr>
                <w:rFonts w:asciiTheme="majorHAnsi" w:eastAsiaTheme="majorEastAsia" w:hAnsiTheme="majorHAnsi" w:cstheme="majorHAnsi"/>
                <w:sz w:val="18"/>
                <w:szCs w:val="18"/>
                <w:lang w:eastAsia="ja-JP"/>
              </w:rPr>
            </w:pPr>
            <w:r w:rsidRPr="00BD3263" w:rsidDel="00093062">
              <w:rPr>
                <w:rFonts w:asciiTheme="majorHAnsi" w:eastAsiaTheme="majorEastAsia" w:hAnsiTheme="majorHAnsi" w:cstheme="majorHAnsi" w:hint="eastAsia"/>
                <w:sz w:val="18"/>
                <w:szCs w:val="18"/>
                <w:lang w:eastAsia="ja-JP"/>
              </w:rPr>
              <w:t>●</w:t>
            </w:r>
            <w:r w:rsidRPr="00BD3263" w:rsidDel="00093062">
              <w:rPr>
                <w:rFonts w:asciiTheme="majorHAnsi" w:eastAsiaTheme="majorEastAsia" w:hAnsiTheme="majorHAnsi" w:cstheme="majorHAnsi"/>
                <w:sz w:val="18"/>
                <w:szCs w:val="18"/>
                <w:lang w:eastAsia="ja-JP"/>
              </w:rPr>
              <w:t xml:space="preserve">The new PI will agree with the existing delegations by signing and dating this page. </w:t>
            </w:r>
            <w:r w:rsidRPr="00BD3263" w:rsidDel="00093062">
              <w:rPr>
                <w:rFonts w:asciiTheme="majorHAnsi" w:eastAsiaTheme="majorEastAsia" w:hAnsiTheme="majorHAnsi" w:cstheme="majorHAnsi"/>
                <w:sz w:val="18"/>
                <w:szCs w:val="18"/>
                <w:lang w:eastAsia="ja-JP"/>
              </w:rPr>
              <w:t>（</w:t>
            </w:r>
            <w:r w:rsidRPr="00BD3263" w:rsidDel="00093062">
              <w:rPr>
                <w:rFonts w:asciiTheme="majorHAnsi" w:eastAsiaTheme="majorEastAsia" w:hAnsiTheme="majorHAnsi" w:cstheme="majorHAnsi" w:hint="eastAsia"/>
                <w:sz w:val="18"/>
                <w:szCs w:val="18"/>
                <w:lang w:eastAsia="ja-JP"/>
              </w:rPr>
              <w:t>新しい</w:t>
            </w:r>
            <w:r w:rsidRPr="00BD3263" w:rsidDel="00093062">
              <w:rPr>
                <w:rFonts w:asciiTheme="majorHAnsi" w:eastAsiaTheme="majorEastAsia" w:hAnsiTheme="majorHAnsi" w:cstheme="majorHAnsi"/>
                <w:sz w:val="18"/>
                <w:szCs w:val="18"/>
                <w:lang w:eastAsia="ja-JP"/>
              </w:rPr>
              <w:t>PI</w:t>
            </w:r>
            <w:r w:rsidRPr="00BD3263" w:rsidDel="00093062">
              <w:rPr>
                <w:rFonts w:asciiTheme="majorHAnsi" w:eastAsiaTheme="majorEastAsia" w:hAnsiTheme="majorHAnsi" w:cstheme="majorHAnsi" w:hint="eastAsia"/>
                <w:sz w:val="18"/>
                <w:szCs w:val="18"/>
                <w:lang w:eastAsia="ja-JP"/>
              </w:rPr>
              <w:t>は、このページに署名と日付を記入することで、既存の委任に同意します。</w:t>
            </w:r>
            <w:r w:rsidRPr="00BD3263" w:rsidDel="00093062">
              <w:rPr>
                <w:rFonts w:asciiTheme="majorHAnsi" w:eastAsiaTheme="majorEastAsia" w:hAnsiTheme="majorHAnsi" w:cstheme="majorHAnsi"/>
                <w:sz w:val="18"/>
                <w:szCs w:val="18"/>
                <w:lang w:eastAsia="ja-JP"/>
              </w:rPr>
              <w:t>）</w:t>
            </w:r>
          </w:p>
          <w:p w14:paraId="4710A4A6" w14:textId="77777777" w:rsidR="00580045" w:rsidRPr="00BD3263" w:rsidDel="00093062" w:rsidRDefault="00580045" w:rsidP="00580045">
            <w:pPr>
              <w:rPr>
                <w:rFonts w:asciiTheme="majorHAnsi" w:eastAsiaTheme="majorEastAsia" w:hAnsiTheme="majorHAnsi" w:cstheme="majorHAnsi"/>
                <w:b/>
                <w:sz w:val="21"/>
                <w:szCs w:val="20"/>
                <w:lang w:eastAsia="ja-JP"/>
              </w:rPr>
            </w:pPr>
            <w:r w:rsidRPr="00BD3263" w:rsidDel="00093062">
              <w:rPr>
                <w:rFonts w:asciiTheme="majorHAnsi" w:eastAsiaTheme="majorEastAsia" w:hAnsiTheme="majorHAnsi" w:cstheme="majorHAnsi" w:hint="eastAsia"/>
                <w:sz w:val="18"/>
                <w:szCs w:val="18"/>
                <w:lang w:eastAsia="ja-JP"/>
              </w:rPr>
              <w:t>●</w:t>
            </w:r>
            <w:r w:rsidRPr="00BD3263" w:rsidDel="00093062">
              <w:rPr>
                <w:rFonts w:asciiTheme="majorHAnsi" w:eastAsiaTheme="majorEastAsia" w:hAnsiTheme="majorHAnsi" w:cstheme="majorHAnsi"/>
                <w:sz w:val="18"/>
                <w:szCs w:val="18"/>
                <w:lang w:eastAsia="ja-JP"/>
              </w:rPr>
              <w:t xml:space="preserve">Changes to the DOR that occur after a new PI begins will be made on the existing DOR log. </w:t>
            </w:r>
            <w:r w:rsidRPr="00BD3263" w:rsidDel="00093062">
              <w:rPr>
                <w:rFonts w:asciiTheme="majorHAnsi" w:eastAsiaTheme="majorEastAsia" w:hAnsiTheme="majorHAnsi" w:cstheme="majorHAnsi"/>
                <w:sz w:val="18"/>
                <w:szCs w:val="18"/>
                <w:lang w:eastAsia="ja-JP"/>
              </w:rPr>
              <w:t>（</w:t>
            </w:r>
            <w:r w:rsidRPr="00BD3263" w:rsidDel="00093062">
              <w:rPr>
                <w:rFonts w:asciiTheme="majorHAnsi" w:eastAsiaTheme="majorEastAsia" w:hAnsiTheme="majorHAnsi" w:cstheme="majorHAnsi" w:hint="eastAsia"/>
                <w:sz w:val="18"/>
                <w:szCs w:val="18"/>
                <w:lang w:eastAsia="ja-JP"/>
              </w:rPr>
              <w:t>新しい</w:t>
            </w:r>
            <w:r w:rsidRPr="00BD3263" w:rsidDel="00093062">
              <w:rPr>
                <w:rFonts w:asciiTheme="majorHAnsi" w:eastAsiaTheme="majorEastAsia" w:hAnsiTheme="majorHAnsi" w:cstheme="majorHAnsi"/>
                <w:sz w:val="18"/>
                <w:szCs w:val="18"/>
                <w:lang w:eastAsia="ja-JP"/>
              </w:rPr>
              <w:t>PI</w:t>
            </w:r>
            <w:r w:rsidRPr="00BD3263" w:rsidDel="00093062">
              <w:rPr>
                <w:rFonts w:asciiTheme="majorHAnsi" w:eastAsiaTheme="majorEastAsia" w:hAnsiTheme="majorHAnsi" w:cstheme="majorHAnsi" w:hint="eastAsia"/>
                <w:sz w:val="18"/>
                <w:szCs w:val="18"/>
                <w:lang w:eastAsia="ja-JP"/>
              </w:rPr>
              <w:t>の開始後に</w:t>
            </w:r>
            <w:r w:rsidRPr="00BD3263" w:rsidDel="00093062">
              <w:rPr>
                <w:rFonts w:asciiTheme="majorHAnsi" w:eastAsiaTheme="majorEastAsia" w:hAnsiTheme="majorHAnsi" w:cstheme="majorHAnsi"/>
                <w:sz w:val="18"/>
                <w:szCs w:val="18"/>
                <w:lang w:eastAsia="ja-JP"/>
              </w:rPr>
              <w:t>DOR</w:t>
            </w:r>
            <w:r w:rsidRPr="00BD3263" w:rsidDel="00093062">
              <w:rPr>
                <w:rFonts w:asciiTheme="majorHAnsi" w:eastAsiaTheme="majorEastAsia" w:hAnsiTheme="majorHAnsi" w:cstheme="majorHAnsi" w:hint="eastAsia"/>
                <w:sz w:val="18"/>
                <w:szCs w:val="18"/>
                <w:lang w:eastAsia="ja-JP"/>
              </w:rPr>
              <w:t>に変更があった場合は、既存の</w:t>
            </w:r>
            <w:r w:rsidRPr="00BD3263" w:rsidDel="00093062">
              <w:rPr>
                <w:rFonts w:asciiTheme="majorHAnsi" w:eastAsiaTheme="majorEastAsia" w:hAnsiTheme="majorHAnsi" w:cstheme="majorHAnsi"/>
                <w:sz w:val="18"/>
                <w:szCs w:val="18"/>
                <w:lang w:eastAsia="ja-JP"/>
              </w:rPr>
              <w:t>DOR</w:t>
            </w:r>
            <w:r w:rsidRPr="00BD3263" w:rsidDel="00093062">
              <w:rPr>
                <w:rFonts w:asciiTheme="majorHAnsi" w:eastAsiaTheme="majorEastAsia" w:hAnsiTheme="majorHAnsi" w:cstheme="majorHAnsi" w:hint="eastAsia"/>
                <w:sz w:val="18"/>
                <w:szCs w:val="18"/>
                <w:lang w:eastAsia="ja-JP"/>
              </w:rPr>
              <w:t>ログに記録されます。</w:t>
            </w:r>
            <w:r w:rsidRPr="00BD3263" w:rsidDel="00093062">
              <w:rPr>
                <w:rFonts w:asciiTheme="majorHAnsi" w:eastAsiaTheme="majorEastAsia" w:hAnsiTheme="majorHAnsi" w:cstheme="majorHAnsi"/>
                <w:sz w:val="18"/>
                <w:szCs w:val="18"/>
                <w:lang w:eastAsia="ja-JP"/>
              </w:rPr>
              <w:t>）</w:t>
            </w:r>
          </w:p>
          <w:p w14:paraId="64893EDB" w14:textId="77777777" w:rsidR="00580045" w:rsidRPr="00BD3263" w:rsidDel="00093062" w:rsidRDefault="00580045" w:rsidP="00580045">
            <w:pPr>
              <w:rPr>
                <w:rFonts w:asciiTheme="majorHAnsi" w:eastAsiaTheme="majorEastAsia" w:hAnsiTheme="majorHAnsi" w:cstheme="majorHAnsi"/>
                <w:sz w:val="18"/>
                <w:szCs w:val="18"/>
                <w:lang w:eastAsia="ja-JP"/>
              </w:rPr>
            </w:pPr>
            <w:r w:rsidRPr="00BD3263" w:rsidDel="00093062">
              <w:rPr>
                <w:rFonts w:asciiTheme="majorHAnsi" w:eastAsiaTheme="majorEastAsia" w:hAnsiTheme="majorHAnsi" w:cstheme="majorHAnsi" w:hint="eastAsia"/>
                <w:sz w:val="18"/>
                <w:szCs w:val="18"/>
                <w:lang w:eastAsia="ja-JP"/>
              </w:rPr>
              <w:t>●</w:t>
            </w:r>
            <w:r w:rsidRPr="00BD3263" w:rsidDel="00093062">
              <w:rPr>
                <w:rFonts w:asciiTheme="majorHAnsi" w:eastAsiaTheme="majorEastAsia" w:hAnsiTheme="majorHAnsi" w:cstheme="majorHAnsi"/>
                <w:sz w:val="18"/>
                <w:szCs w:val="18"/>
                <w:lang w:eastAsia="ja-JP"/>
              </w:rPr>
              <w:t xml:space="preserve">New additions to the DOR that occur after a new PI begins will be made on the new DOR log. </w:t>
            </w:r>
            <w:r w:rsidRPr="00BD3263" w:rsidDel="00093062">
              <w:rPr>
                <w:rFonts w:asciiTheme="majorHAnsi" w:eastAsiaTheme="majorEastAsia" w:hAnsiTheme="majorHAnsi" w:cstheme="majorHAnsi"/>
                <w:sz w:val="18"/>
                <w:szCs w:val="18"/>
                <w:lang w:eastAsia="ja-JP"/>
              </w:rPr>
              <w:t>（</w:t>
            </w:r>
            <w:r w:rsidRPr="00BD3263" w:rsidDel="00093062">
              <w:rPr>
                <w:rFonts w:asciiTheme="majorHAnsi" w:eastAsiaTheme="majorEastAsia" w:hAnsiTheme="majorHAnsi" w:cstheme="majorHAnsi" w:hint="eastAsia"/>
                <w:sz w:val="18"/>
                <w:szCs w:val="18"/>
                <w:lang w:eastAsia="ja-JP"/>
              </w:rPr>
              <w:t>新しい</w:t>
            </w:r>
            <w:r w:rsidRPr="00BD3263" w:rsidDel="00093062">
              <w:rPr>
                <w:rFonts w:asciiTheme="majorHAnsi" w:eastAsiaTheme="majorEastAsia" w:hAnsiTheme="majorHAnsi" w:cstheme="majorHAnsi"/>
                <w:sz w:val="18"/>
                <w:szCs w:val="18"/>
                <w:lang w:eastAsia="ja-JP"/>
              </w:rPr>
              <w:t>PI</w:t>
            </w:r>
            <w:r w:rsidRPr="00BD3263" w:rsidDel="00093062">
              <w:rPr>
                <w:rFonts w:asciiTheme="majorHAnsi" w:eastAsiaTheme="majorEastAsia" w:hAnsiTheme="majorHAnsi" w:cstheme="majorHAnsi" w:hint="eastAsia"/>
                <w:sz w:val="18"/>
                <w:szCs w:val="18"/>
                <w:lang w:eastAsia="ja-JP"/>
              </w:rPr>
              <w:t>の開始後に</w:t>
            </w:r>
            <w:r w:rsidRPr="00BD3263" w:rsidDel="00093062">
              <w:rPr>
                <w:rFonts w:asciiTheme="majorHAnsi" w:eastAsiaTheme="majorEastAsia" w:hAnsiTheme="majorHAnsi" w:cstheme="majorHAnsi"/>
                <w:sz w:val="18"/>
                <w:szCs w:val="18"/>
                <w:lang w:eastAsia="ja-JP"/>
              </w:rPr>
              <w:t>DOR</w:t>
            </w:r>
            <w:r w:rsidRPr="00BD3263" w:rsidDel="00093062">
              <w:rPr>
                <w:rFonts w:asciiTheme="majorHAnsi" w:eastAsiaTheme="majorEastAsia" w:hAnsiTheme="majorHAnsi" w:cstheme="majorHAnsi" w:hint="eastAsia"/>
                <w:sz w:val="18"/>
                <w:szCs w:val="18"/>
                <w:lang w:eastAsia="ja-JP"/>
              </w:rPr>
              <w:t>に追加された内容は、新しい</w:t>
            </w:r>
            <w:r w:rsidRPr="00BD3263" w:rsidDel="00093062">
              <w:rPr>
                <w:rFonts w:asciiTheme="majorHAnsi" w:eastAsiaTheme="majorEastAsia" w:hAnsiTheme="majorHAnsi" w:cstheme="majorHAnsi"/>
                <w:sz w:val="18"/>
                <w:szCs w:val="18"/>
                <w:lang w:eastAsia="ja-JP"/>
              </w:rPr>
              <w:t>DOR</w:t>
            </w:r>
            <w:r w:rsidRPr="00BD3263" w:rsidDel="00093062">
              <w:rPr>
                <w:rFonts w:asciiTheme="majorHAnsi" w:eastAsiaTheme="majorEastAsia" w:hAnsiTheme="majorHAnsi" w:cstheme="majorHAnsi" w:hint="eastAsia"/>
                <w:sz w:val="18"/>
                <w:szCs w:val="18"/>
                <w:lang w:eastAsia="ja-JP"/>
              </w:rPr>
              <w:t>ログに記録されます。</w:t>
            </w:r>
            <w:r w:rsidRPr="00BD3263" w:rsidDel="00093062">
              <w:rPr>
                <w:rFonts w:asciiTheme="majorHAnsi" w:eastAsiaTheme="majorEastAsia" w:hAnsiTheme="majorHAnsi" w:cstheme="majorHAnsi"/>
                <w:sz w:val="18"/>
                <w:szCs w:val="18"/>
                <w:lang w:eastAsia="ja-JP"/>
              </w:rPr>
              <w:t>）</w:t>
            </w:r>
          </w:p>
          <w:p w14:paraId="003D4D80" w14:textId="77777777" w:rsidR="00580045" w:rsidRPr="00BD3263" w:rsidDel="00093062" w:rsidRDefault="00580045" w:rsidP="00580045">
            <w:pPr>
              <w:rPr>
                <w:rFonts w:asciiTheme="majorHAnsi" w:eastAsiaTheme="majorEastAsia" w:hAnsiTheme="majorHAnsi" w:cstheme="majorHAnsi"/>
                <w:sz w:val="18"/>
                <w:szCs w:val="18"/>
                <w:lang w:eastAsia="ja-JP"/>
              </w:rPr>
            </w:pPr>
            <w:r w:rsidRPr="00BD3263" w:rsidDel="00093062">
              <w:rPr>
                <w:rFonts w:asciiTheme="majorHAnsi" w:eastAsiaTheme="majorEastAsia" w:hAnsiTheme="majorHAnsi" w:cstheme="majorHAnsi" w:hint="eastAsia"/>
                <w:sz w:val="18"/>
                <w:szCs w:val="18"/>
                <w:lang w:eastAsia="ja-JP"/>
              </w:rPr>
              <w:t>●</w:t>
            </w:r>
            <w:r w:rsidRPr="00BD3263" w:rsidDel="00093062">
              <w:rPr>
                <w:rFonts w:asciiTheme="majorHAnsi" w:eastAsiaTheme="majorEastAsia" w:hAnsiTheme="majorHAnsi" w:cstheme="majorHAnsi"/>
                <w:bCs/>
                <w:sz w:val="18"/>
                <w:szCs w:val="18"/>
                <w:lang w:eastAsia="ja-JP"/>
              </w:rPr>
              <w:t>The new PI will sign and date the PI signature line on the bottom of page 1 at end of study.</w:t>
            </w:r>
            <w:r w:rsidRPr="00BD3263" w:rsidDel="00093062">
              <w:rPr>
                <w:rFonts w:asciiTheme="majorHAnsi" w:eastAsiaTheme="majorEastAsia" w:hAnsiTheme="majorHAnsi" w:cstheme="majorHAnsi"/>
                <w:sz w:val="18"/>
                <w:szCs w:val="18"/>
                <w:lang w:eastAsia="ja-JP"/>
              </w:rPr>
              <w:t xml:space="preserve"> </w:t>
            </w:r>
            <w:r w:rsidRPr="00BD3263" w:rsidDel="00093062">
              <w:rPr>
                <w:rFonts w:asciiTheme="majorHAnsi" w:eastAsiaTheme="majorEastAsia" w:hAnsiTheme="majorHAnsi" w:cstheme="majorHAnsi"/>
                <w:sz w:val="18"/>
                <w:szCs w:val="18"/>
                <w:lang w:eastAsia="ja-JP"/>
              </w:rPr>
              <w:t>（</w:t>
            </w:r>
            <w:r w:rsidRPr="00BD3263" w:rsidDel="00093062">
              <w:rPr>
                <w:rFonts w:asciiTheme="majorHAnsi" w:eastAsiaTheme="majorEastAsia" w:hAnsiTheme="majorHAnsi" w:cstheme="majorHAnsi" w:hint="eastAsia"/>
                <w:sz w:val="18"/>
                <w:szCs w:val="18"/>
                <w:lang w:eastAsia="ja-JP"/>
              </w:rPr>
              <w:t>新しい</w:t>
            </w:r>
            <w:r w:rsidRPr="00BD3263" w:rsidDel="00093062">
              <w:rPr>
                <w:rFonts w:asciiTheme="majorHAnsi" w:eastAsiaTheme="majorEastAsia" w:hAnsiTheme="majorHAnsi" w:cstheme="majorHAnsi"/>
                <w:sz w:val="18"/>
                <w:szCs w:val="18"/>
                <w:lang w:eastAsia="ja-JP"/>
              </w:rPr>
              <w:t xml:space="preserve"> PI </w:t>
            </w:r>
            <w:r w:rsidRPr="00BD3263" w:rsidDel="00093062">
              <w:rPr>
                <w:rFonts w:asciiTheme="majorHAnsi" w:eastAsiaTheme="majorEastAsia" w:hAnsiTheme="majorHAnsi" w:cstheme="majorHAnsi" w:hint="eastAsia"/>
                <w:sz w:val="18"/>
                <w:szCs w:val="18"/>
                <w:lang w:eastAsia="ja-JP"/>
              </w:rPr>
              <w:t>は、研究終了時に</w:t>
            </w:r>
            <w:r w:rsidRPr="00BD3263" w:rsidDel="00093062">
              <w:rPr>
                <w:rFonts w:asciiTheme="majorHAnsi" w:eastAsiaTheme="majorEastAsia" w:hAnsiTheme="majorHAnsi" w:cstheme="majorHAnsi"/>
                <w:sz w:val="18"/>
                <w:szCs w:val="18"/>
                <w:lang w:eastAsia="ja-JP"/>
              </w:rPr>
              <w:t xml:space="preserve"> 1 </w:t>
            </w:r>
            <w:r w:rsidRPr="00BD3263" w:rsidDel="00093062">
              <w:rPr>
                <w:rFonts w:asciiTheme="majorHAnsi" w:eastAsiaTheme="majorEastAsia" w:hAnsiTheme="majorHAnsi" w:cstheme="majorHAnsi" w:hint="eastAsia"/>
                <w:sz w:val="18"/>
                <w:szCs w:val="18"/>
                <w:lang w:eastAsia="ja-JP"/>
              </w:rPr>
              <w:t>ページ目の下部にある</w:t>
            </w:r>
            <w:r w:rsidRPr="00BD3263" w:rsidDel="00093062">
              <w:rPr>
                <w:rFonts w:asciiTheme="majorHAnsi" w:eastAsiaTheme="majorEastAsia" w:hAnsiTheme="majorHAnsi" w:cstheme="majorHAnsi"/>
                <w:sz w:val="18"/>
                <w:szCs w:val="18"/>
                <w:lang w:eastAsia="ja-JP"/>
              </w:rPr>
              <w:t xml:space="preserve"> PI </w:t>
            </w:r>
            <w:r w:rsidRPr="00BD3263" w:rsidDel="00093062">
              <w:rPr>
                <w:rFonts w:asciiTheme="majorHAnsi" w:eastAsiaTheme="majorEastAsia" w:hAnsiTheme="majorHAnsi" w:cstheme="majorHAnsi" w:hint="eastAsia"/>
                <w:sz w:val="18"/>
                <w:szCs w:val="18"/>
                <w:lang w:eastAsia="ja-JP"/>
              </w:rPr>
              <w:t>署名欄に署名し、日付を記入します。</w:t>
            </w:r>
            <w:r w:rsidRPr="00BD3263" w:rsidDel="00093062">
              <w:rPr>
                <w:rFonts w:asciiTheme="majorHAnsi" w:eastAsiaTheme="majorEastAsia" w:hAnsiTheme="majorHAnsi" w:cstheme="majorHAnsi"/>
                <w:sz w:val="18"/>
                <w:szCs w:val="18"/>
                <w:lang w:eastAsia="ja-JP"/>
              </w:rPr>
              <w:t>）</w:t>
            </w:r>
          </w:p>
          <w:p w14:paraId="6487A826" w14:textId="77777777" w:rsidR="00093062" w:rsidRDefault="00093062" w:rsidP="006117BB">
            <w:pPr>
              <w:rPr>
                <w:rFonts w:asciiTheme="majorHAnsi" w:eastAsiaTheme="majorEastAsia" w:hAnsiTheme="majorHAnsi" w:cstheme="majorHAnsi"/>
                <w:lang w:eastAsia="ja-JP"/>
              </w:rPr>
            </w:pPr>
          </w:p>
        </w:tc>
      </w:tr>
    </w:tbl>
    <w:p w14:paraId="2B5BD44B" w14:textId="6ADD7355" w:rsidR="00B27B04" w:rsidRPr="006117BB" w:rsidRDefault="00B27B04" w:rsidP="00B27B04">
      <w:pPr>
        <w:spacing w:after="0" w:line="240" w:lineRule="auto"/>
        <w:rPr>
          <w:rFonts w:asciiTheme="majorHAnsi" w:eastAsiaTheme="majorEastAsia" w:hAnsiTheme="majorHAnsi" w:cstheme="majorHAnsi"/>
          <w:sz w:val="18"/>
          <w:szCs w:val="18"/>
          <w:lang w:eastAsia="ja-JP"/>
        </w:rPr>
      </w:pPr>
      <w:r w:rsidRPr="006117BB" w:rsidDel="00580045">
        <w:rPr>
          <w:rFonts w:asciiTheme="majorHAnsi" w:eastAsiaTheme="majorEastAsia" w:hAnsiTheme="majorHAnsi" w:cstheme="majorHAnsi" w:hint="eastAsia"/>
          <w:sz w:val="18"/>
          <w:szCs w:val="18"/>
          <w:lang w:eastAsia="ja-JP"/>
        </w:rPr>
        <w:t>●</w:t>
      </w:r>
      <w:r w:rsidRPr="006117BB" w:rsidDel="00580045">
        <w:rPr>
          <w:rFonts w:asciiTheme="majorHAnsi" w:eastAsiaTheme="majorEastAsia" w:hAnsiTheme="majorHAnsi" w:cstheme="majorHAnsi"/>
          <w:sz w:val="18"/>
          <w:szCs w:val="18"/>
          <w:lang w:eastAsia="ja-JP"/>
        </w:rPr>
        <w:t xml:space="preserve">The new PI will start a new DOR form by signing and dating this page. </w:t>
      </w:r>
      <w:r w:rsidRPr="006117BB" w:rsidDel="00580045">
        <w:rPr>
          <w:rFonts w:asciiTheme="majorHAnsi" w:eastAsiaTheme="majorEastAsia" w:hAnsiTheme="majorHAnsi" w:cstheme="majorHAnsi"/>
          <w:sz w:val="18"/>
          <w:szCs w:val="18"/>
          <w:lang w:eastAsia="ja-JP"/>
        </w:rPr>
        <w:t>（</w:t>
      </w:r>
      <w:r w:rsidRPr="006117BB" w:rsidDel="00580045">
        <w:rPr>
          <w:rFonts w:asciiTheme="majorHAnsi" w:eastAsiaTheme="majorEastAsia" w:hAnsiTheme="majorHAnsi" w:cstheme="majorHAnsi" w:hint="eastAsia"/>
          <w:sz w:val="18"/>
          <w:szCs w:val="18"/>
          <w:lang w:eastAsia="ja-JP"/>
        </w:rPr>
        <w:t>新しい</w:t>
      </w:r>
      <w:r w:rsidRPr="006117BB" w:rsidDel="00580045">
        <w:rPr>
          <w:rFonts w:asciiTheme="majorHAnsi" w:eastAsiaTheme="majorEastAsia" w:hAnsiTheme="majorHAnsi" w:cstheme="majorHAnsi"/>
          <w:sz w:val="18"/>
          <w:szCs w:val="18"/>
          <w:lang w:eastAsia="ja-JP"/>
        </w:rPr>
        <w:t>PI</w:t>
      </w:r>
      <w:r w:rsidRPr="006117BB" w:rsidDel="00580045">
        <w:rPr>
          <w:rFonts w:asciiTheme="majorHAnsi" w:eastAsiaTheme="majorEastAsia" w:hAnsiTheme="majorHAnsi" w:cstheme="majorHAnsi" w:hint="eastAsia"/>
          <w:sz w:val="18"/>
          <w:szCs w:val="18"/>
          <w:lang w:eastAsia="ja-JP"/>
        </w:rPr>
        <w:t>は、このページに署名と日付を記入し、新しい</w:t>
      </w:r>
      <w:r w:rsidRPr="006117BB" w:rsidDel="00580045">
        <w:rPr>
          <w:rFonts w:asciiTheme="majorHAnsi" w:eastAsiaTheme="majorEastAsia" w:hAnsiTheme="majorHAnsi" w:cstheme="majorHAnsi"/>
          <w:sz w:val="18"/>
          <w:szCs w:val="18"/>
          <w:lang w:eastAsia="ja-JP"/>
        </w:rPr>
        <w:t>DOR</w:t>
      </w:r>
      <w:r w:rsidRPr="006117BB" w:rsidDel="00580045">
        <w:rPr>
          <w:rFonts w:asciiTheme="majorHAnsi" w:eastAsiaTheme="majorEastAsia" w:hAnsiTheme="majorHAnsi" w:cstheme="majorHAnsi" w:hint="eastAsia"/>
          <w:sz w:val="18"/>
          <w:szCs w:val="18"/>
          <w:lang w:eastAsia="ja-JP"/>
        </w:rPr>
        <w:t>フォームを開始します。</w:t>
      </w:r>
      <w:r w:rsidRPr="006117BB" w:rsidDel="00580045">
        <w:rPr>
          <w:rFonts w:asciiTheme="majorHAnsi" w:eastAsiaTheme="majorEastAsia" w:hAnsiTheme="majorHAnsi" w:cstheme="majorHAnsi"/>
          <w:sz w:val="18"/>
          <w:szCs w:val="18"/>
          <w:lang w:eastAsia="ja-JP"/>
        </w:rPr>
        <w:t>）</w:t>
      </w:r>
    </w:p>
    <w:p w14:paraId="69B8F0E9" w14:textId="77777777" w:rsidR="00B27B04" w:rsidRPr="006117BB" w:rsidRDefault="00B27B04" w:rsidP="00B27B04">
      <w:pPr>
        <w:spacing w:after="0" w:line="240" w:lineRule="auto"/>
        <w:rPr>
          <w:rFonts w:asciiTheme="majorHAnsi" w:eastAsiaTheme="majorEastAsia" w:hAnsiTheme="majorHAnsi" w:cstheme="majorHAnsi"/>
          <w:bCs/>
          <w:sz w:val="18"/>
          <w:szCs w:val="18"/>
          <w:lang w:eastAsia="ja-JP"/>
        </w:rPr>
      </w:pPr>
    </w:p>
    <w:p w14:paraId="7E8098CF" w14:textId="77777777" w:rsidR="00B27B04" w:rsidRPr="006117BB" w:rsidRDefault="00B27B04" w:rsidP="00B27B04">
      <w:pPr>
        <w:spacing w:after="0" w:line="240" w:lineRule="auto"/>
        <w:rPr>
          <w:rFonts w:asciiTheme="majorHAnsi" w:eastAsiaTheme="majorEastAsia" w:hAnsiTheme="majorHAnsi" w:cstheme="majorHAnsi"/>
          <w:b/>
          <w:sz w:val="21"/>
          <w:szCs w:val="20"/>
          <w:lang w:eastAsia="ja-JP"/>
        </w:rPr>
      </w:pPr>
      <w:r w:rsidRPr="006117BB">
        <w:rPr>
          <w:rFonts w:asciiTheme="majorHAnsi" w:eastAsiaTheme="majorEastAsia" w:hAnsiTheme="majorHAnsi" w:cstheme="majorHAnsi"/>
          <w:b/>
          <w:sz w:val="21"/>
          <w:szCs w:val="20"/>
          <w:highlight w:val="lightGray"/>
          <w:lang w:eastAsia="ja-JP"/>
        </w:rPr>
        <w:t>CHANGE</w:t>
      </w:r>
      <w:r w:rsidRPr="006117BB">
        <w:rPr>
          <w:rFonts w:asciiTheme="majorHAnsi" w:eastAsiaTheme="majorEastAsia" w:hAnsiTheme="majorHAnsi" w:cstheme="majorHAnsi"/>
          <w:b/>
          <w:sz w:val="21"/>
          <w:szCs w:val="20"/>
          <w:highlight w:val="lightGray"/>
        </w:rPr>
        <w:t xml:space="preserve"> OF </w:t>
      </w:r>
      <w:r w:rsidRPr="006117BB">
        <w:rPr>
          <w:rFonts w:asciiTheme="majorHAnsi" w:eastAsiaTheme="majorEastAsia" w:hAnsiTheme="majorHAnsi" w:cstheme="majorHAnsi"/>
          <w:b/>
          <w:sz w:val="21"/>
          <w:szCs w:val="20"/>
          <w:highlight w:val="lightGray"/>
          <w:lang w:eastAsia="ja-JP"/>
        </w:rPr>
        <w:t>PRINCIPAL INVESTIGATOR</w:t>
      </w:r>
      <w:r w:rsidRPr="006117BB">
        <w:rPr>
          <w:rFonts w:asciiTheme="majorHAnsi" w:eastAsiaTheme="majorEastAsia" w:hAnsiTheme="majorHAnsi" w:cstheme="majorHAnsi"/>
          <w:b/>
          <w:sz w:val="21"/>
          <w:szCs w:val="20"/>
          <w:highlight w:val="lightGray"/>
        </w:rPr>
        <w:t xml:space="preserve"> DECLARATION</w:t>
      </w:r>
      <w:r w:rsidRPr="006117BB">
        <w:rPr>
          <w:rFonts w:asciiTheme="majorHAnsi" w:eastAsiaTheme="majorEastAsia" w:hAnsiTheme="majorHAnsi" w:cstheme="majorHAnsi"/>
          <w:b/>
          <w:sz w:val="21"/>
          <w:szCs w:val="20"/>
        </w:rPr>
        <w:t xml:space="preserve">: </w:t>
      </w:r>
    </w:p>
    <w:tbl>
      <w:tblPr>
        <w:tblStyle w:val="afe"/>
        <w:tblW w:w="0" w:type="auto"/>
        <w:tblLayout w:type="fixed"/>
        <w:tblLook w:val="06A0" w:firstRow="1" w:lastRow="0" w:firstColumn="1" w:lastColumn="0" w:noHBand="1" w:noVBand="1"/>
      </w:tblPr>
      <w:tblGrid>
        <w:gridCol w:w="3397"/>
        <w:gridCol w:w="3969"/>
        <w:gridCol w:w="3544"/>
        <w:gridCol w:w="3260"/>
      </w:tblGrid>
      <w:tr w:rsidR="00B27B04" w:rsidRPr="00852A3B" w14:paraId="6F7A32EF" w14:textId="77777777" w:rsidTr="00F24BEF">
        <w:trPr>
          <w:trHeight w:val="300"/>
        </w:trPr>
        <w:tc>
          <w:tcPr>
            <w:tcW w:w="3397" w:type="dxa"/>
            <w:shd w:val="clear" w:color="auto" w:fill="EEECE1" w:themeFill="background2"/>
          </w:tcPr>
          <w:p w14:paraId="3B401172" w14:textId="77777777" w:rsidR="00B27B04" w:rsidRPr="006117BB" w:rsidRDefault="00B27B04" w:rsidP="00F24BEF">
            <w:pPr>
              <w:jc w:val="center"/>
              <w:rPr>
                <w:rFonts w:asciiTheme="majorHAnsi" w:eastAsiaTheme="majorEastAsia" w:hAnsiTheme="majorHAnsi" w:cstheme="majorHAnsi"/>
                <w:b/>
                <w:sz w:val="20"/>
                <w:szCs w:val="18"/>
              </w:rPr>
            </w:pPr>
            <w:r w:rsidRPr="006117BB">
              <w:rPr>
                <w:rFonts w:asciiTheme="majorHAnsi" w:eastAsiaTheme="majorEastAsia" w:hAnsiTheme="majorHAnsi" w:cstheme="majorHAnsi"/>
                <w:b/>
                <w:sz w:val="20"/>
                <w:szCs w:val="18"/>
              </w:rPr>
              <w:t>Name of Principal Investigator</w:t>
            </w:r>
          </w:p>
        </w:tc>
        <w:tc>
          <w:tcPr>
            <w:tcW w:w="3969" w:type="dxa"/>
            <w:shd w:val="clear" w:color="auto" w:fill="EEECE1" w:themeFill="background2"/>
          </w:tcPr>
          <w:p w14:paraId="23EA28D8" w14:textId="77777777" w:rsidR="00B27B04" w:rsidRPr="006117BB" w:rsidRDefault="00B27B04" w:rsidP="00F24BEF">
            <w:pPr>
              <w:jc w:val="center"/>
              <w:rPr>
                <w:rFonts w:asciiTheme="majorHAnsi" w:eastAsiaTheme="majorEastAsia" w:hAnsiTheme="majorHAnsi" w:cstheme="majorHAnsi"/>
                <w:b/>
                <w:sz w:val="20"/>
                <w:szCs w:val="18"/>
              </w:rPr>
            </w:pPr>
            <w:r w:rsidRPr="006117BB">
              <w:rPr>
                <w:rFonts w:asciiTheme="majorHAnsi" w:eastAsiaTheme="majorEastAsia" w:hAnsiTheme="majorHAnsi" w:cstheme="majorHAnsi"/>
                <w:b/>
                <w:sz w:val="20"/>
                <w:szCs w:val="18"/>
              </w:rPr>
              <w:t>Principal Investigator’s Signature</w:t>
            </w:r>
          </w:p>
        </w:tc>
        <w:tc>
          <w:tcPr>
            <w:tcW w:w="3544" w:type="dxa"/>
            <w:shd w:val="clear" w:color="auto" w:fill="EEECE1" w:themeFill="background2"/>
          </w:tcPr>
          <w:p w14:paraId="692DA58E" w14:textId="77777777" w:rsidR="00B27B04" w:rsidRPr="006117BB" w:rsidRDefault="00B27B04" w:rsidP="00F24BEF">
            <w:pPr>
              <w:jc w:val="center"/>
              <w:rPr>
                <w:rFonts w:asciiTheme="majorHAnsi" w:eastAsiaTheme="majorEastAsia" w:hAnsiTheme="majorHAnsi" w:cstheme="majorHAnsi"/>
                <w:b/>
                <w:sz w:val="20"/>
                <w:szCs w:val="18"/>
              </w:rPr>
            </w:pPr>
            <w:r w:rsidRPr="006117BB">
              <w:rPr>
                <w:rFonts w:asciiTheme="majorHAnsi" w:eastAsiaTheme="majorEastAsia" w:hAnsiTheme="majorHAnsi" w:cstheme="majorHAnsi"/>
                <w:b/>
                <w:sz w:val="20"/>
                <w:szCs w:val="18"/>
              </w:rPr>
              <w:t>Principal Investigator’s Initials</w:t>
            </w:r>
          </w:p>
        </w:tc>
        <w:tc>
          <w:tcPr>
            <w:tcW w:w="3260" w:type="dxa"/>
            <w:shd w:val="clear" w:color="auto" w:fill="EEECE1" w:themeFill="background2"/>
          </w:tcPr>
          <w:p w14:paraId="1735368B" w14:textId="4E178602" w:rsidR="00B27B04" w:rsidRPr="006117BB" w:rsidRDefault="00B27B04" w:rsidP="00F24BEF">
            <w:pPr>
              <w:jc w:val="center"/>
              <w:rPr>
                <w:rFonts w:asciiTheme="majorHAnsi" w:eastAsiaTheme="majorEastAsia" w:hAnsiTheme="majorHAnsi" w:cstheme="majorHAnsi"/>
                <w:b/>
                <w:sz w:val="20"/>
                <w:szCs w:val="18"/>
              </w:rPr>
            </w:pPr>
            <w:r w:rsidRPr="006117BB">
              <w:rPr>
                <w:rFonts w:asciiTheme="majorHAnsi" w:eastAsiaTheme="majorEastAsia" w:hAnsiTheme="majorHAnsi" w:cstheme="majorHAnsi"/>
                <w:b/>
                <w:sz w:val="20"/>
                <w:szCs w:val="18"/>
              </w:rPr>
              <w:t xml:space="preserve">Date: </w:t>
            </w:r>
            <w:r w:rsidR="003A7E5F" w:rsidRPr="006117BB">
              <w:rPr>
                <w:rFonts w:asciiTheme="majorHAnsi" w:eastAsiaTheme="majorEastAsia" w:hAnsiTheme="majorHAnsi" w:cstheme="majorHAnsi"/>
                <w:b/>
                <w:sz w:val="20"/>
                <w:szCs w:val="18"/>
              </w:rPr>
              <w:t>YYYY</w:t>
            </w:r>
            <w:r w:rsidR="003A7E5F" w:rsidRPr="006117BB">
              <w:rPr>
                <w:rFonts w:asciiTheme="majorHAnsi" w:eastAsiaTheme="majorEastAsia" w:hAnsiTheme="majorHAnsi" w:cstheme="majorHAnsi"/>
                <w:b/>
                <w:sz w:val="20"/>
                <w:szCs w:val="18"/>
                <w:lang w:eastAsia="ja-JP"/>
              </w:rPr>
              <w:t>/MM/DD</w:t>
            </w:r>
          </w:p>
        </w:tc>
      </w:tr>
      <w:tr w:rsidR="00B27B04" w:rsidRPr="00852A3B" w14:paraId="6653C933" w14:textId="77777777" w:rsidTr="00F24BEF">
        <w:trPr>
          <w:trHeight w:val="300"/>
        </w:trPr>
        <w:tc>
          <w:tcPr>
            <w:tcW w:w="3397" w:type="dxa"/>
          </w:tcPr>
          <w:p w14:paraId="3E00DCC2" w14:textId="77777777" w:rsidR="00B27B04" w:rsidRPr="006117BB" w:rsidRDefault="00B27B04" w:rsidP="00F24BEF">
            <w:pPr>
              <w:rPr>
                <w:rFonts w:asciiTheme="majorHAnsi" w:eastAsiaTheme="majorEastAsia" w:hAnsiTheme="majorHAnsi" w:cstheme="majorHAnsi"/>
              </w:rPr>
            </w:pPr>
          </w:p>
        </w:tc>
        <w:tc>
          <w:tcPr>
            <w:tcW w:w="3969" w:type="dxa"/>
          </w:tcPr>
          <w:p w14:paraId="4221C18A" w14:textId="77777777" w:rsidR="00B27B04" w:rsidRPr="006117BB" w:rsidRDefault="00B27B04" w:rsidP="00F24BEF">
            <w:pPr>
              <w:rPr>
                <w:rFonts w:asciiTheme="majorHAnsi" w:eastAsiaTheme="majorEastAsia" w:hAnsiTheme="majorHAnsi" w:cstheme="majorHAnsi"/>
                <w:color w:val="BFBFBF" w:themeColor="background1" w:themeShade="BF"/>
                <w:sz w:val="20"/>
                <w:szCs w:val="20"/>
                <w:lang w:eastAsia="ja-JP"/>
              </w:rPr>
            </w:pPr>
          </w:p>
          <w:p w14:paraId="240A946A" w14:textId="77777777" w:rsidR="00B27B04" w:rsidRPr="006117BB" w:rsidRDefault="00B27B04" w:rsidP="00F24BEF">
            <w:pPr>
              <w:rPr>
                <w:rFonts w:asciiTheme="majorHAnsi" w:eastAsiaTheme="majorEastAsia" w:hAnsiTheme="majorHAnsi" w:cstheme="majorHAnsi"/>
                <w:color w:val="BFBFBF" w:themeColor="background1" w:themeShade="BF"/>
                <w:sz w:val="20"/>
                <w:szCs w:val="20"/>
                <w:lang w:eastAsia="ja-JP"/>
              </w:rPr>
            </w:pPr>
          </w:p>
          <w:p w14:paraId="44EC72B6" w14:textId="77777777" w:rsidR="00B27B04" w:rsidRPr="006117BB" w:rsidRDefault="00B27B04" w:rsidP="00F24BEF">
            <w:pPr>
              <w:rPr>
                <w:rFonts w:asciiTheme="majorHAnsi" w:eastAsiaTheme="majorEastAsia" w:hAnsiTheme="majorHAnsi" w:cstheme="majorHAnsi"/>
                <w:color w:val="BFBFBF" w:themeColor="background1" w:themeShade="BF"/>
                <w:sz w:val="20"/>
                <w:szCs w:val="20"/>
              </w:rPr>
            </w:pPr>
          </w:p>
          <w:p w14:paraId="3DF97F8B" w14:textId="77777777" w:rsidR="00B27B04" w:rsidRPr="006117BB" w:rsidRDefault="00B27B04" w:rsidP="00F24BEF">
            <w:pPr>
              <w:rPr>
                <w:rFonts w:asciiTheme="majorHAnsi" w:eastAsiaTheme="majorEastAsia" w:hAnsiTheme="majorHAnsi" w:cstheme="majorHAnsi"/>
                <w:color w:val="BFBFBF" w:themeColor="background1" w:themeShade="BF"/>
                <w:lang w:eastAsia="ja-JP"/>
              </w:rPr>
            </w:pPr>
          </w:p>
        </w:tc>
        <w:tc>
          <w:tcPr>
            <w:tcW w:w="3544" w:type="dxa"/>
          </w:tcPr>
          <w:p w14:paraId="279EBFA7" w14:textId="77777777" w:rsidR="00B27B04" w:rsidRPr="006117BB" w:rsidRDefault="00B27B04" w:rsidP="00F24BEF">
            <w:pPr>
              <w:rPr>
                <w:rFonts w:asciiTheme="majorHAnsi" w:eastAsiaTheme="majorEastAsia" w:hAnsiTheme="majorHAnsi" w:cstheme="majorHAnsi"/>
              </w:rPr>
            </w:pPr>
          </w:p>
        </w:tc>
        <w:tc>
          <w:tcPr>
            <w:tcW w:w="3260" w:type="dxa"/>
          </w:tcPr>
          <w:p w14:paraId="102B4070" w14:textId="77777777" w:rsidR="00B27B04" w:rsidRPr="006117BB" w:rsidRDefault="00B27B04" w:rsidP="00F24BEF">
            <w:pPr>
              <w:rPr>
                <w:rFonts w:asciiTheme="majorHAnsi" w:eastAsiaTheme="majorEastAsia" w:hAnsiTheme="majorHAnsi" w:cstheme="majorHAnsi"/>
              </w:rPr>
            </w:pPr>
          </w:p>
        </w:tc>
      </w:tr>
    </w:tbl>
    <w:p w14:paraId="2F0C9A53" w14:textId="77777777" w:rsidR="00B27B04" w:rsidRPr="006117BB" w:rsidRDefault="00B27B04" w:rsidP="00B27B04">
      <w:pPr>
        <w:spacing w:after="0" w:line="20" w:lineRule="atLeast"/>
        <w:rPr>
          <w:rFonts w:asciiTheme="majorHAnsi" w:eastAsiaTheme="majorEastAsia" w:hAnsiTheme="majorHAnsi" w:cstheme="majorHAnsi"/>
          <w:b/>
          <w:sz w:val="18"/>
          <w:szCs w:val="20"/>
        </w:rPr>
      </w:pPr>
      <w:r w:rsidRPr="006117BB">
        <w:rPr>
          <w:rFonts w:asciiTheme="majorHAnsi" w:eastAsiaTheme="majorEastAsia" w:hAnsiTheme="majorHAnsi" w:cstheme="majorHAnsi"/>
          <w:b/>
        </w:rPr>
        <w:t xml:space="preserve">   </w:t>
      </w:r>
      <w:r w:rsidRPr="006117BB">
        <w:rPr>
          <w:rFonts w:asciiTheme="majorHAnsi" w:eastAsiaTheme="majorEastAsia" w:hAnsiTheme="majorHAnsi" w:cstheme="majorHAnsi"/>
          <w:b/>
          <w:sz w:val="20"/>
          <w:szCs w:val="20"/>
        </w:rPr>
        <w:t xml:space="preserve"> </w:t>
      </w:r>
      <w:r w:rsidRPr="006117BB">
        <w:rPr>
          <w:rFonts w:asciiTheme="majorHAnsi" w:eastAsiaTheme="majorEastAsia" w:hAnsiTheme="majorHAnsi" w:cstheme="majorHAnsi"/>
          <w:b/>
          <w:sz w:val="18"/>
          <w:szCs w:val="20"/>
        </w:rPr>
        <w:t>*My signature confirms/acknowledges that the information contained here is accurate and that:</w:t>
      </w:r>
    </w:p>
    <w:p w14:paraId="1189219F" w14:textId="77777777" w:rsidR="00B27B04" w:rsidRPr="006117BB" w:rsidRDefault="00B27B04" w:rsidP="006117BB">
      <w:pPr>
        <w:spacing w:after="0" w:line="20" w:lineRule="atLeast"/>
        <w:ind w:leftChars="129" w:left="284"/>
        <w:rPr>
          <w:rFonts w:asciiTheme="majorHAnsi" w:eastAsiaTheme="majorEastAsia" w:hAnsiTheme="majorHAnsi" w:cstheme="majorHAnsi"/>
          <w:b/>
          <w:sz w:val="18"/>
          <w:szCs w:val="20"/>
        </w:rPr>
      </w:pPr>
      <w:r w:rsidRPr="006117BB">
        <w:rPr>
          <w:rFonts w:asciiTheme="majorHAnsi" w:eastAsiaTheme="majorEastAsia" w:hAnsiTheme="majorHAnsi" w:cstheme="majorHAnsi" w:hint="eastAsia"/>
          <w:b/>
          <w:sz w:val="18"/>
          <w:szCs w:val="20"/>
          <w:lang w:eastAsia="ja-JP"/>
        </w:rPr>
        <w:t>・</w:t>
      </w:r>
      <w:r w:rsidRPr="006117BB">
        <w:rPr>
          <w:rFonts w:asciiTheme="majorHAnsi" w:eastAsiaTheme="majorEastAsia" w:hAnsiTheme="majorHAnsi" w:cstheme="majorHAnsi"/>
          <w:b/>
          <w:sz w:val="18"/>
          <w:szCs w:val="20"/>
        </w:rPr>
        <w:t xml:space="preserve">I will remain responsible for the overall study conduct and reported data. </w:t>
      </w:r>
    </w:p>
    <w:p w14:paraId="54DB7E78" w14:textId="77777777" w:rsidR="00B27B04" w:rsidRPr="006117BB" w:rsidRDefault="00B27B04" w:rsidP="006117BB">
      <w:pPr>
        <w:spacing w:after="0" w:line="20" w:lineRule="atLeast"/>
        <w:ind w:leftChars="129" w:left="284"/>
        <w:rPr>
          <w:rFonts w:asciiTheme="majorHAnsi" w:eastAsiaTheme="majorEastAsia" w:hAnsiTheme="majorHAnsi" w:cstheme="majorHAnsi"/>
          <w:b/>
          <w:sz w:val="18"/>
          <w:szCs w:val="20"/>
        </w:rPr>
      </w:pPr>
      <w:r w:rsidRPr="006117BB">
        <w:rPr>
          <w:rFonts w:asciiTheme="majorHAnsi" w:eastAsiaTheme="majorEastAsia" w:hAnsiTheme="majorHAnsi" w:cstheme="majorHAnsi" w:hint="eastAsia"/>
          <w:b/>
          <w:sz w:val="18"/>
          <w:szCs w:val="20"/>
          <w:lang w:eastAsia="ja-JP"/>
        </w:rPr>
        <w:t>・</w:t>
      </w:r>
      <w:r w:rsidRPr="006117BB">
        <w:rPr>
          <w:rFonts w:asciiTheme="majorHAnsi" w:eastAsiaTheme="majorEastAsia" w:hAnsiTheme="majorHAnsi" w:cstheme="majorHAnsi"/>
          <w:b/>
          <w:sz w:val="18"/>
          <w:szCs w:val="20"/>
        </w:rPr>
        <w:t xml:space="preserve">I will ensure study oversight. </w:t>
      </w:r>
    </w:p>
    <w:p w14:paraId="038F93CB" w14:textId="77777777" w:rsidR="00B27B04" w:rsidRPr="006117BB" w:rsidRDefault="00B27B04" w:rsidP="006117BB">
      <w:pPr>
        <w:spacing w:after="0" w:line="20" w:lineRule="atLeast"/>
        <w:ind w:leftChars="129" w:left="284"/>
        <w:rPr>
          <w:rFonts w:asciiTheme="majorHAnsi" w:eastAsiaTheme="majorEastAsia" w:hAnsiTheme="majorHAnsi" w:cstheme="majorHAnsi"/>
          <w:b/>
          <w:sz w:val="18"/>
          <w:szCs w:val="20"/>
        </w:rPr>
      </w:pPr>
      <w:r w:rsidRPr="006117BB">
        <w:rPr>
          <w:rFonts w:asciiTheme="majorHAnsi" w:eastAsiaTheme="majorEastAsia" w:hAnsiTheme="majorHAnsi" w:cstheme="majorHAnsi" w:hint="eastAsia"/>
          <w:b/>
          <w:sz w:val="18"/>
          <w:szCs w:val="20"/>
          <w:lang w:eastAsia="ja-JP"/>
        </w:rPr>
        <w:t>・</w:t>
      </w:r>
      <w:r w:rsidRPr="006117BB">
        <w:rPr>
          <w:rFonts w:asciiTheme="majorHAnsi" w:eastAsiaTheme="majorEastAsia" w:hAnsiTheme="majorHAnsi" w:cstheme="majorHAnsi"/>
          <w:b/>
          <w:sz w:val="18"/>
          <w:szCs w:val="20"/>
        </w:rPr>
        <w:t>I will authorize the delegation of study-related tasks to each individual as listed.</w:t>
      </w:r>
    </w:p>
    <w:p w14:paraId="36259030" w14:textId="77777777" w:rsidR="00B27B04" w:rsidRPr="006117BB" w:rsidRDefault="00B27B04" w:rsidP="006117BB">
      <w:pPr>
        <w:spacing w:after="0" w:line="20" w:lineRule="atLeast"/>
        <w:ind w:leftChars="129" w:left="284"/>
        <w:rPr>
          <w:rFonts w:asciiTheme="majorHAnsi" w:eastAsiaTheme="majorEastAsia" w:hAnsiTheme="majorHAnsi" w:cstheme="majorHAnsi"/>
          <w:b/>
          <w:sz w:val="18"/>
          <w:szCs w:val="20"/>
        </w:rPr>
      </w:pPr>
      <w:r w:rsidRPr="006117BB">
        <w:rPr>
          <w:rFonts w:asciiTheme="majorHAnsi" w:eastAsiaTheme="majorEastAsia" w:hAnsiTheme="majorHAnsi" w:cstheme="majorHAnsi" w:hint="eastAsia"/>
          <w:b/>
          <w:sz w:val="18"/>
          <w:szCs w:val="20"/>
          <w:lang w:eastAsia="ja-JP"/>
        </w:rPr>
        <w:t>・</w:t>
      </w:r>
      <w:r w:rsidRPr="006117BB">
        <w:rPr>
          <w:rFonts w:asciiTheme="majorHAnsi" w:eastAsiaTheme="majorEastAsia" w:hAnsiTheme="majorHAnsi" w:cstheme="majorHAnsi"/>
          <w:b/>
          <w:sz w:val="18"/>
          <w:szCs w:val="20"/>
        </w:rPr>
        <w:t xml:space="preserve">The study tasks listed will only be delegated by </w:t>
      </w:r>
      <w:r w:rsidRPr="006117BB">
        <w:rPr>
          <w:rFonts w:asciiTheme="majorHAnsi" w:eastAsiaTheme="majorEastAsia" w:hAnsiTheme="majorHAnsi" w:cstheme="majorHAnsi"/>
          <w:b/>
          <w:sz w:val="18"/>
          <w:szCs w:val="20"/>
          <w:lang w:eastAsia="ja-JP"/>
        </w:rPr>
        <w:t>PI</w:t>
      </w:r>
      <w:r w:rsidRPr="006117BB">
        <w:rPr>
          <w:rFonts w:asciiTheme="majorHAnsi" w:eastAsiaTheme="majorEastAsia" w:hAnsiTheme="majorHAnsi" w:cstheme="majorHAnsi"/>
          <w:b/>
          <w:sz w:val="18"/>
          <w:szCs w:val="20"/>
        </w:rPr>
        <w:t xml:space="preserve"> to skilled and qualified staff appropriately trained for the role.</w:t>
      </w:r>
    </w:p>
    <w:p w14:paraId="197F0817" w14:textId="4C9E78FE" w:rsidR="00B27B04" w:rsidRPr="006117BB" w:rsidRDefault="00B27B04" w:rsidP="006117BB">
      <w:pPr>
        <w:spacing w:after="0" w:line="20" w:lineRule="atLeast"/>
        <w:ind w:leftChars="129" w:left="284"/>
        <w:rPr>
          <w:rFonts w:asciiTheme="majorHAnsi" w:eastAsiaTheme="majorEastAsia" w:hAnsiTheme="majorHAnsi" w:cstheme="majorHAnsi"/>
          <w:b/>
          <w:sz w:val="18"/>
          <w:szCs w:val="20"/>
          <w:u w:val="single"/>
        </w:rPr>
      </w:pPr>
      <w:r w:rsidRPr="006117BB">
        <w:rPr>
          <w:rFonts w:asciiTheme="majorHAnsi" w:eastAsiaTheme="majorEastAsia" w:hAnsiTheme="majorHAnsi" w:cstheme="majorHAnsi" w:hint="eastAsia"/>
          <w:b/>
          <w:sz w:val="18"/>
          <w:szCs w:val="20"/>
          <w:lang w:eastAsia="ja-JP"/>
        </w:rPr>
        <w:t>・</w:t>
      </w:r>
      <w:r w:rsidRPr="006117BB">
        <w:rPr>
          <w:rFonts w:asciiTheme="majorHAnsi" w:eastAsiaTheme="majorEastAsia" w:hAnsiTheme="majorHAnsi" w:cstheme="majorHAnsi"/>
          <w:b/>
          <w:sz w:val="18"/>
          <w:szCs w:val="20"/>
        </w:rPr>
        <w:t xml:space="preserve">I will ensure that all personnel assisting in the conduct of the study are informed about their obligations and </w:t>
      </w:r>
      <w:r w:rsidRPr="006117BB">
        <w:rPr>
          <w:rFonts w:asciiTheme="majorHAnsi" w:eastAsiaTheme="majorEastAsia" w:hAnsiTheme="majorHAnsi" w:cstheme="majorHAnsi"/>
          <w:b/>
          <w:sz w:val="18"/>
          <w:szCs w:val="20"/>
          <w:u w:val="single"/>
        </w:rPr>
        <w:t>will not have performed any delegated study-related tasks prior to appropriate delegation</w:t>
      </w:r>
      <w:r w:rsidRPr="006117BB">
        <w:rPr>
          <w:rFonts w:asciiTheme="majorHAnsi" w:eastAsiaTheme="majorEastAsia" w:hAnsiTheme="majorHAnsi" w:cstheme="majorHAnsi"/>
          <w:b/>
          <w:sz w:val="18"/>
          <w:szCs w:val="20"/>
          <w:u w:val="single"/>
          <w:lang w:eastAsia="ja-JP"/>
        </w:rPr>
        <w:t xml:space="preserve"> </w:t>
      </w:r>
      <w:r w:rsidRPr="006117BB">
        <w:rPr>
          <w:rFonts w:asciiTheme="majorHAnsi" w:eastAsiaTheme="majorEastAsia" w:hAnsiTheme="majorHAnsi" w:cstheme="majorHAnsi"/>
          <w:b/>
          <w:sz w:val="18"/>
          <w:szCs w:val="20"/>
          <w:u w:val="single"/>
        </w:rPr>
        <w:t xml:space="preserve">and completion of study training appropriate to the role. </w:t>
      </w:r>
    </w:p>
    <w:p w14:paraId="39660DAF" w14:textId="77777777" w:rsidR="00B27B04" w:rsidRPr="006117BB" w:rsidRDefault="00B27B04" w:rsidP="006117BB">
      <w:pPr>
        <w:spacing w:after="0" w:line="20" w:lineRule="atLeast"/>
        <w:ind w:leftChars="129" w:left="284"/>
        <w:rPr>
          <w:rFonts w:asciiTheme="majorHAnsi" w:eastAsiaTheme="majorEastAsia" w:hAnsiTheme="majorHAnsi" w:cstheme="majorHAnsi"/>
          <w:b/>
          <w:sz w:val="18"/>
          <w:szCs w:val="20"/>
        </w:rPr>
      </w:pPr>
      <w:r w:rsidRPr="006117BB">
        <w:rPr>
          <w:rFonts w:asciiTheme="majorHAnsi" w:eastAsiaTheme="majorEastAsia" w:hAnsiTheme="majorHAnsi" w:cstheme="majorHAnsi" w:hint="eastAsia"/>
          <w:b/>
          <w:sz w:val="18"/>
          <w:szCs w:val="20"/>
        </w:rPr>
        <w:t>・</w:t>
      </w:r>
      <w:r w:rsidRPr="006117BB">
        <w:rPr>
          <w:rFonts w:asciiTheme="majorHAnsi" w:eastAsiaTheme="majorEastAsia" w:hAnsiTheme="majorHAnsi" w:cstheme="majorHAnsi"/>
          <w:b/>
          <w:sz w:val="18"/>
          <w:szCs w:val="20"/>
        </w:rPr>
        <w:t xml:space="preserve">I will ensure that site staff receives, in a timely manner, the appropriate information and training for delegated tasks. </w:t>
      </w:r>
    </w:p>
    <w:p w14:paraId="1B27B650" w14:textId="77777777" w:rsidR="00B27B04" w:rsidRPr="006117BB" w:rsidRDefault="00B27B04" w:rsidP="006117BB">
      <w:pPr>
        <w:spacing w:after="0" w:line="20" w:lineRule="atLeast"/>
        <w:ind w:leftChars="129" w:left="284"/>
        <w:rPr>
          <w:rFonts w:asciiTheme="majorHAnsi" w:eastAsiaTheme="majorEastAsia" w:hAnsiTheme="majorHAnsi" w:cstheme="majorHAnsi"/>
          <w:b/>
          <w:sz w:val="18"/>
          <w:szCs w:val="20"/>
        </w:rPr>
      </w:pPr>
      <w:r w:rsidRPr="006117BB">
        <w:rPr>
          <w:rFonts w:asciiTheme="majorHAnsi" w:eastAsiaTheme="majorEastAsia" w:hAnsiTheme="majorHAnsi" w:cstheme="majorHAnsi" w:hint="eastAsia"/>
          <w:b/>
          <w:sz w:val="18"/>
          <w:szCs w:val="20"/>
        </w:rPr>
        <w:t>・</w:t>
      </w:r>
      <w:r w:rsidRPr="006117BB">
        <w:rPr>
          <w:rFonts w:asciiTheme="majorHAnsi" w:eastAsiaTheme="majorEastAsia" w:hAnsiTheme="majorHAnsi" w:cstheme="majorHAnsi"/>
          <w:b/>
          <w:sz w:val="18"/>
          <w:szCs w:val="20"/>
        </w:rPr>
        <w:t>I will ensure that any and all changes in staff or delegated study-related task will be recorded in a timely manner.</w:t>
      </w:r>
    </w:p>
    <w:p w14:paraId="5D89D654" w14:textId="77777777" w:rsidR="00B27B04" w:rsidRPr="006117BB" w:rsidRDefault="00B27B04" w:rsidP="006117BB">
      <w:pPr>
        <w:spacing w:after="0" w:line="20" w:lineRule="atLeast"/>
        <w:ind w:leftChars="129" w:left="284"/>
        <w:rPr>
          <w:rFonts w:asciiTheme="majorHAnsi" w:eastAsiaTheme="majorEastAsia" w:hAnsiTheme="majorHAnsi" w:cstheme="majorHAnsi"/>
          <w:b/>
          <w:sz w:val="18"/>
          <w:szCs w:val="20"/>
          <w:lang w:eastAsia="ja-JP"/>
        </w:rPr>
      </w:pPr>
      <w:r w:rsidRPr="006117BB">
        <w:rPr>
          <w:rFonts w:asciiTheme="majorHAnsi" w:eastAsiaTheme="majorEastAsia" w:hAnsiTheme="majorHAnsi" w:cstheme="majorHAnsi" w:hint="eastAsia"/>
          <w:b/>
          <w:sz w:val="18"/>
          <w:szCs w:val="20"/>
        </w:rPr>
        <w:t>・</w:t>
      </w:r>
      <w:r w:rsidRPr="006117BB">
        <w:rPr>
          <w:rFonts w:asciiTheme="majorHAnsi" w:eastAsiaTheme="majorEastAsia" w:hAnsiTheme="majorHAnsi" w:cstheme="majorHAnsi"/>
          <w:b/>
          <w:sz w:val="18"/>
          <w:szCs w:val="20"/>
        </w:rPr>
        <w:t>I will agree with the existing delegations by signing and dating this page.</w:t>
      </w:r>
      <w:r w:rsidRPr="006117BB">
        <w:rPr>
          <w:rFonts w:asciiTheme="majorHAnsi" w:eastAsiaTheme="majorEastAsia" w:hAnsiTheme="majorHAnsi" w:cstheme="majorHAnsi"/>
          <w:b/>
          <w:sz w:val="18"/>
          <w:szCs w:val="20"/>
          <w:lang w:eastAsia="ja-JP"/>
        </w:rPr>
        <w:t xml:space="preserve"> If changes are required to the existing DOR, I will record in the existing DOR log.</w:t>
      </w:r>
    </w:p>
    <w:p w14:paraId="0BF0485C" w14:textId="77777777" w:rsidR="00B27B04" w:rsidRPr="006117BB" w:rsidRDefault="00B27B04" w:rsidP="006117BB">
      <w:pPr>
        <w:spacing w:after="0" w:line="20" w:lineRule="atLeast"/>
        <w:ind w:leftChars="129" w:left="284"/>
        <w:rPr>
          <w:rFonts w:asciiTheme="majorHAnsi" w:eastAsiaTheme="majorEastAsia" w:hAnsiTheme="majorHAnsi" w:cstheme="majorHAnsi"/>
          <w:b/>
          <w:sz w:val="18"/>
          <w:szCs w:val="20"/>
          <w:lang w:eastAsia="ja-JP"/>
        </w:rPr>
      </w:pPr>
      <w:r w:rsidRPr="006117BB">
        <w:rPr>
          <w:rFonts w:asciiTheme="majorHAnsi" w:eastAsiaTheme="majorEastAsia" w:hAnsiTheme="majorHAnsi" w:cstheme="majorHAnsi" w:hint="eastAsia"/>
          <w:b/>
          <w:sz w:val="18"/>
          <w:szCs w:val="20"/>
          <w:lang w:eastAsia="ja-JP"/>
        </w:rPr>
        <w:t>・</w:t>
      </w:r>
      <w:r w:rsidRPr="006117BB">
        <w:rPr>
          <w:rFonts w:asciiTheme="majorHAnsi" w:eastAsiaTheme="majorEastAsia" w:hAnsiTheme="majorHAnsi" w:cstheme="majorHAnsi"/>
          <w:b/>
          <w:sz w:val="18"/>
          <w:szCs w:val="20"/>
          <w:lang w:eastAsia="ja-JP"/>
        </w:rPr>
        <w:t>General clinical work</w:t>
      </w:r>
      <w:r w:rsidRPr="006117BB" w:rsidDel="00273EA7">
        <w:rPr>
          <w:rFonts w:asciiTheme="majorHAnsi" w:eastAsiaTheme="majorEastAsia" w:hAnsiTheme="majorHAnsi" w:cstheme="majorHAnsi"/>
          <w:b/>
          <w:sz w:val="18"/>
          <w:szCs w:val="20"/>
          <w:lang w:eastAsia="ja-JP"/>
        </w:rPr>
        <w:t xml:space="preserve"> </w:t>
      </w:r>
      <w:r w:rsidRPr="006117BB">
        <w:rPr>
          <w:rFonts w:asciiTheme="majorHAnsi" w:eastAsiaTheme="majorEastAsia" w:hAnsiTheme="majorHAnsi" w:cstheme="majorHAnsi"/>
          <w:b/>
          <w:sz w:val="18"/>
          <w:szCs w:val="20"/>
          <w:lang w:eastAsia="ja-JP"/>
        </w:rPr>
        <w:t xml:space="preserve"> in our hospital is specified. In principle, personal delegation is unnecessary. (Please refer to table “Clinical Department” )</w:t>
      </w:r>
    </w:p>
    <w:p w14:paraId="29619A90" w14:textId="3FC6041B" w:rsidR="00B27B04" w:rsidRPr="006117BB" w:rsidRDefault="00B27B04">
      <w:pPr>
        <w:rPr>
          <w:rFonts w:asciiTheme="majorHAnsi" w:eastAsiaTheme="majorEastAsia" w:hAnsiTheme="majorHAnsi" w:cstheme="majorHAnsi"/>
          <w:lang w:eastAsia="ja-JP"/>
        </w:rPr>
      </w:pPr>
    </w:p>
    <w:sectPr w:rsidR="00B27B04" w:rsidRPr="006117BB" w:rsidSect="00184F8F">
      <w:headerReference w:type="default" r:id="rId7"/>
      <w:footerReference w:type="default" r:id="rId8"/>
      <w:pgSz w:w="15840" w:h="12240" w:orient="landscape"/>
      <w:pgMar w:top="720" w:right="720" w:bottom="720" w:left="720" w:header="56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1D160" w14:textId="77777777" w:rsidR="00EE1122" w:rsidRDefault="00EE1122">
      <w:pPr>
        <w:spacing w:after="0" w:line="240" w:lineRule="auto"/>
      </w:pPr>
      <w:r>
        <w:separator/>
      </w:r>
    </w:p>
  </w:endnote>
  <w:endnote w:type="continuationSeparator" w:id="0">
    <w:p w14:paraId="7CA81E2F" w14:textId="77777777" w:rsidR="00EE1122" w:rsidRDefault="00EE1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7788228"/>
      <w:docPartObj>
        <w:docPartGallery w:val="Page Numbers (Bottom of Page)"/>
        <w:docPartUnique/>
      </w:docPartObj>
    </w:sdtPr>
    <w:sdtEndPr>
      <w:rPr>
        <w:rFonts w:asciiTheme="majorHAnsi" w:eastAsiaTheme="majorEastAsia" w:hAnsiTheme="majorHAnsi" w:cstheme="majorBidi"/>
      </w:rPr>
    </w:sdtEndPr>
    <w:sdtContent>
      <w:sdt>
        <w:sdtPr>
          <w:id w:val="1728636285"/>
          <w:docPartObj>
            <w:docPartGallery w:val="Page Numbers (Top of Page)"/>
            <w:docPartUnique/>
          </w:docPartObj>
        </w:sdtPr>
        <w:sdtEndPr>
          <w:rPr>
            <w:rFonts w:asciiTheme="majorHAnsi" w:eastAsiaTheme="majorEastAsia" w:hAnsiTheme="majorHAnsi" w:cstheme="majorBidi"/>
          </w:rPr>
        </w:sdtEndPr>
        <w:sdtContent>
          <w:p w14:paraId="5FFC7000" w14:textId="730F5A8B" w:rsidR="00815BC4" w:rsidRPr="006117BB" w:rsidRDefault="00F53EAF">
            <w:pPr>
              <w:pStyle w:val="a7"/>
              <w:jc w:val="center"/>
              <w:rPr>
                <w:rFonts w:asciiTheme="majorHAnsi" w:eastAsiaTheme="majorEastAsia" w:hAnsiTheme="majorHAnsi" w:cstheme="majorHAnsi"/>
              </w:rPr>
            </w:pPr>
            <w:sdt>
              <w:sdtPr>
                <w:rPr>
                  <w:rFonts w:ascii="ＭＳ ゴシック" w:eastAsia="ＭＳ ゴシック" w:hAnsi="ＭＳ ゴシック"/>
                </w:rPr>
                <w:id w:val="-1237623351"/>
                <w:docPartObj>
                  <w:docPartGallery w:val="Page Numbers (Top of Page)"/>
                  <w:docPartUnique/>
                </w:docPartObj>
              </w:sdtPr>
              <w:sdtEndPr>
                <w:rPr>
                  <w:sz w:val="16"/>
                  <w:szCs w:val="16"/>
                </w:rPr>
              </w:sdtEndPr>
              <w:sdtContent>
                <w:r w:rsidR="000916AC" w:rsidRPr="006117BB">
                  <w:rPr>
                    <w:rFonts w:ascii="ＭＳ ゴシック" w:eastAsia="ＭＳ ゴシック" w:hAnsi="ＭＳ ゴシック"/>
                    <w:lang w:eastAsia="ja-JP"/>
                  </w:rPr>
                  <w:t xml:space="preserve"> </w:t>
                </w:r>
                <w:r w:rsidR="000916AC" w:rsidRPr="006D2480">
                  <w:rPr>
                    <w:rFonts w:ascii="ＭＳ ゴシック" w:eastAsia="ＭＳ ゴシック" w:hAnsi="ＭＳ ゴシック"/>
                    <w:b/>
                    <w:bCs/>
                  </w:rPr>
                  <w:fldChar w:fldCharType="begin"/>
                </w:r>
                <w:r w:rsidR="000916AC" w:rsidRPr="007F2B4C">
                  <w:rPr>
                    <w:rFonts w:ascii="ＭＳ ゴシック" w:eastAsia="ＭＳ ゴシック" w:hAnsi="ＭＳ ゴシック"/>
                    <w:b/>
                    <w:bCs/>
                    <w:lang w:eastAsia="ja-JP"/>
                  </w:rPr>
                  <w:instrText>PAGE</w:instrText>
                </w:r>
                <w:r w:rsidR="000916AC" w:rsidRPr="006D2480">
                  <w:rPr>
                    <w:rFonts w:ascii="ＭＳ ゴシック" w:eastAsia="ＭＳ ゴシック" w:hAnsi="ＭＳ ゴシック"/>
                    <w:b/>
                    <w:bCs/>
                  </w:rPr>
                  <w:fldChar w:fldCharType="separate"/>
                </w:r>
                <w:r w:rsidR="000916AC">
                  <w:rPr>
                    <w:rFonts w:ascii="ＭＳ ゴシック" w:eastAsia="ＭＳ ゴシック" w:hAnsi="ＭＳ ゴシック"/>
                    <w:b/>
                    <w:bCs/>
                  </w:rPr>
                  <w:t>2</w:t>
                </w:r>
                <w:r w:rsidR="000916AC" w:rsidRPr="006D2480">
                  <w:rPr>
                    <w:rFonts w:ascii="ＭＳ ゴシック" w:eastAsia="ＭＳ ゴシック" w:hAnsi="ＭＳ ゴシック"/>
                    <w:b/>
                    <w:bCs/>
                  </w:rPr>
                  <w:fldChar w:fldCharType="end"/>
                </w:r>
                <w:r w:rsidR="000916AC" w:rsidRPr="006117BB">
                  <w:rPr>
                    <w:rFonts w:ascii="ＭＳ ゴシック" w:eastAsia="ＭＳ ゴシック" w:hAnsi="ＭＳ ゴシック"/>
                    <w:lang w:eastAsia="ja-JP"/>
                  </w:rPr>
                  <w:t xml:space="preserve"> / </w:t>
                </w:r>
                <w:r w:rsidR="000916AC" w:rsidRPr="006D2480">
                  <w:rPr>
                    <w:rFonts w:ascii="ＭＳ ゴシック" w:eastAsia="ＭＳ ゴシック" w:hAnsi="ＭＳ ゴシック"/>
                    <w:b/>
                    <w:bCs/>
                  </w:rPr>
                  <w:fldChar w:fldCharType="begin"/>
                </w:r>
                <w:r w:rsidR="000916AC" w:rsidRPr="007F2B4C">
                  <w:rPr>
                    <w:rFonts w:ascii="ＭＳ ゴシック" w:eastAsia="ＭＳ ゴシック" w:hAnsi="ＭＳ ゴシック"/>
                    <w:b/>
                    <w:bCs/>
                    <w:lang w:eastAsia="ja-JP"/>
                  </w:rPr>
                  <w:instrText>NUMPAGES</w:instrText>
                </w:r>
                <w:r w:rsidR="000916AC" w:rsidRPr="006D2480">
                  <w:rPr>
                    <w:rFonts w:ascii="ＭＳ ゴシック" w:eastAsia="ＭＳ ゴシック" w:hAnsi="ＭＳ ゴシック"/>
                    <w:b/>
                    <w:bCs/>
                  </w:rPr>
                  <w:fldChar w:fldCharType="separate"/>
                </w:r>
                <w:r w:rsidR="000916AC">
                  <w:rPr>
                    <w:rFonts w:ascii="ＭＳ ゴシック" w:eastAsia="ＭＳ ゴシック" w:hAnsi="ＭＳ ゴシック"/>
                    <w:b/>
                    <w:bCs/>
                  </w:rPr>
                  <w:t>3</w:t>
                </w:r>
                <w:r w:rsidR="000916AC" w:rsidRPr="006D2480">
                  <w:rPr>
                    <w:rFonts w:ascii="ＭＳ ゴシック" w:eastAsia="ＭＳ ゴシック" w:hAnsi="ＭＳ ゴシック"/>
                    <w:b/>
                    <w:bCs/>
                  </w:rPr>
                  <w:fldChar w:fldCharType="end"/>
                </w:r>
              </w:sdtContent>
            </w:sdt>
          </w:p>
        </w:sdtContent>
      </w:sdt>
    </w:sdtContent>
  </w:sdt>
  <w:p w14:paraId="21AF63A5" w14:textId="714C291C" w:rsidR="0044764E" w:rsidRPr="006117BB" w:rsidRDefault="00127F8C" w:rsidP="00815BC4">
    <w:pPr>
      <w:pStyle w:val="a7"/>
      <w:rPr>
        <w:rFonts w:asciiTheme="majorHAnsi" w:eastAsiaTheme="majorEastAsia" w:hAnsiTheme="majorHAnsi" w:cstheme="majorHAnsi"/>
        <w:sz w:val="4"/>
        <w:szCs w:val="4"/>
      </w:rPr>
    </w:pPr>
    <w:r w:rsidRPr="003F4B95">
      <w:rPr>
        <w:rFonts w:asciiTheme="majorHAnsi" w:eastAsiaTheme="majorEastAsia" w:hAnsiTheme="majorHAnsi" w:cstheme="majorHAnsi"/>
        <w:sz w:val="16"/>
        <w:szCs w:val="14"/>
      </w:rPr>
      <w:t>Site Signature and Delegation of Responsibilities Log V</w:t>
    </w:r>
    <w:r w:rsidR="003F4FF3">
      <w:rPr>
        <w:rFonts w:asciiTheme="majorHAnsi" w:eastAsiaTheme="majorEastAsia" w:hAnsiTheme="majorHAnsi" w:cstheme="majorHAnsi" w:hint="eastAsia"/>
        <w:sz w:val="16"/>
        <w:szCs w:val="14"/>
        <w:lang w:eastAsia="ja-JP"/>
      </w:rPr>
      <w:t>er</w:t>
    </w:r>
    <w:r w:rsidR="009D0388" w:rsidRPr="003F4B95">
      <w:rPr>
        <w:rFonts w:asciiTheme="majorHAnsi" w:eastAsiaTheme="majorEastAsia" w:hAnsiTheme="majorHAnsi" w:cstheme="majorHAnsi"/>
        <w:sz w:val="16"/>
        <w:szCs w:val="14"/>
        <w:lang w:eastAsia="ja-JP"/>
      </w:rPr>
      <w:t>0</w:t>
    </w:r>
    <w:r w:rsidRPr="003F4B95">
      <w:rPr>
        <w:rFonts w:asciiTheme="majorHAnsi" w:eastAsiaTheme="majorEastAsia" w:hAnsiTheme="majorHAnsi" w:cstheme="majorHAnsi"/>
        <w:sz w:val="16"/>
        <w:szCs w:val="14"/>
      </w:rPr>
      <w:t>.</w:t>
    </w:r>
    <w:r w:rsidR="00F867BC" w:rsidRPr="003F4B95">
      <w:rPr>
        <w:rFonts w:asciiTheme="majorHAnsi" w:eastAsiaTheme="majorEastAsia" w:hAnsiTheme="majorHAnsi" w:cstheme="majorHAnsi" w:hint="eastAsia"/>
        <w:sz w:val="16"/>
        <w:szCs w:val="14"/>
        <w:lang w:eastAsia="ja-JP"/>
      </w:rPr>
      <w:t>9</w:t>
    </w:r>
    <w:r w:rsidR="00364E1F">
      <w:rPr>
        <w:rFonts w:asciiTheme="majorHAnsi" w:eastAsiaTheme="majorEastAsia" w:hAnsiTheme="majorHAnsi" w:cstheme="majorHAnsi" w:hint="eastAsia"/>
        <w:sz w:val="16"/>
        <w:szCs w:val="14"/>
        <w:lang w:eastAsia="ja-JP"/>
      </w:rPr>
      <w:t xml:space="preserve">　作成日：</w:t>
    </w:r>
    <w:r w:rsidR="00364E1F">
      <w:rPr>
        <w:rFonts w:asciiTheme="majorHAnsi" w:eastAsiaTheme="majorEastAsia" w:hAnsiTheme="majorHAnsi" w:cstheme="majorHAnsi" w:hint="eastAsia"/>
        <w:sz w:val="16"/>
        <w:szCs w:val="14"/>
        <w:lang w:eastAsia="ja-JP"/>
      </w:rPr>
      <w:t>2026/5/19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E9C41" w14:textId="77777777" w:rsidR="00EE1122" w:rsidRDefault="00EE1122">
      <w:pPr>
        <w:spacing w:after="0" w:line="240" w:lineRule="auto"/>
      </w:pPr>
      <w:r>
        <w:separator/>
      </w:r>
    </w:p>
  </w:footnote>
  <w:footnote w:type="continuationSeparator" w:id="0">
    <w:p w14:paraId="6BD9BCC6" w14:textId="77777777" w:rsidR="00EE1122" w:rsidRDefault="00EE11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B1A90" w14:textId="7F056CCC" w:rsidR="0044764E" w:rsidRPr="00252FCD" w:rsidRDefault="0044764E" w:rsidP="006117BB">
    <w:pPr>
      <w:pStyle w:val="a5"/>
      <w:jc w:val="center"/>
    </w:pPr>
    <w:r w:rsidRPr="000E1878">
      <w:rPr>
        <w:rFonts w:asciiTheme="majorHAnsi" w:hAnsiTheme="majorHAnsi" w:cstheme="majorHAnsi"/>
        <w:sz w:val="28"/>
      </w:rPr>
      <w:t>Site Signature and Delegation of Responsibilities Log</w:t>
    </w:r>
  </w:p>
  <w:tbl>
    <w:tblPr>
      <w:tblStyle w:val="afe"/>
      <w:tblW w:w="14174" w:type="dxa"/>
      <w:tblInd w:w="-5" w:type="dxa"/>
      <w:tblLayout w:type="fixed"/>
      <w:tblLook w:val="06A0" w:firstRow="1" w:lastRow="0" w:firstColumn="1" w:lastColumn="0" w:noHBand="1" w:noVBand="1"/>
    </w:tblPr>
    <w:tblGrid>
      <w:gridCol w:w="2268"/>
      <w:gridCol w:w="4535"/>
      <w:gridCol w:w="2552"/>
      <w:gridCol w:w="4819"/>
    </w:tblGrid>
    <w:tr w:rsidR="0044764E" w:rsidRPr="005C657F" w14:paraId="7B8CD3F6" w14:textId="77777777" w:rsidTr="006117BB">
      <w:trPr>
        <w:trHeight w:val="274"/>
      </w:trPr>
      <w:tc>
        <w:tcPr>
          <w:tcW w:w="2268" w:type="dxa"/>
          <w:shd w:val="clear" w:color="auto" w:fill="EEECE1" w:themeFill="background2"/>
        </w:tcPr>
        <w:p w14:paraId="0ADD9A9D" w14:textId="77777777" w:rsidR="0044764E" w:rsidRPr="005C657F" w:rsidRDefault="0044764E" w:rsidP="00252FCD">
          <w:pPr>
            <w:rPr>
              <w:rFonts w:asciiTheme="majorHAnsi" w:hAnsiTheme="majorHAnsi" w:cstheme="majorHAnsi"/>
            </w:rPr>
          </w:pPr>
          <w:r w:rsidRPr="005C657F">
            <w:rPr>
              <w:rFonts w:asciiTheme="majorHAnsi" w:hAnsiTheme="majorHAnsi" w:cstheme="majorHAnsi"/>
            </w:rPr>
            <w:t>Study Sponsor</w:t>
          </w:r>
        </w:p>
      </w:tc>
      <w:tc>
        <w:tcPr>
          <w:tcW w:w="4535" w:type="dxa"/>
        </w:tcPr>
        <w:p w14:paraId="72813919" w14:textId="77777777" w:rsidR="0044764E" w:rsidRPr="005C657F" w:rsidRDefault="0044764E" w:rsidP="00252FCD">
          <w:pPr>
            <w:rPr>
              <w:rFonts w:asciiTheme="majorHAnsi" w:hAnsiTheme="majorHAnsi" w:cstheme="majorHAnsi"/>
            </w:rPr>
          </w:pPr>
        </w:p>
      </w:tc>
      <w:tc>
        <w:tcPr>
          <w:tcW w:w="2552" w:type="dxa"/>
          <w:shd w:val="clear" w:color="auto" w:fill="EEECE1" w:themeFill="background2"/>
        </w:tcPr>
        <w:p w14:paraId="62785988" w14:textId="5870A571" w:rsidR="0044764E" w:rsidRPr="005C657F" w:rsidRDefault="003B23B9" w:rsidP="00252FCD">
          <w:pPr>
            <w:rPr>
              <w:rFonts w:asciiTheme="majorHAnsi" w:hAnsiTheme="majorHAnsi" w:cstheme="majorHAnsi"/>
            </w:rPr>
          </w:pPr>
          <w:r w:rsidRPr="003B23B9">
            <w:rPr>
              <w:rFonts w:asciiTheme="majorHAnsi" w:hAnsiTheme="majorHAnsi" w:cstheme="majorHAnsi"/>
            </w:rPr>
            <w:t>Site N</w:t>
          </w:r>
          <w:r w:rsidR="000916AC">
            <w:rPr>
              <w:rFonts w:asciiTheme="majorHAnsi" w:hAnsiTheme="majorHAnsi" w:cstheme="majorHAnsi" w:hint="eastAsia"/>
              <w:lang w:eastAsia="ja-JP"/>
            </w:rPr>
            <w:t xml:space="preserve">ame </w:t>
          </w:r>
          <w:r w:rsidRPr="003B23B9">
            <w:rPr>
              <w:rFonts w:asciiTheme="majorHAnsi" w:hAnsiTheme="majorHAnsi" w:cstheme="majorHAnsi"/>
            </w:rPr>
            <w:t xml:space="preserve">(Site </w:t>
          </w:r>
          <w:r w:rsidR="000916AC">
            <w:rPr>
              <w:rFonts w:asciiTheme="majorHAnsi" w:hAnsiTheme="majorHAnsi" w:cstheme="majorHAnsi" w:hint="eastAsia"/>
              <w:lang w:eastAsia="ja-JP"/>
            </w:rPr>
            <w:t>Number</w:t>
          </w:r>
          <w:r w:rsidRPr="003B23B9">
            <w:rPr>
              <w:rFonts w:asciiTheme="majorHAnsi" w:hAnsiTheme="majorHAnsi" w:cstheme="majorHAnsi"/>
            </w:rPr>
            <w:t xml:space="preserve">) </w:t>
          </w:r>
          <w:r w:rsidR="0044764E" w:rsidRPr="005C657F">
            <w:rPr>
              <w:rFonts w:asciiTheme="majorHAnsi" w:hAnsiTheme="majorHAnsi" w:cstheme="majorHAnsi"/>
            </w:rPr>
            <w:t xml:space="preserve"> </w:t>
          </w:r>
        </w:p>
      </w:tc>
      <w:tc>
        <w:tcPr>
          <w:tcW w:w="4819" w:type="dxa"/>
        </w:tcPr>
        <w:p w14:paraId="3E0FB483" w14:textId="648BD4A3" w:rsidR="0044764E" w:rsidRPr="005C657F" w:rsidRDefault="009F278F" w:rsidP="00252FCD">
          <w:pPr>
            <w:rPr>
              <w:rFonts w:asciiTheme="majorHAnsi" w:hAnsiTheme="majorHAnsi" w:cstheme="majorHAnsi"/>
            </w:rPr>
          </w:pPr>
          <w:r>
            <w:rPr>
              <w:rFonts w:asciiTheme="majorHAnsi" w:hAnsiTheme="majorHAnsi" w:cstheme="majorHAnsi" w:hint="eastAsia"/>
              <w:lang w:eastAsia="ja-JP"/>
            </w:rPr>
            <w:t>Japan/</w:t>
          </w:r>
          <w:r>
            <w:rPr>
              <w:rFonts w:asciiTheme="majorHAnsi" w:hAnsiTheme="majorHAnsi" w:cstheme="majorHAnsi" w:hint="eastAsia"/>
              <w:lang w:eastAsia="ja-JP"/>
            </w:rPr>
            <w:t xml:space="preserve">　</w:t>
          </w:r>
        </w:p>
      </w:tc>
    </w:tr>
    <w:tr w:rsidR="0044764E" w:rsidRPr="005C657F" w14:paraId="657E39B9" w14:textId="77777777" w:rsidTr="006117BB">
      <w:trPr>
        <w:trHeight w:val="300"/>
      </w:trPr>
      <w:tc>
        <w:tcPr>
          <w:tcW w:w="2268" w:type="dxa"/>
          <w:shd w:val="clear" w:color="auto" w:fill="EEECE1" w:themeFill="background2"/>
        </w:tcPr>
        <w:p w14:paraId="64AC846B" w14:textId="77777777" w:rsidR="0044764E" w:rsidRPr="005C657F" w:rsidRDefault="0044764E" w:rsidP="00252FCD">
          <w:pPr>
            <w:rPr>
              <w:rFonts w:asciiTheme="majorHAnsi" w:hAnsiTheme="majorHAnsi" w:cstheme="majorHAnsi"/>
            </w:rPr>
          </w:pPr>
          <w:r w:rsidRPr="005C657F">
            <w:rPr>
              <w:rFonts w:asciiTheme="majorHAnsi" w:hAnsiTheme="majorHAnsi" w:cstheme="majorHAnsi"/>
            </w:rPr>
            <w:t>Protocol Number</w:t>
          </w:r>
        </w:p>
      </w:tc>
      <w:tc>
        <w:tcPr>
          <w:tcW w:w="4535" w:type="dxa"/>
        </w:tcPr>
        <w:p w14:paraId="4960E70B" w14:textId="77777777" w:rsidR="0044764E" w:rsidRPr="005C657F" w:rsidRDefault="0044764E" w:rsidP="00252FCD">
          <w:pPr>
            <w:rPr>
              <w:rFonts w:asciiTheme="majorHAnsi" w:hAnsiTheme="majorHAnsi" w:cstheme="majorHAnsi"/>
            </w:rPr>
          </w:pPr>
        </w:p>
      </w:tc>
      <w:tc>
        <w:tcPr>
          <w:tcW w:w="2552" w:type="dxa"/>
          <w:shd w:val="clear" w:color="auto" w:fill="EEECE1" w:themeFill="background2"/>
        </w:tcPr>
        <w:p w14:paraId="258C7999" w14:textId="77777777" w:rsidR="0044764E" w:rsidRDefault="0044764E" w:rsidP="00252FCD">
          <w:pPr>
            <w:rPr>
              <w:rFonts w:asciiTheme="majorHAnsi" w:hAnsiTheme="majorHAnsi" w:cstheme="majorHAnsi"/>
              <w:lang w:eastAsia="ja-JP"/>
            </w:rPr>
          </w:pPr>
          <w:r w:rsidRPr="005C657F">
            <w:rPr>
              <w:rFonts w:asciiTheme="majorHAnsi" w:hAnsiTheme="majorHAnsi" w:cstheme="majorHAnsi"/>
            </w:rPr>
            <w:t>Principal Investigator</w:t>
          </w:r>
          <w:r>
            <w:rPr>
              <w:rFonts w:asciiTheme="majorHAnsi" w:hAnsiTheme="majorHAnsi" w:cstheme="majorHAnsi" w:hint="eastAsia"/>
              <w:lang w:eastAsia="ja-JP"/>
            </w:rPr>
            <w:t xml:space="preserve"> </w:t>
          </w:r>
        </w:p>
        <w:p w14:paraId="1921ABF1" w14:textId="77777777" w:rsidR="0044764E" w:rsidRPr="005C657F" w:rsidRDefault="0044764E" w:rsidP="00252FCD">
          <w:pPr>
            <w:rPr>
              <w:rFonts w:asciiTheme="majorHAnsi" w:hAnsiTheme="majorHAnsi" w:cstheme="majorHAnsi"/>
            </w:rPr>
          </w:pPr>
          <w:r>
            <w:rPr>
              <w:rFonts w:asciiTheme="majorHAnsi" w:hAnsiTheme="majorHAnsi" w:cstheme="majorHAnsi"/>
              <w:lang w:eastAsia="ja-JP"/>
            </w:rPr>
            <w:t xml:space="preserve"> / Clinical Department</w:t>
          </w:r>
        </w:p>
      </w:tc>
      <w:tc>
        <w:tcPr>
          <w:tcW w:w="4819" w:type="dxa"/>
        </w:tcPr>
        <w:p w14:paraId="3BCDE95C" w14:textId="77777777" w:rsidR="0044764E" w:rsidRPr="005C657F" w:rsidRDefault="0044764E" w:rsidP="00252FCD">
          <w:pPr>
            <w:rPr>
              <w:rFonts w:asciiTheme="majorHAnsi" w:hAnsiTheme="majorHAnsi" w:cstheme="majorHAnsi"/>
            </w:rPr>
          </w:pPr>
        </w:p>
      </w:tc>
    </w:tr>
  </w:tbl>
  <w:p w14:paraId="4FD2C248" w14:textId="77777777" w:rsidR="0044764E" w:rsidRDefault="0044764E" w:rsidP="2264793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1A2593D"/>
    <w:multiLevelType w:val="hybridMultilevel"/>
    <w:tmpl w:val="A044FA5E"/>
    <w:lvl w:ilvl="0" w:tplc="E6A61628">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17500675"/>
    <w:multiLevelType w:val="hybridMultilevel"/>
    <w:tmpl w:val="B1549946"/>
    <w:lvl w:ilvl="0" w:tplc="20803ED8">
      <w:start w:val="1"/>
      <w:numFmt w:val="bullet"/>
      <w:lvlText w:val=""/>
      <w:lvlJc w:val="left"/>
      <w:pPr>
        <w:ind w:left="758" w:hanging="440"/>
      </w:pPr>
      <w:rPr>
        <w:rFonts w:ascii="Wingdings" w:hAnsi="Wingdings" w:hint="default"/>
      </w:rPr>
    </w:lvl>
    <w:lvl w:ilvl="1" w:tplc="0409000B" w:tentative="1">
      <w:start w:val="1"/>
      <w:numFmt w:val="bullet"/>
      <w:lvlText w:val=""/>
      <w:lvlJc w:val="left"/>
      <w:pPr>
        <w:ind w:left="1198" w:hanging="440"/>
      </w:pPr>
      <w:rPr>
        <w:rFonts w:ascii="Wingdings" w:hAnsi="Wingdings" w:hint="default"/>
      </w:rPr>
    </w:lvl>
    <w:lvl w:ilvl="2" w:tplc="0409000D" w:tentative="1">
      <w:start w:val="1"/>
      <w:numFmt w:val="bullet"/>
      <w:lvlText w:val=""/>
      <w:lvlJc w:val="left"/>
      <w:pPr>
        <w:ind w:left="1638" w:hanging="440"/>
      </w:pPr>
      <w:rPr>
        <w:rFonts w:ascii="Wingdings" w:hAnsi="Wingdings" w:hint="default"/>
      </w:rPr>
    </w:lvl>
    <w:lvl w:ilvl="3" w:tplc="04090001" w:tentative="1">
      <w:start w:val="1"/>
      <w:numFmt w:val="bullet"/>
      <w:lvlText w:val=""/>
      <w:lvlJc w:val="left"/>
      <w:pPr>
        <w:ind w:left="2078" w:hanging="440"/>
      </w:pPr>
      <w:rPr>
        <w:rFonts w:ascii="Wingdings" w:hAnsi="Wingdings" w:hint="default"/>
      </w:rPr>
    </w:lvl>
    <w:lvl w:ilvl="4" w:tplc="0409000B" w:tentative="1">
      <w:start w:val="1"/>
      <w:numFmt w:val="bullet"/>
      <w:lvlText w:val=""/>
      <w:lvlJc w:val="left"/>
      <w:pPr>
        <w:ind w:left="2518" w:hanging="440"/>
      </w:pPr>
      <w:rPr>
        <w:rFonts w:ascii="Wingdings" w:hAnsi="Wingdings" w:hint="default"/>
      </w:rPr>
    </w:lvl>
    <w:lvl w:ilvl="5" w:tplc="0409000D" w:tentative="1">
      <w:start w:val="1"/>
      <w:numFmt w:val="bullet"/>
      <w:lvlText w:val=""/>
      <w:lvlJc w:val="left"/>
      <w:pPr>
        <w:ind w:left="2958" w:hanging="440"/>
      </w:pPr>
      <w:rPr>
        <w:rFonts w:ascii="Wingdings" w:hAnsi="Wingdings" w:hint="default"/>
      </w:rPr>
    </w:lvl>
    <w:lvl w:ilvl="6" w:tplc="04090001" w:tentative="1">
      <w:start w:val="1"/>
      <w:numFmt w:val="bullet"/>
      <w:lvlText w:val=""/>
      <w:lvlJc w:val="left"/>
      <w:pPr>
        <w:ind w:left="3398" w:hanging="440"/>
      </w:pPr>
      <w:rPr>
        <w:rFonts w:ascii="Wingdings" w:hAnsi="Wingdings" w:hint="default"/>
      </w:rPr>
    </w:lvl>
    <w:lvl w:ilvl="7" w:tplc="0409000B" w:tentative="1">
      <w:start w:val="1"/>
      <w:numFmt w:val="bullet"/>
      <w:lvlText w:val=""/>
      <w:lvlJc w:val="left"/>
      <w:pPr>
        <w:ind w:left="3838" w:hanging="440"/>
      </w:pPr>
      <w:rPr>
        <w:rFonts w:ascii="Wingdings" w:hAnsi="Wingdings" w:hint="default"/>
      </w:rPr>
    </w:lvl>
    <w:lvl w:ilvl="8" w:tplc="0409000D" w:tentative="1">
      <w:start w:val="1"/>
      <w:numFmt w:val="bullet"/>
      <w:lvlText w:val=""/>
      <w:lvlJc w:val="left"/>
      <w:pPr>
        <w:ind w:left="4278" w:hanging="440"/>
      </w:pPr>
      <w:rPr>
        <w:rFonts w:ascii="Wingdings" w:hAnsi="Wingdings" w:hint="default"/>
      </w:rPr>
    </w:lvl>
  </w:abstractNum>
  <w:abstractNum w:abstractNumId="11" w15:restartNumberingAfterBreak="0">
    <w:nsid w:val="1E5D057D"/>
    <w:multiLevelType w:val="hybridMultilevel"/>
    <w:tmpl w:val="81565346"/>
    <w:lvl w:ilvl="0" w:tplc="4B96231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14FA100"/>
    <w:multiLevelType w:val="hybridMultilevel"/>
    <w:tmpl w:val="B5D652B2"/>
    <w:lvl w:ilvl="0" w:tplc="FD02C9B8">
      <w:start w:val="1"/>
      <w:numFmt w:val="decimal"/>
      <w:lvlText w:val="%1."/>
      <w:lvlJc w:val="left"/>
      <w:pPr>
        <w:ind w:left="420" w:hanging="420"/>
      </w:pPr>
    </w:lvl>
    <w:lvl w:ilvl="1" w:tplc="4EA8EF4A">
      <w:start w:val="1"/>
      <w:numFmt w:val="lowerLetter"/>
      <w:lvlText w:val="%2."/>
      <w:lvlJc w:val="left"/>
      <w:pPr>
        <w:ind w:left="840" w:hanging="420"/>
      </w:pPr>
    </w:lvl>
    <w:lvl w:ilvl="2" w:tplc="7608A344">
      <w:start w:val="1"/>
      <w:numFmt w:val="lowerRoman"/>
      <w:lvlText w:val="%3."/>
      <w:lvlJc w:val="right"/>
      <w:pPr>
        <w:ind w:left="1260" w:hanging="420"/>
      </w:pPr>
    </w:lvl>
    <w:lvl w:ilvl="3" w:tplc="D19CCA40">
      <w:start w:val="1"/>
      <w:numFmt w:val="decimal"/>
      <w:lvlText w:val="%4."/>
      <w:lvlJc w:val="left"/>
      <w:pPr>
        <w:ind w:left="1680" w:hanging="420"/>
      </w:pPr>
    </w:lvl>
    <w:lvl w:ilvl="4" w:tplc="9530B7F6">
      <w:start w:val="1"/>
      <w:numFmt w:val="lowerLetter"/>
      <w:lvlText w:val="%5."/>
      <w:lvlJc w:val="left"/>
      <w:pPr>
        <w:ind w:left="2100" w:hanging="420"/>
      </w:pPr>
    </w:lvl>
    <w:lvl w:ilvl="5" w:tplc="F3E2E482">
      <w:start w:val="1"/>
      <w:numFmt w:val="lowerRoman"/>
      <w:lvlText w:val="%6."/>
      <w:lvlJc w:val="right"/>
      <w:pPr>
        <w:ind w:left="2520" w:hanging="420"/>
      </w:pPr>
    </w:lvl>
    <w:lvl w:ilvl="6" w:tplc="E5848208">
      <w:start w:val="1"/>
      <w:numFmt w:val="decimal"/>
      <w:lvlText w:val="%7."/>
      <w:lvlJc w:val="left"/>
      <w:pPr>
        <w:ind w:left="2940" w:hanging="420"/>
      </w:pPr>
    </w:lvl>
    <w:lvl w:ilvl="7" w:tplc="DFC65442">
      <w:start w:val="1"/>
      <w:numFmt w:val="lowerLetter"/>
      <w:lvlText w:val="%8."/>
      <w:lvlJc w:val="left"/>
      <w:pPr>
        <w:ind w:left="3360" w:hanging="420"/>
      </w:pPr>
    </w:lvl>
    <w:lvl w:ilvl="8" w:tplc="DCEA991A">
      <w:start w:val="1"/>
      <w:numFmt w:val="lowerRoman"/>
      <w:lvlText w:val="%9."/>
      <w:lvlJc w:val="right"/>
      <w:pPr>
        <w:ind w:left="3780" w:hanging="420"/>
      </w:pPr>
    </w:lvl>
  </w:abstractNum>
  <w:abstractNum w:abstractNumId="13" w15:restartNumberingAfterBreak="0">
    <w:nsid w:val="4027507D"/>
    <w:multiLevelType w:val="hybridMultilevel"/>
    <w:tmpl w:val="1E66839E"/>
    <w:lvl w:ilvl="0" w:tplc="20803ED8">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40DC7617"/>
    <w:multiLevelType w:val="hybridMultilevel"/>
    <w:tmpl w:val="60FE8A9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40524E7"/>
    <w:multiLevelType w:val="hybridMultilevel"/>
    <w:tmpl w:val="C73A88D0"/>
    <w:lvl w:ilvl="0" w:tplc="20803ED8">
      <w:start w:val="1"/>
      <w:numFmt w:val="bullet"/>
      <w:lvlText w:val=""/>
      <w:lvlJc w:val="left"/>
      <w:pPr>
        <w:ind w:left="475" w:hanging="440"/>
      </w:pPr>
      <w:rPr>
        <w:rFonts w:ascii="Wingdings" w:hAnsi="Wingdings" w:hint="default"/>
      </w:rPr>
    </w:lvl>
    <w:lvl w:ilvl="1" w:tplc="0409000B" w:tentative="1">
      <w:start w:val="1"/>
      <w:numFmt w:val="bullet"/>
      <w:lvlText w:val=""/>
      <w:lvlJc w:val="left"/>
      <w:pPr>
        <w:ind w:left="915" w:hanging="440"/>
      </w:pPr>
      <w:rPr>
        <w:rFonts w:ascii="Wingdings" w:hAnsi="Wingdings" w:hint="default"/>
      </w:rPr>
    </w:lvl>
    <w:lvl w:ilvl="2" w:tplc="0409000D" w:tentative="1">
      <w:start w:val="1"/>
      <w:numFmt w:val="bullet"/>
      <w:lvlText w:val=""/>
      <w:lvlJc w:val="left"/>
      <w:pPr>
        <w:ind w:left="1355" w:hanging="440"/>
      </w:pPr>
      <w:rPr>
        <w:rFonts w:ascii="Wingdings" w:hAnsi="Wingdings" w:hint="default"/>
      </w:rPr>
    </w:lvl>
    <w:lvl w:ilvl="3" w:tplc="04090001" w:tentative="1">
      <w:start w:val="1"/>
      <w:numFmt w:val="bullet"/>
      <w:lvlText w:val=""/>
      <w:lvlJc w:val="left"/>
      <w:pPr>
        <w:ind w:left="1795" w:hanging="440"/>
      </w:pPr>
      <w:rPr>
        <w:rFonts w:ascii="Wingdings" w:hAnsi="Wingdings" w:hint="default"/>
      </w:rPr>
    </w:lvl>
    <w:lvl w:ilvl="4" w:tplc="0409000B" w:tentative="1">
      <w:start w:val="1"/>
      <w:numFmt w:val="bullet"/>
      <w:lvlText w:val=""/>
      <w:lvlJc w:val="left"/>
      <w:pPr>
        <w:ind w:left="2235" w:hanging="440"/>
      </w:pPr>
      <w:rPr>
        <w:rFonts w:ascii="Wingdings" w:hAnsi="Wingdings" w:hint="default"/>
      </w:rPr>
    </w:lvl>
    <w:lvl w:ilvl="5" w:tplc="0409000D" w:tentative="1">
      <w:start w:val="1"/>
      <w:numFmt w:val="bullet"/>
      <w:lvlText w:val=""/>
      <w:lvlJc w:val="left"/>
      <w:pPr>
        <w:ind w:left="2675" w:hanging="440"/>
      </w:pPr>
      <w:rPr>
        <w:rFonts w:ascii="Wingdings" w:hAnsi="Wingdings" w:hint="default"/>
      </w:rPr>
    </w:lvl>
    <w:lvl w:ilvl="6" w:tplc="04090001" w:tentative="1">
      <w:start w:val="1"/>
      <w:numFmt w:val="bullet"/>
      <w:lvlText w:val=""/>
      <w:lvlJc w:val="left"/>
      <w:pPr>
        <w:ind w:left="3115" w:hanging="440"/>
      </w:pPr>
      <w:rPr>
        <w:rFonts w:ascii="Wingdings" w:hAnsi="Wingdings" w:hint="default"/>
      </w:rPr>
    </w:lvl>
    <w:lvl w:ilvl="7" w:tplc="0409000B" w:tentative="1">
      <w:start w:val="1"/>
      <w:numFmt w:val="bullet"/>
      <w:lvlText w:val=""/>
      <w:lvlJc w:val="left"/>
      <w:pPr>
        <w:ind w:left="3555" w:hanging="440"/>
      </w:pPr>
      <w:rPr>
        <w:rFonts w:ascii="Wingdings" w:hAnsi="Wingdings" w:hint="default"/>
      </w:rPr>
    </w:lvl>
    <w:lvl w:ilvl="8" w:tplc="0409000D" w:tentative="1">
      <w:start w:val="1"/>
      <w:numFmt w:val="bullet"/>
      <w:lvlText w:val=""/>
      <w:lvlJc w:val="left"/>
      <w:pPr>
        <w:ind w:left="3995" w:hanging="440"/>
      </w:pPr>
      <w:rPr>
        <w:rFonts w:ascii="Wingdings" w:hAnsi="Wingdings" w:hint="default"/>
      </w:rPr>
    </w:lvl>
  </w:abstractNum>
  <w:abstractNum w:abstractNumId="16" w15:restartNumberingAfterBreak="0">
    <w:nsid w:val="457E48F3"/>
    <w:multiLevelType w:val="hybridMultilevel"/>
    <w:tmpl w:val="E5D0EB4E"/>
    <w:lvl w:ilvl="0" w:tplc="20803ED8">
      <w:start w:val="1"/>
      <w:numFmt w:val="bullet"/>
      <w:lvlText w:val=""/>
      <w:lvlJc w:val="left"/>
      <w:pPr>
        <w:ind w:left="475" w:hanging="440"/>
      </w:pPr>
      <w:rPr>
        <w:rFonts w:ascii="Wingdings" w:hAnsi="Wingdings" w:hint="default"/>
      </w:rPr>
    </w:lvl>
    <w:lvl w:ilvl="1" w:tplc="0409000B" w:tentative="1">
      <w:start w:val="1"/>
      <w:numFmt w:val="bullet"/>
      <w:lvlText w:val=""/>
      <w:lvlJc w:val="left"/>
      <w:pPr>
        <w:ind w:left="915" w:hanging="440"/>
      </w:pPr>
      <w:rPr>
        <w:rFonts w:ascii="Wingdings" w:hAnsi="Wingdings" w:hint="default"/>
      </w:rPr>
    </w:lvl>
    <w:lvl w:ilvl="2" w:tplc="0409000D" w:tentative="1">
      <w:start w:val="1"/>
      <w:numFmt w:val="bullet"/>
      <w:lvlText w:val=""/>
      <w:lvlJc w:val="left"/>
      <w:pPr>
        <w:ind w:left="1355" w:hanging="440"/>
      </w:pPr>
      <w:rPr>
        <w:rFonts w:ascii="Wingdings" w:hAnsi="Wingdings" w:hint="default"/>
      </w:rPr>
    </w:lvl>
    <w:lvl w:ilvl="3" w:tplc="04090001" w:tentative="1">
      <w:start w:val="1"/>
      <w:numFmt w:val="bullet"/>
      <w:lvlText w:val=""/>
      <w:lvlJc w:val="left"/>
      <w:pPr>
        <w:ind w:left="1795" w:hanging="440"/>
      </w:pPr>
      <w:rPr>
        <w:rFonts w:ascii="Wingdings" w:hAnsi="Wingdings" w:hint="default"/>
      </w:rPr>
    </w:lvl>
    <w:lvl w:ilvl="4" w:tplc="0409000B" w:tentative="1">
      <w:start w:val="1"/>
      <w:numFmt w:val="bullet"/>
      <w:lvlText w:val=""/>
      <w:lvlJc w:val="left"/>
      <w:pPr>
        <w:ind w:left="2235" w:hanging="440"/>
      </w:pPr>
      <w:rPr>
        <w:rFonts w:ascii="Wingdings" w:hAnsi="Wingdings" w:hint="default"/>
      </w:rPr>
    </w:lvl>
    <w:lvl w:ilvl="5" w:tplc="0409000D" w:tentative="1">
      <w:start w:val="1"/>
      <w:numFmt w:val="bullet"/>
      <w:lvlText w:val=""/>
      <w:lvlJc w:val="left"/>
      <w:pPr>
        <w:ind w:left="2675" w:hanging="440"/>
      </w:pPr>
      <w:rPr>
        <w:rFonts w:ascii="Wingdings" w:hAnsi="Wingdings" w:hint="default"/>
      </w:rPr>
    </w:lvl>
    <w:lvl w:ilvl="6" w:tplc="04090001" w:tentative="1">
      <w:start w:val="1"/>
      <w:numFmt w:val="bullet"/>
      <w:lvlText w:val=""/>
      <w:lvlJc w:val="left"/>
      <w:pPr>
        <w:ind w:left="3115" w:hanging="440"/>
      </w:pPr>
      <w:rPr>
        <w:rFonts w:ascii="Wingdings" w:hAnsi="Wingdings" w:hint="default"/>
      </w:rPr>
    </w:lvl>
    <w:lvl w:ilvl="7" w:tplc="0409000B" w:tentative="1">
      <w:start w:val="1"/>
      <w:numFmt w:val="bullet"/>
      <w:lvlText w:val=""/>
      <w:lvlJc w:val="left"/>
      <w:pPr>
        <w:ind w:left="3555" w:hanging="440"/>
      </w:pPr>
      <w:rPr>
        <w:rFonts w:ascii="Wingdings" w:hAnsi="Wingdings" w:hint="default"/>
      </w:rPr>
    </w:lvl>
    <w:lvl w:ilvl="8" w:tplc="0409000D" w:tentative="1">
      <w:start w:val="1"/>
      <w:numFmt w:val="bullet"/>
      <w:lvlText w:val=""/>
      <w:lvlJc w:val="left"/>
      <w:pPr>
        <w:ind w:left="3995" w:hanging="440"/>
      </w:pPr>
      <w:rPr>
        <w:rFonts w:ascii="Wingdings" w:hAnsi="Wingdings" w:hint="default"/>
      </w:rPr>
    </w:lvl>
  </w:abstractNum>
  <w:abstractNum w:abstractNumId="17" w15:restartNumberingAfterBreak="0">
    <w:nsid w:val="52901ABE"/>
    <w:multiLevelType w:val="hybridMultilevel"/>
    <w:tmpl w:val="B3B22B96"/>
    <w:lvl w:ilvl="0" w:tplc="8294FA54">
      <w:start w:val="9"/>
      <w:numFmt w:val="decimal"/>
      <w:lvlText w:val="%1．"/>
      <w:lvlJc w:val="left"/>
      <w:pPr>
        <w:ind w:left="440" w:hanging="440"/>
      </w:pPr>
      <w:rPr>
        <w:rFonts w:hint="default"/>
        <w:i w:val="0"/>
        <w:iCs w:val="0"/>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55E876A0"/>
    <w:multiLevelType w:val="hybridMultilevel"/>
    <w:tmpl w:val="3934CA54"/>
    <w:lvl w:ilvl="0" w:tplc="20803ED8">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58BD0E39"/>
    <w:multiLevelType w:val="hybridMultilevel"/>
    <w:tmpl w:val="B2DAC358"/>
    <w:lvl w:ilvl="0" w:tplc="04090001">
      <w:start w:val="1"/>
      <w:numFmt w:val="bullet"/>
      <w:lvlText w:val=""/>
      <w:lvlJc w:val="left"/>
      <w:pPr>
        <w:ind w:left="781" w:hanging="420"/>
      </w:pPr>
      <w:rPr>
        <w:rFonts w:ascii="Wingdings" w:hAnsi="Wingdings" w:hint="default"/>
      </w:rPr>
    </w:lvl>
    <w:lvl w:ilvl="1" w:tplc="0409000B" w:tentative="1">
      <w:start w:val="1"/>
      <w:numFmt w:val="bullet"/>
      <w:lvlText w:val=""/>
      <w:lvlJc w:val="left"/>
      <w:pPr>
        <w:ind w:left="1201" w:hanging="420"/>
      </w:pPr>
      <w:rPr>
        <w:rFonts w:ascii="Wingdings" w:hAnsi="Wingdings" w:hint="default"/>
      </w:rPr>
    </w:lvl>
    <w:lvl w:ilvl="2" w:tplc="0409000D" w:tentative="1">
      <w:start w:val="1"/>
      <w:numFmt w:val="bullet"/>
      <w:lvlText w:val=""/>
      <w:lvlJc w:val="left"/>
      <w:pPr>
        <w:ind w:left="1621" w:hanging="420"/>
      </w:pPr>
      <w:rPr>
        <w:rFonts w:ascii="Wingdings" w:hAnsi="Wingdings" w:hint="default"/>
      </w:rPr>
    </w:lvl>
    <w:lvl w:ilvl="3" w:tplc="04090001" w:tentative="1">
      <w:start w:val="1"/>
      <w:numFmt w:val="bullet"/>
      <w:lvlText w:val=""/>
      <w:lvlJc w:val="left"/>
      <w:pPr>
        <w:ind w:left="2041" w:hanging="420"/>
      </w:pPr>
      <w:rPr>
        <w:rFonts w:ascii="Wingdings" w:hAnsi="Wingdings" w:hint="default"/>
      </w:rPr>
    </w:lvl>
    <w:lvl w:ilvl="4" w:tplc="0409000B" w:tentative="1">
      <w:start w:val="1"/>
      <w:numFmt w:val="bullet"/>
      <w:lvlText w:val=""/>
      <w:lvlJc w:val="left"/>
      <w:pPr>
        <w:ind w:left="2461" w:hanging="420"/>
      </w:pPr>
      <w:rPr>
        <w:rFonts w:ascii="Wingdings" w:hAnsi="Wingdings" w:hint="default"/>
      </w:rPr>
    </w:lvl>
    <w:lvl w:ilvl="5" w:tplc="0409000D" w:tentative="1">
      <w:start w:val="1"/>
      <w:numFmt w:val="bullet"/>
      <w:lvlText w:val=""/>
      <w:lvlJc w:val="left"/>
      <w:pPr>
        <w:ind w:left="2881" w:hanging="420"/>
      </w:pPr>
      <w:rPr>
        <w:rFonts w:ascii="Wingdings" w:hAnsi="Wingdings" w:hint="default"/>
      </w:rPr>
    </w:lvl>
    <w:lvl w:ilvl="6" w:tplc="04090001" w:tentative="1">
      <w:start w:val="1"/>
      <w:numFmt w:val="bullet"/>
      <w:lvlText w:val=""/>
      <w:lvlJc w:val="left"/>
      <w:pPr>
        <w:ind w:left="3301" w:hanging="420"/>
      </w:pPr>
      <w:rPr>
        <w:rFonts w:ascii="Wingdings" w:hAnsi="Wingdings" w:hint="default"/>
      </w:rPr>
    </w:lvl>
    <w:lvl w:ilvl="7" w:tplc="0409000B" w:tentative="1">
      <w:start w:val="1"/>
      <w:numFmt w:val="bullet"/>
      <w:lvlText w:val=""/>
      <w:lvlJc w:val="left"/>
      <w:pPr>
        <w:ind w:left="3721" w:hanging="420"/>
      </w:pPr>
      <w:rPr>
        <w:rFonts w:ascii="Wingdings" w:hAnsi="Wingdings" w:hint="default"/>
      </w:rPr>
    </w:lvl>
    <w:lvl w:ilvl="8" w:tplc="0409000D" w:tentative="1">
      <w:start w:val="1"/>
      <w:numFmt w:val="bullet"/>
      <w:lvlText w:val=""/>
      <w:lvlJc w:val="left"/>
      <w:pPr>
        <w:ind w:left="4141" w:hanging="420"/>
      </w:pPr>
      <w:rPr>
        <w:rFonts w:ascii="Wingdings" w:hAnsi="Wingdings" w:hint="default"/>
      </w:rPr>
    </w:lvl>
  </w:abstractNum>
  <w:abstractNum w:abstractNumId="20" w15:restartNumberingAfterBreak="0">
    <w:nsid w:val="6EA752B9"/>
    <w:multiLevelType w:val="hybridMultilevel"/>
    <w:tmpl w:val="8D0C9316"/>
    <w:lvl w:ilvl="0" w:tplc="E6A61628">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6FAC6F4B"/>
    <w:multiLevelType w:val="hybridMultilevel"/>
    <w:tmpl w:val="DAAEDEAC"/>
    <w:lvl w:ilvl="0" w:tplc="8F4CEF52">
      <w:numFmt w:val="bullet"/>
      <w:lvlText w:val="・"/>
      <w:lvlJc w:val="left"/>
      <w:pPr>
        <w:ind w:left="721" w:hanging="360"/>
      </w:pPr>
      <w:rPr>
        <w:rFonts w:ascii="ＭＳ 明朝" w:eastAsia="ＭＳ 明朝" w:hAnsi="ＭＳ 明朝" w:cstheme="majorHAnsi" w:hint="eastAsia"/>
      </w:rPr>
    </w:lvl>
    <w:lvl w:ilvl="1" w:tplc="0409000B" w:tentative="1">
      <w:start w:val="1"/>
      <w:numFmt w:val="bullet"/>
      <w:lvlText w:val=""/>
      <w:lvlJc w:val="left"/>
      <w:pPr>
        <w:ind w:left="1201" w:hanging="420"/>
      </w:pPr>
      <w:rPr>
        <w:rFonts w:ascii="Wingdings" w:hAnsi="Wingdings" w:hint="default"/>
      </w:rPr>
    </w:lvl>
    <w:lvl w:ilvl="2" w:tplc="0409000D" w:tentative="1">
      <w:start w:val="1"/>
      <w:numFmt w:val="bullet"/>
      <w:lvlText w:val=""/>
      <w:lvlJc w:val="left"/>
      <w:pPr>
        <w:ind w:left="1621" w:hanging="420"/>
      </w:pPr>
      <w:rPr>
        <w:rFonts w:ascii="Wingdings" w:hAnsi="Wingdings" w:hint="default"/>
      </w:rPr>
    </w:lvl>
    <w:lvl w:ilvl="3" w:tplc="04090001" w:tentative="1">
      <w:start w:val="1"/>
      <w:numFmt w:val="bullet"/>
      <w:lvlText w:val=""/>
      <w:lvlJc w:val="left"/>
      <w:pPr>
        <w:ind w:left="2041" w:hanging="420"/>
      </w:pPr>
      <w:rPr>
        <w:rFonts w:ascii="Wingdings" w:hAnsi="Wingdings" w:hint="default"/>
      </w:rPr>
    </w:lvl>
    <w:lvl w:ilvl="4" w:tplc="0409000B" w:tentative="1">
      <w:start w:val="1"/>
      <w:numFmt w:val="bullet"/>
      <w:lvlText w:val=""/>
      <w:lvlJc w:val="left"/>
      <w:pPr>
        <w:ind w:left="2461" w:hanging="420"/>
      </w:pPr>
      <w:rPr>
        <w:rFonts w:ascii="Wingdings" w:hAnsi="Wingdings" w:hint="default"/>
      </w:rPr>
    </w:lvl>
    <w:lvl w:ilvl="5" w:tplc="0409000D" w:tentative="1">
      <w:start w:val="1"/>
      <w:numFmt w:val="bullet"/>
      <w:lvlText w:val=""/>
      <w:lvlJc w:val="left"/>
      <w:pPr>
        <w:ind w:left="2881" w:hanging="420"/>
      </w:pPr>
      <w:rPr>
        <w:rFonts w:ascii="Wingdings" w:hAnsi="Wingdings" w:hint="default"/>
      </w:rPr>
    </w:lvl>
    <w:lvl w:ilvl="6" w:tplc="04090001" w:tentative="1">
      <w:start w:val="1"/>
      <w:numFmt w:val="bullet"/>
      <w:lvlText w:val=""/>
      <w:lvlJc w:val="left"/>
      <w:pPr>
        <w:ind w:left="3301" w:hanging="420"/>
      </w:pPr>
      <w:rPr>
        <w:rFonts w:ascii="Wingdings" w:hAnsi="Wingdings" w:hint="default"/>
      </w:rPr>
    </w:lvl>
    <w:lvl w:ilvl="7" w:tplc="0409000B" w:tentative="1">
      <w:start w:val="1"/>
      <w:numFmt w:val="bullet"/>
      <w:lvlText w:val=""/>
      <w:lvlJc w:val="left"/>
      <w:pPr>
        <w:ind w:left="3721" w:hanging="420"/>
      </w:pPr>
      <w:rPr>
        <w:rFonts w:ascii="Wingdings" w:hAnsi="Wingdings" w:hint="default"/>
      </w:rPr>
    </w:lvl>
    <w:lvl w:ilvl="8" w:tplc="0409000D" w:tentative="1">
      <w:start w:val="1"/>
      <w:numFmt w:val="bullet"/>
      <w:lvlText w:val=""/>
      <w:lvlJc w:val="left"/>
      <w:pPr>
        <w:ind w:left="4141" w:hanging="420"/>
      </w:pPr>
      <w:rPr>
        <w:rFonts w:ascii="Wingdings" w:hAnsi="Wingdings" w:hint="default"/>
      </w:rPr>
    </w:lvl>
  </w:abstractNum>
  <w:abstractNum w:abstractNumId="22" w15:restartNumberingAfterBreak="0">
    <w:nsid w:val="7F6C34B4"/>
    <w:multiLevelType w:val="hybridMultilevel"/>
    <w:tmpl w:val="A030FA08"/>
    <w:lvl w:ilvl="0" w:tplc="9A9615C6">
      <w:start w:val="17"/>
      <w:numFmt w:val="decimal"/>
      <w:lvlText w:val="%1．"/>
      <w:lvlJc w:val="left"/>
      <w:pPr>
        <w:ind w:left="440" w:hanging="440"/>
      </w:pPr>
      <w:rPr>
        <w:rFonts w:hint="default"/>
        <w:i w:val="0"/>
        <w:iCs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7FAA6F97"/>
    <w:multiLevelType w:val="hybridMultilevel"/>
    <w:tmpl w:val="80825D88"/>
    <w:lvl w:ilvl="0" w:tplc="20803ED8">
      <w:start w:val="1"/>
      <w:numFmt w:val="bullet"/>
      <w:lvlText w:val=""/>
      <w:lvlJc w:val="left"/>
      <w:pPr>
        <w:ind w:left="475" w:hanging="440"/>
      </w:pPr>
      <w:rPr>
        <w:rFonts w:ascii="Wingdings" w:hAnsi="Wingdings" w:hint="default"/>
      </w:rPr>
    </w:lvl>
    <w:lvl w:ilvl="1" w:tplc="0409000B" w:tentative="1">
      <w:start w:val="1"/>
      <w:numFmt w:val="bullet"/>
      <w:lvlText w:val=""/>
      <w:lvlJc w:val="left"/>
      <w:pPr>
        <w:ind w:left="915" w:hanging="440"/>
      </w:pPr>
      <w:rPr>
        <w:rFonts w:ascii="Wingdings" w:hAnsi="Wingdings" w:hint="default"/>
      </w:rPr>
    </w:lvl>
    <w:lvl w:ilvl="2" w:tplc="0409000D" w:tentative="1">
      <w:start w:val="1"/>
      <w:numFmt w:val="bullet"/>
      <w:lvlText w:val=""/>
      <w:lvlJc w:val="left"/>
      <w:pPr>
        <w:ind w:left="1355" w:hanging="440"/>
      </w:pPr>
      <w:rPr>
        <w:rFonts w:ascii="Wingdings" w:hAnsi="Wingdings" w:hint="default"/>
      </w:rPr>
    </w:lvl>
    <w:lvl w:ilvl="3" w:tplc="04090001" w:tentative="1">
      <w:start w:val="1"/>
      <w:numFmt w:val="bullet"/>
      <w:lvlText w:val=""/>
      <w:lvlJc w:val="left"/>
      <w:pPr>
        <w:ind w:left="1795" w:hanging="440"/>
      </w:pPr>
      <w:rPr>
        <w:rFonts w:ascii="Wingdings" w:hAnsi="Wingdings" w:hint="default"/>
      </w:rPr>
    </w:lvl>
    <w:lvl w:ilvl="4" w:tplc="0409000B" w:tentative="1">
      <w:start w:val="1"/>
      <w:numFmt w:val="bullet"/>
      <w:lvlText w:val=""/>
      <w:lvlJc w:val="left"/>
      <w:pPr>
        <w:ind w:left="2235" w:hanging="440"/>
      </w:pPr>
      <w:rPr>
        <w:rFonts w:ascii="Wingdings" w:hAnsi="Wingdings" w:hint="default"/>
      </w:rPr>
    </w:lvl>
    <w:lvl w:ilvl="5" w:tplc="0409000D" w:tentative="1">
      <w:start w:val="1"/>
      <w:numFmt w:val="bullet"/>
      <w:lvlText w:val=""/>
      <w:lvlJc w:val="left"/>
      <w:pPr>
        <w:ind w:left="2675" w:hanging="440"/>
      </w:pPr>
      <w:rPr>
        <w:rFonts w:ascii="Wingdings" w:hAnsi="Wingdings" w:hint="default"/>
      </w:rPr>
    </w:lvl>
    <w:lvl w:ilvl="6" w:tplc="04090001" w:tentative="1">
      <w:start w:val="1"/>
      <w:numFmt w:val="bullet"/>
      <w:lvlText w:val=""/>
      <w:lvlJc w:val="left"/>
      <w:pPr>
        <w:ind w:left="3115" w:hanging="440"/>
      </w:pPr>
      <w:rPr>
        <w:rFonts w:ascii="Wingdings" w:hAnsi="Wingdings" w:hint="default"/>
      </w:rPr>
    </w:lvl>
    <w:lvl w:ilvl="7" w:tplc="0409000B" w:tentative="1">
      <w:start w:val="1"/>
      <w:numFmt w:val="bullet"/>
      <w:lvlText w:val=""/>
      <w:lvlJc w:val="left"/>
      <w:pPr>
        <w:ind w:left="3555" w:hanging="440"/>
      </w:pPr>
      <w:rPr>
        <w:rFonts w:ascii="Wingdings" w:hAnsi="Wingdings" w:hint="default"/>
      </w:rPr>
    </w:lvl>
    <w:lvl w:ilvl="8" w:tplc="0409000D" w:tentative="1">
      <w:start w:val="1"/>
      <w:numFmt w:val="bullet"/>
      <w:lvlText w:val=""/>
      <w:lvlJc w:val="left"/>
      <w:pPr>
        <w:ind w:left="3995" w:hanging="440"/>
      </w:pPr>
      <w:rPr>
        <w:rFonts w:ascii="Wingdings" w:hAnsi="Wingdings" w:hint="default"/>
      </w:rPr>
    </w:lvl>
  </w:abstractNum>
  <w:num w:numId="1" w16cid:durableId="1896315219">
    <w:abstractNumId w:val="12"/>
  </w:num>
  <w:num w:numId="2" w16cid:durableId="480929765">
    <w:abstractNumId w:val="8"/>
  </w:num>
  <w:num w:numId="3" w16cid:durableId="1883208669">
    <w:abstractNumId w:val="6"/>
  </w:num>
  <w:num w:numId="4" w16cid:durableId="846020105">
    <w:abstractNumId w:val="5"/>
  </w:num>
  <w:num w:numId="5" w16cid:durableId="713116177">
    <w:abstractNumId w:val="4"/>
  </w:num>
  <w:num w:numId="6" w16cid:durableId="1179613789">
    <w:abstractNumId w:val="7"/>
  </w:num>
  <w:num w:numId="7" w16cid:durableId="1875969517">
    <w:abstractNumId w:val="3"/>
  </w:num>
  <w:num w:numId="8" w16cid:durableId="1628850151">
    <w:abstractNumId w:val="2"/>
  </w:num>
  <w:num w:numId="9" w16cid:durableId="1069772346">
    <w:abstractNumId w:val="1"/>
  </w:num>
  <w:num w:numId="10" w16cid:durableId="1940915990">
    <w:abstractNumId w:val="0"/>
  </w:num>
  <w:num w:numId="11" w16cid:durableId="1097359882">
    <w:abstractNumId w:val="11"/>
  </w:num>
  <w:num w:numId="12" w16cid:durableId="1505391349">
    <w:abstractNumId w:val="19"/>
  </w:num>
  <w:num w:numId="13" w16cid:durableId="1415202769">
    <w:abstractNumId w:val="21"/>
  </w:num>
  <w:num w:numId="14" w16cid:durableId="2017343974">
    <w:abstractNumId w:val="14"/>
  </w:num>
  <w:num w:numId="15" w16cid:durableId="67653453">
    <w:abstractNumId w:val="23"/>
  </w:num>
  <w:num w:numId="16" w16cid:durableId="135612909">
    <w:abstractNumId w:val="16"/>
  </w:num>
  <w:num w:numId="17" w16cid:durableId="1614284661">
    <w:abstractNumId w:val="13"/>
  </w:num>
  <w:num w:numId="18" w16cid:durableId="218250005">
    <w:abstractNumId w:val="18"/>
  </w:num>
  <w:num w:numId="19" w16cid:durableId="1132871161">
    <w:abstractNumId w:val="15"/>
  </w:num>
  <w:num w:numId="20" w16cid:durableId="205526527">
    <w:abstractNumId w:val="10"/>
  </w:num>
  <w:num w:numId="21" w16cid:durableId="1351445117">
    <w:abstractNumId w:val="9"/>
  </w:num>
  <w:num w:numId="22" w16cid:durableId="283969841">
    <w:abstractNumId w:val="17"/>
  </w:num>
  <w:num w:numId="23" w16cid:durableId="83576355">
    <w:abstractNumId w:val="20"/>
  </w:num>
  <w:num w:numId="24" w16cid:durableId="194487309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48BD"/>
    <w:rsid w:val="00034616"/>
    <w:rsid w:val="0006049B"/>
    <w:rsid w:val="0006063C"/>
    <w:rsid w:val="000665B2"/>
    <w:rsid w:val="00072228"/>
    <w:rsid w:val="00076615"/>
    <w:rsid w:val="00082E7F"/>
    <w:rsid w:val="00086F1C"/>
    <w:rsid w:val="000904A1"/>
    <w:rsid w:val="000916AC"/>
    <w:rsid w:val="00092464"/>
    <w:rsid w:val="00093062"/>
    <w:rsid w:val="000A2B0B"/>
    <w:rsid w:val="000A3349"/>
    <w:rsid w:val="000B10CE"/>
    <w:rsid w:val="000B20DE"/>
    <w:rsid w:val="000C3C4F"/>
    <w:rsid w:val="000E1878"/>
    <w:rsid w:val="000E4B40"/>
    <w:rsid w:val="000E6E56"/>
    <w:rsid w:val="00102BAB"/>
    <w:rsid w:val="0011088B"/>
    <w:rsid w:val="001169AB"/>
    <w:rsid w:val="00127F8C"/>
    <w:rsid w:val="00133D75"/>
    <w:rsid w:val="001438A6"/>
    <w:rsid w:val="0015074B"/>
    <w:rsid w:val="0015787B"/>
    <w:rsid w:val="0016731C"/>
    <w:rsid w:val="00167917"/>
    <w:rsid w:val="001808BE"/>
    <w:rsid w:val="00180AAF"/>
    <w:rsid w:val="001814D2"/>
    <w:rsid w:val="00181FDF"/>
    <w:rsid w:val="00184F8F"/>
    <w:rsid w:val="00187520"/>
    <w:rsid w:val="0018787A"/>
    <w:rsid w:val="001917BA"/>
    <w:rsid w:val="001920FE"/>
    <w:rsid w:val="001A55C8"/>
    <w:rsid w:val="001A60EC"/>
    <w:rsid w:val="001C39D9"/>
    <w:rsid w:val="001C6A14"/>
    <w:rsid w:val="001F4062"/>
    <w:rsid w:val="0020228C"/>
    <w:rsid w:val="00210340"/>
    <w:rsid w:val="00212175"/>
    <w:rsid w:val="00212C82"/>
    <w:rsid w:val="00225375"/>
    <w:rsid w:val="00231173"/>
    <w:rsid w:val="00231D05"/>
    <w:rsid w:val="00236043"/>
    <w:rsid w:val="002385E2"/>
    <w:rsid w:val="002479F3"/>
    <w:rsid w:val="00247C5B"/>
    <w:rsid w:val="00247E27"/>
    <w:rsid w:val="00252FCD"/>
    <w:rsid w:val="0026217B"/>
    <w:rsid w:val="00273EA7"/>
    <w:rsid w:val="002929E7"/>
    <w:rsid w:val="0029639D"/>
    <w:rsid w:val="00297C3C"/>
    <w:rsid w:val="002A5BE2"/>
    <w:rsid w:val="002B2333"/>
    <w:rsid w:val="002B40E9"/>
    <w:rsid w:val="002B6BBE"/>
    <w:rsid w:val="002E4870"/>
    <w:rsid w:val="002F2FD8"/>
    <w:rsid w:val="002F4B38"/>
    <w:rsid w:val="0030509E"/>
    <w:rsid w:val="003156C5"/>
    <w:rsid w:val="00316354"/>
    <w:rsid w:val="00320FEA"/>
    <w:rsid w:val="00326F90"/>
    <w:rsid w:val="00332B3F"/>
    <w:rsid w:val="00335342"/>
    <w:rsid w:val="00347038"/>
    <w:rsid w:val="00356F5D"/>
    <w:rsid w:val="00364E1F"/>
    <w:rsid w:val="0038169C"/>
    <w:rsid w:val="003A2B7A"/>
    <w:rsid w:val="003A7E5F"/>
    <w:rsid w:val="003B23B9"/>
    <w:rsid w:val="003B6C74"/>
    <w:rsid w:val="003B7F2C"/>
    <w:rsid w:val="003D6A6C"/>
    <w:rsid w:val="003D761D"/>
    <w:rsid w:val="003E2F05"/>
    <w:rsid w:val="003E379E"/>
    <w:rsid w:val="003E4909"/>
    <w:rsid w:val="003F4B95"/>
    <w:rsid w:val="003F4FF3"/>
    <w:rsid w:val="00401853"/>
    <w:rsid w:val="00404CAD"/>
    <w:rsid w:val="00406E42"/>
    <w:rsid w:val="00410198"/>
    <w:rsid w:val="00410B4F"/>
    <w:rsid w:val="00434A98"/>
    <w:rsid w:val="00435930"/>
    <w:rsid w:val="00437D05"/>
    <w:rsid w:val="0044102D"/>
    <w:rsid w:val="0044764E"/>
    <w:rsid w:val="00450A08"/>
    <w:rsid w:val="004555EC"/>
    <w:rsid w:val="00457EA0"/>
    <w:rsid w:val="00463F54"/>
    <w:rsid w:val="00471516"/>
    <w:rsid w:val="00482278"/>
    <w:rsid w:val="00482B96"/>
    <w:rsid w:val="004953CB"/>
    <w:rsid w:val="00497F96"/>
    <w:rsid w:val="004A76DA"/>
    <w:rsid w:val="004B6B0F"/>
    <w:rsid w:val="004B7A89"/>
    <w:rsid w:val="004C17A2"/>
    <w:rsid w:val="004C460A"/>
    <w:rsid w:val="004D1EA0"/>
    <w:rsid w:val="004D2B55"/>
    <w:rsid w:val="004D3C23"/>
    <w:rsid w:val="004E2E33"/>
    <w:rsid w:val="004E5511"/>
    <w:rsid w:val="004E586B"/>
    <w:rsid w:val="004F0016"/>
    <w:rsid w:val="004F0AAF"/>
    <w:rsid w:val="004F354B"/>
    <w:rsid w:val="00501714"/>
    <w:rsid w:val="00507A59"/>
    <w:rsid w:val="0051261F"/>
    <w:rsid w:val="00520C4F"/>
    <w:rsid w:val="00530AFC"/>
    <w:rsid w:val="00531935"/>
    <w:rsid w:val="005402B0"/>
    <w:rsid w:val="00555ED9"/>
    <w:rsid w:val="00560E8A"/>
    <w:rsid w:val="00580045"/>
    <w:rsid w:val="00585870"/>
    <w:rsid w:val="00585C8F"/>
    <w:rsid w:val="00586504"/>
    <w:rsid w:val="005916BB"/>
    <w:rsid w:val="005937E2"/>
    <w:rsid w:val="005A04E6"/>
    <w:rsid w:val="005B4EBA"/>
    <w:rsid w:val="005B57D4"/>
    <w:rsid w:val="005C657F"/>
    <w:rsid w:val="005C6BF6"/>
    <w:rsid w:val="005F2E11"/>
    <w:rsid w:val="005F30DC"/>
    <w:rsid w:val="005F6E66"/>
    <w:rsid w:val="006117BB"/>
    <w:rsid w:val="00614F1B"/>
    <w:rsid w:val="00630AE0"/>
    <w:rsid w:val="00637B24"/>
    <w:rsid w:val="006402A0"/>
    <w:rsid w:val="00642F74"/>
    <w:rsid w:val="00645D4F"/>
    <w:rsid w:val="00646083"/>
    <w:rsid w:val="006462C2"/>
    <w:rsid w:val="006556F6"/>
    <w:rsid w:val="00657712"/>
    <w:rsid w:val="00657B80"/>
    <w:rsid w:val="00657F63"/>
    <w:rsid w:val="00667C2A"/>
    <w:rsid w:val="00683128"/>
    <w:rsid w:val="00696585"/>
    <w:rsid w:val="0069722B"/>
    <w:rsid w:val="006A0DD8"/>
    <w:rsid w:val="006A1629"/>
    <w:rsid w:val="006B2C30"/>
    <w:rsid w:val="006C1DAF"/>
    <w:rsid w:val="00714598"/>
    <w:rsid w:val="007162B5"/>
    <w:rsid w:val="00733936"/>
    <w:rsid w:val="00736C83"/>
    <w:rsid w:val="00737999"/>
    <w:rsid w:val="00745E6A"/>
    <w:rsid w:val="0075645D"/>
    <w:rsid w:val="0076612B"/>
    <w:rsid w:val="00777554"/>
    <w:rsid w:val="00785994"/>
    <w:rsid w:val="00790B9C"/>
    <w:rsid w:val="007A4455"/>
    <w:rsid w:val="007B4114"/>
    <w:rsid w:val="007B5D47"/>
    <w:rsid w:val="007C7181"/>
    <w:rsid w:val="007D4023"/>
    <w:rsid w:val="007D6B98"/>
    <w:rsid w:val="007E760C"/>
    <w:rsid w:val="007F2E81"/>
    <w:rsid w:val="00811E35"/>
    <w:rsid w:val="00815BC4"/>
    <w:rsid w:val="008252D7"/>
    <w:rsid w:val="008254F9"/>
    <w:rsid w:val="008375AC"/>
    <w:rsid w:val="00844D0C"/>
    <w:rsid w:val="00845799"/>
    <w:rsid w:val="00845C79"/>
    <w:rsid w:val="00852A3B"/>
    <w:rsid w:val="00857D9F"/>
    <w:rsid w:val="00862630"/>
    <w:rsid w:val="00892A9C"/>
    <w:rsid w:val="008930F6"/>
    <w:rsid w:val="00896AD9"/>
    <w:rsid w:val="008A24C7"/>
    <w:rsid w:val="008A4527"/>
    <w:rsid w:val="008A7000"/>
    <w:rsid w:val="008B0DD8"/>
    <w:rsid w:val="008B565B"/>
    <w:rsid w:val="008B745A"/>
    <w:rsid w:val="008D663B"/>
    <w:rsid w:val="008E0C5D"/>
    <w:rsid w:val="008E6ABF"/>
    <w:rsid w:val="008F0F7A"/>
    <w:rsid w:val="008F1FF3"/>
    <w:rsid w:val="00902F69"/>
    <w:rsid w:val="00906007"/>
    <w:rsid w:val="009103A3"/>
    <w:rsid w:val="00910B72"/>
    <w:rsid w:val="009124F8"/>
    <w:rsid w:val="00925206"/>
    <w:rsid w:val="00930FAD"/>
    <w:rsid w:val="009415BE"/>
    <w:rsid w:val="009627D8"/>
    <w:rsid w:val="0096333D"/>
    <w:rsid w:val="00963985"/>
    <w:rsid w:val="009774CE"/>
    <w:rsid w:val="009A41F8"/>
    <w:rsid w:val="009C0027"/>
    <w:rsid w:val="009D0388"/>
    <w:rsid w:val="009E5E96"/>
    <w:rsid w:val="009F278F"/>
    <w:rsid w:val="009F3BE8"/>
    <w:rsid w:val="009F6CF5"/>
    <w:rsid w:val="00A00757"/>
    <w:rsid w:val="00A01D74"/>
    <w:rsid w:val="00A12FD5"/>
    <w:rsid w:val="00A16105"/>
    <w:rsid w:val="00A345B9"/>
    <w:rsid w:val="00A4433A"/>
    <w:rsid w:val="00A70244"/>
    <w:rsid w:val="00A92C28"/>
    <w:rsid w:val="00A95757"/>
    <w:rsid w:val="00A97BA8"/>
    <w:rsid w:val="00AA09A5"/>
    <w:rsid w:val="00AA1D8D"/>
    <w:rsid w:val="00AB6BC3"/>
    <w:rsid w:val="00AC0C04"/>
    <w:rsid w:val="00AC0DC0"/>
    <w:rsid w:val="00AD3DA1"/>
    <w:rsid w:val="00AD58E2"/>
    <w:rsid w:val="00AE1C28"/>
    <w:rsid w:val="00AF4CC1"/>
    <w:rsid w:val="00AF651C"/>
    <w:rsid w:val="00B01E6C"/>
    <w:rsid w:val="00B15A4A"/>
    <w:rsid w:val="00B23821"/>
    <w:rsid w:val="00B24DDD"/>
    <w:rsid w:val="00B27B04"/>
    <w:rsid w:val="00B31A0B"/>
    <w:rsid w:val="00B31F85"/>
    <w:rsid w:val="00B37DB3"/>
    <w:rsid w:val="00B40E01"/>
    <w:rsid w:val="00B47730"/>
    <w:rsid w:val="00B57A43"/>
    <w:rsid w:val="00B60C1B"/>
    <w:rsid w:val="00B6231E"/>
    <w:rsid w:val="00B70708"/>
    <w:rsid w:val="00B73AAF"/>
    <w:rsid w:val="00B753D1"/>
    <w:rsid w:val="00B96D3C"/>
    <w:rsid w:val="00BA6093"/>
    <w:rsid w:val="00BB584B"/>
    <w:rsid w:val="00BC4D1C"/>
    <w:rsid w:val="00BE0E03"/>
    <w:rsid w:val="00BE2524"/>
    <w:rsid w:val="00BE6841"/>
    <w:rsid w:val="00BF1421"/>
    <w:rsid w:val="00C34123"/>
    <w:rsid w:val="00C50CA5"/>
    <w:rsid w:val="00C50F18"/>
    <w:rsid w:val="00C5492A"/>
    <w:rsid w:val="00C631C1"/>
    <w:rsid w:val="00C743B4"/>
    <w:rsid w:val="00C7713D"/>
    <w:rsid w:val="00C77E69"/>
    <w:rsid w:val="00C84D4C"/>
    <w:rsid w:val="00C86C05"/>
    <w:rsid w:val="00CA0DEF"/>
    <w:rsid w:val="00CA11E5"/>
    <w:rsid w:val="00CA2595"/>
    <w:rsid w:val="00CB0664"/>
    <w:rsid w:val="00CC4EB5"/>
    <w:rsid w:val="00CD5739"/>
    <w:rsid w:val="00CF08DC"/>
    <w:rsid w:val="00D01038"/>
    <w:rsid w:val="00D010B5"/>
    <w:rsid w:val="00D0550F"/>
    <w:rsid w:val="00D27726"/>
    <w:rsid w:val="00D3052C"/>
    <w:rsid w:val="00D33D5A"/>
    <w:rsid w:val="00D3724D"/>
    <w:rsid w:val="00D45512"/>
    <w:rsid w:val="00D46F51"/>
    <w:rsid w:val="00D555B2"/>
    <w:rsid w:val="00D70FB2"/>
    <w:rsid w:val="00D8091D"/>
    <w:rsid w:val="00D83E2A"/>
    <w:rsid w:val="00D85483"/>
    <w:rsid w:val="00D91B12"/>
    <w:rsid w:val="00D92418"/>
    <w:rsid w:val="00DB545A"/>
    <w:rsid w:val="00DD1B93"/>
    <w:rsid w:val="00DD22A1"/>
    <w:rsid w:val="00DD2B49"/>
    <w:rsid w:val="00DF4672"/>
    <w:rsid w:val="00E01B43"/>
    <w:rsid w:val="00E02EC2"/>
    <w:rsid w:val="00E02F1D"/>
    <w:rsid w:val="00E044C8"/>
    <w:rsid w:val="00E05D76"/>
    <w:rsid w:val="00E20B5A"/>
    <w:rsid w:val="00E2131E"/>
    <w:rsid w:val="00E24DB5"/>
    <w:rsid w:val="00E40508"/>
    <w:rsid w:val="00E6261B"/>
    <w:rsid w:val="00E815F0"/>
    <w:rsid w:val="00E82907"/>
    <w:rsid w:val="00E83664"/>
    <w:rsid w:val="00E83DED"/>
    <w:rsid w:val="00E86121"/>
    <w:rsid w:val="00E90FD6"/>
    <w:rsid w:val="00EA288B"/>
    <w:rsid w:val="00EB3C6C"/>
    <w:rsid w:val="00EC7009"/>
    <w:rsid w:val="00ED04EA"/>
    <w:rsid w:val="00ED2ED4"/>
    <w:rsid w:val="00ED5A0D"/>
    <w:rsid w:val="00EE1122"/>
    <w:rsid w:val="00EE61FE"/>
    <w:rsid w:val="00EE671B"/>
    <w:rsid w:val="00EF032B"/>
    <w:rsid w:val="00EF0FCC"/>
    <w:rsid w:val="00F00C55"/>
    <w:rsid w:val="00F2214B"/>
    <w:rsid w:val="00F47A40"/>
    <w:rsid w:val="00F47C49"/>
    <w:rsid w:val="00F53EAF"/>
    <w:rsid w:val="00F55664"/>
    <w:rsid w:val="00F80ED8"/>
    <w:rsid w:val="00F83617"/>
    <w:rsid w:val="00F867BC"/>
    <w:rsid w:val="00FA12DC"/>
    <w:rsid w:val="00FA4175"/>
    <w:rsid w:val="00FA7AB0"/>
    <w:rsid w:val="00FB7FAF"/>
    <w:rsid w:val="00FC3FCD"/>
    <w:rsid w:val="00FC693F"/>
    <w:rsid w:val="00FE69CB"/>
    <w:rsid w:val="00FF4992"/>
    <w:rsid w:val="02C75554"/>
    <w:rsid w:val="045C47FC"/>
    <w:rsid w:val="06F18E13"/>
    <w:rsid w:val="0E611B5C"/>
    <w:rsid w:val="1122C601"/>
    <w:rsid w:val="1219D1EA"/>
    <w:rsid w:val="16DE2061"/>
    <w:rsid w:val="1C8EF3C1"/>
    <w:rsid w:val="1CEE54FF"/>
    <w:rsid w:val="2055E029"/>
    <w:rsid w:val="2124F912"/>
    <w:rsid w:val="21B05067"/>
    <w:rsid w:val="22086818"/>
    <w:rsid w:val="22647935"/>
    <w:rsid w:val="2BB392B5"/>
    <w:rsid w:val="2C8FCBDB"/>
    <w:rsid w:val="2F0C28A6"/>
    <w:rsid w:val="30FEF334"/>
    <w:rsid w:val="31242ED5"/>
    <w:rsid w:val="3129960A"/>
    <w:rsid w:val="3195C9EA"/>
    <w:rsid w:val="324508D0"/>
    <w:rsid w:val="32FFFE4C"/>
    <w:rsid w:val="3A689CCC"/>
    <w:rsid w:val="3F89DE26"/>
    <w:rsid w:val="4636BF6E"/>
    <w:rsid w:val="4B92CACC"/>
    <w:rsid w:val="4EDEA509"/>
    <w:rsid w:val="4FC40C2C"/>
    <w:rsid w:val="506518BD"/>
    <w:rsid w:val="574C24D5"/>
    <w:rsid w:val="5B41E705"/>
    <w:rsid w:val="5BB1E68F"/>
    <w:rsid w:val="60D2610B"/>
    <w:rsid w:val="646740C5"/>
    <w:rsid w:val="69BD5879"/>
    <w:rsid w:val="6B0FBD0E"/>
    <w:rsid w:val="6D6D050A"/>
    <w:rsid w:val="720654BF"/>
    <w:rsid w:val="75BF77E1"/>
    <w:rsid w:val="77C5C1C1"/>
    <w:rsid w:val="793C81F8"/>
    <w:rsid w:val="798FA0D8"/>
    <w:rsid w:val="7C8AB298"/>
    <w:rsid w:val="7F918685"/>
    <w:rsid w:val="7FD027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4062061"/>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2"/>
      </w:numPr>
      <w:contextualSpacing/>
    </w:pPr>
  </w:style>
  <w:style w:type="paragraph" w:styleId="20">
    <w:name w:val="List Bullet 2"/>
    <w:basedOn w:val="a1"/>
    <w:uiPriority w:val="99"/>
    <w:unhideWhenUsed/>
    <w:rsid w:val="00326F90"/>
    <w:pPr>
      <w:numPr>
        <w:numId w:val="3"/>
      </w:numPr>
      <w:contextualSpacing/>
    </w:pPr>
  </w:style>
  <w:style w:type="paragraph" w:styleId="30">
    <w:name w:val="List Bullet 3"/>
    <w:basedOn w:val="a1"/>
    <w:uiPriority w:val="99"/>
    <w:unhideWhenUsed/>
    <w:rsid w:val="00326F90"/>
    <w:pPr>
      <w:numPr>
        <w:numId w:val="4"/>
      </w:numPr>
      <w:contextualSpacing/>
    </w:pPr>
  </w:style>
  <w:style w:type="paragraph" w:styleId="a">
    <w:name w:val="List Number"/>
    <w:basedOn w:val="a1"/>
    <w:uiPriority w:val="99"/>
    <w:unhideWhenUsed/>
    <w:rsid w:val="00326F90"/>
    <w:pPr>
      <w:numPr>
        <w:numId w:val="6"/>
      </w:numPr>
      <w:contextualSpacing/>
    </w:pPr>
  </w:style>
  <w:style w:type="paragraph" w:styleId="2">
    <w:name w:val="List Number 2"/>
    <w:basedOn w:val="a1"/>
    <w:uiPriority w:val="99"/>
    <w:unhideWhenUsed/>
    <w:rsid w:val="0029639D"/>
    <w:pPr>
      <w:numPr>
        <w:numId w:val="7"/>
      </w:numPr>
      <w:contextualSpacing/>
    </w:pPr>
  </w:style>
  <w:style w:type="paragraph" w:styleId="3">
    <w:name w:val="List Number 3"/>
    <w:basedOn w:val="a1"/>
    <w:uiPriority w:val="99"/>
    <w:unhideWhenUsed/>
    <w:rsid w:val="0029639D"/>
    <w:pPr>
      <w:numPr>
        <w:numId w:val="8"/>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Grid">
    <w:name w:val="TableGrid"/>
    <w:rsid w:val="005B57D4"/>
    <w:pPr>
      <w:spacing w:after="0" w:line="240" w:lineRule="auto"/>
    </w:pPr>
    <w:rPr>
      <w:kern w:val="2"/>
      <w:sz w:val="21"/>
      <w:lang w:eastAsia="ja-JP"/>
    </w:rPr>
    <w:tblPr>
      <w:tblCellMar>
        <w:top w:w="0" w:type="dxa"/>
        <w:left w:w="0" w:type="dxa"/>
        <w:bottom w:w="0" w:type="dxa"/>
        <w:right w:w="0" w:type="dxa"/>
      </w:tblCellMar>
    </w:tblPr>
  </w:style>
  <w:style w:type="table" w:customStyle="1" w:styleId="PlainTable51">
    <w:name w:val="Plain Table 51"/>
    <w:basedOn w:val="a3"/>
    <w:uiPriority w:val="45"/>
    <w:rsid w:val="00A0075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
    <w:name w:val="Revision"/>
    <w:hidden/>
    <w:uiPriority w:val="99"/>
    <w:semiHidden/>
    <w:rsid w:val="00F47C49"/>
    <w:pPr>
      <w:spacing w:after="0" w:line="240" w:lineRule="auto"/>
    </w:pPr>
  </w:style>
  <w:style w:type="character" w:styleId="aff0">
    <w:name w:val="annotation reference"/>
    <w:basedOn w:val="a2"/>
    <w:uiPriority w:val="99"/>
    <w:semiHidden/>
    <w:unhideWhenUsed/>
    <w:rsid w:val="00F47C49"/>
    <w:rPr>
      <w:sz w:val="18"/>
      <w:szCs w:val="18"/>
    </w:rPr>
  </w:style>
  <w:style w:type="paragraph" w:styleId="aff1">
    <w:name w:val="annotation text"/>
    <w:basedOn w:val="a1"/>
    <w:link w:val="aff2"/>
    <w:uiPriority w:val="99"/>
    <w:unhideWhenUsed/>
    <w:rsid w:val="00F47C49"/>
  </w:style>
  <w:style w:type="character" w:customStyle="1" w:styleId="aff2">
    <w:name w:val="コメント文字列 (文字)"/>
    <w:basedOn w:val="a2"/>
    <w:link w:val="aff1"/>
    <w:uiPriority w:val="99"/>
    <w:rsid w:val="00F47C49"/>
  </w:style>
  <w:style w:type="paragraph" w:styleId="aff3">
    <w:name w:val="annotation subject"/>
    <w:basedOn w:val="aff1"/>
    <w:next w:val="aff1"/>
    <w:link w:val="aff4"/>
    <w:uiPriority w:val="99"/>
    <w:semiHidden/>
    <w:unhideWhenUsed/>
    <w:rsid w:val="00F47C49"/>
    <w:rPr>
      <w:b/>
      <w:bCs/>
    </w:rPr>
  </w:style>
  <w:style w:type="character" w:customStyle="1" w:styleId="aff4">
    <w:name w:val="コメント内容 (文字)"/>
    <w:basedOn w:val="aff2"/>
    <w:link w:val="aff3"/>
    <w:uiPriority w:val="99"/>
    <w:semiHidden/>
    <w:rsid w:val="00F47C49"/>
    <w:rPr>
      <w:b/>
      <w:bCs/>
    </w:rPr>
  </w:style>
  <w:style w:type="character" w:customStyle="1" w:styleId="cf01">
    <w:name w:val="cf01"/>
    <w:basedOn w:val="a2"/>
    <w:rsid w:val="00AD58E2"/>
    <w:rPr>
      <w:rFonts w:ascii="Meiryo UI" w:eastAsia="Meiryo UI" w:hAnsi="Meiryo UI" w:hint="eastAsi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1359</Words>
  <Characters>7752</Characters>
  <Application>Microsoft Office Word</Application>
  <DocSecurity>0</DocSecurity>
  <Lines>64</Lines>
  <Paragraphs>18</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9093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2026-05-19T10:27:00Z</dcterms:created>
  <dcterms:modified xsi:type="dcterms:W3CDTF">2026-05-19T10:27:00Z</dcterms:modified>
  <cp:category/>
</cp:coreProperties>
</file>