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CEF1" w14:textId="32BA3978" w:rsidR="004948CC" w:rsidRPr="00EB117B" w:rsidRDefault="004179D5" w:rsidP="00CE726A">
      <w:pPr>
        <w:pStyle w:val="a5"/>
        <w:rPr>
          <w:rFonts w:ascii="ＭＳ ゴシック" w:eastAsia="ＭＳ ゴシック" w:hAnsi="ＭＳ ゴシック" w:cstheme="majorHAnsi"/>
          <w:sz w:val="24"/>
          <w:szCs w:val="24"/>
          <w:lang w:eastAsia="ja-JP"/>
        </w:rPr>
      </w:pPr>
      <w:r w:rsidRPr="00EB117B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トレーニング内容</w:t>
      </w:r>
      <w:r w:rsidR="00CE726A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 xml:space="preserve">　 □対面</w:t>
      </w:r>
      <w:r w:rsidR="00DC092B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>トレーニング</w:t>
      </w:r>
      <w:r w:rsidR="00CE726A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 xml:space="preserve"> (　</w:t>
      </w:r>
      <w:r w:rsidR="005A3DAC" w:rsidRPr="00EB117B">
        <w:rPr>
          <w:rFonts w:ascii="ＭＳ ゴシック" w:eastAsia="ＭＳ ゴシック" w:hAnsi="ＭＳ ゴシック" w:cstheme="majorHAnsi" w:hint="eastAsia"/>
          <w:color w:val="D9D9D9" w:themeColor="background1" w:themeShade="D9"/>
          <w:sz w:val="24"/>
          <w:szCs w:val="24"/>
          <w:lang w:eastAsia="ja-JP"/>
        </w:rPr>
        <w:t>YYYY/MM/DD</w:t>
      </w:r>
      <w:r w:rsidR="00885BBF" w:rsidRPr="00EB117B">
        <w:rPr>
          <w:rFonts w:ascii="ＭＳ ゴシック" w:eastAsia="ＭＳ ゴシック" w:hAnsi="ＭＳ ゴシック" w:cstheme="majorHAnsi" w:hint="eastAsia"/>
          <w:color w:val="D9D9D9" w:themeColor="background1" w:themeShade="D9"/>
          <w:sz w:val="24"/>
          <w:szCs w:val="24"/>
          <w:lang w:eastAsia="ja-JP"/>
        </w:rPr>
        <w:t xml:space="preserve">　</w:t>
      </w:r>
      <w:r w:rsidR="00CE726A" w:rsidRPr="00EB117B">
        <w:rPr>
          <w:rFonts w:ascii="ＭＳ ゴシック" w:eastAsia="ＭＳ ゴシック" w:hAnsi="ＭＳ ゴシック" w:cstheme="majorHAnsi" w:hint="eastAsia"/>
          <w:color w:val="D9D9D9" w:themeColor="background1" w:themeShade="D9"/>
          <w:sz w:val="24"/>
          <w:szCs w:val="24"/>
          <w:lang w:eastAsia="ja-JP"/>
        </w:rPr>
        <w:t xml:space="preserve">　</w:t>
      </w:r>
      <w:r w:rsidR="00DC092B" w:rsidRPr="00EB117B">
        <w:rPr>
          <w:rFonts w:ascii="ＭＳ ゴシック" w:eastAsia="ＭＳ ゴシック" w:hAnsi="ＭＳ ゴシック" w:cstheme="majorHAnsi" w:hint="eastAsia"/>
          <w:color w:val="D9D9D9" w:themeColor="background1" w:themeShade="D9"/>
          <w:sz w:val="24"/>
          <w:szCs w:val="24"/>
          <w:lang w:eastAsia="ja-JP"/>
        </w:rPr>
        <w:t xml:space="preserve">　</w:t>
      </w:r>
      <w:r w:rsidR="00DC092B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>トレーナー：</w:t>
      </w:r>
      <w:r w:rsidR="00DC092B" w:rsidRPr="00EB117B">
        <w:rPr>
          <w:rFonts w:ascii="ＭＳ ゴシック" w:eastAsia="ＭＳ ゴシック" w:hAnsi="ＭＳ ゴシック" w:cstheme="majorHAnsi" w:hint="eastAsia"/>
          <w:color w:val="D9D9D9" w:themeColor="background1" w:themeShade="D9"/>
          <w:sz w:val="24"/>
          <w:szCs w:val="24"/>
          <w:lang w:eastAsia="ja-JP"/>
        </w:rPr>
        <w:t>プレ印字</w:t>
      </w:r>
      <w:r w:rsidR="00DC092B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 xml:space="preserve">　　　　　</w:t>
      </w:r>
      <w:r w:rsidR="00CE726A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 xml:space="preserve">) 　　</w:t>
      </w:r>
      <w:r w:rsidR="005A3DAC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 xml:space="preserve">　　</w:t>
      </w:r>
      <w:r w:rsidR="00CE726A" w:rsidRPr="00EB117B">
        <w:rPr>
          <w:rFonts w:ascii="ＭＳ ゴシック" w:eastAsia="ＭＳ ゴシック" w:hAnsi="ＭＳ ゴシック" w:cstheme="majorHAnsi" w:hint="eastAsia"/>
          <w:sz w:val="24"/>
          <w:szCs w:val="24"/>
          <w:lang w:eastAsia="ja-JP"/>
        </w:rPr>
        <w:t>□セルフトレーニング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263"/>
        <w:gridCol w:w="13041"/>
      </w:tblGrid>
      <w:tr w:rsidR="00D47B41" w:rsidRPr="00EB117B" w14:paraId="0076639F" w14:textId="43A8F1B8" w:rsidTr="005F63FC">
        <w:tc>
          <w:tcPr>
            <w:tcW w:w="2263" w:type="dxa"/>
            <w:shd w:val="clear" w:color="auto" w:fill="DDD9C3" w:themeFill="background2" w:themeFillShade="E6"/>
          </w:tcPr>
          <w:p w14:paraId="4CDE50A4" w14:textId="77777777" w:rsidR="00AB15AE" w:rsidRPr="00EB117B" w:rsidRDefault="00AB15AE" w:rsidP="00AB15AE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3370C5ED" w14:textId="52A63223" w:rsidR="00AB15AE" w:rsidRPr="00EB117B" w:rsidRDefault="00D47B41" w:rsidP="00AB15AE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  <w:r w:rsidR="00AB15AE" w:rsidRPr="00EB117B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概要</w:t>
            </w:r>
          </w:p>
          <w:p w14:paraId="5607E0E6" w14:textId="1A0A2A31" w:rsidR="00D47B41" w:rsidRPr="00EB117B" w:rsidRDefault="00D47B41" w:rsidP="0071471D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3041" w:type="dxa"/>
          </w:tcPr>
          <w:p w14:paraId="70438CC0" w14:textId="77777777" w:rsidR="00D47B41" w:rsidRPr="00EB117B" w:rsidRDefault="00D47B41" w:rsidP="004179D5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231AE9BC" w14:textId="77777777" w:rsidR="00AB15AE" w:rsidRPr="00EB117B" w:rsidRDefault="00AB15AE" w:rsidP="004179D5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53A75F09" w14:textId="77777777" w:rsidR="00AB15AE" w:rsidRPr="00EB117B" w:rsidRDefault="00AB15AE" w:rsidP="004179D5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434DF650" w14:textId="77777777" w:rsidR="00AB15AE" w:rsidRPr="00EB117B" w:rsidRDefault="00AB15AE" w:rsidP="004179D5">
            <w:pPr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</w:tbl>
    <w:p w14:paraId="3F66D6FF" w14:textId="4D7CAEDE" w:rsidR="00D85853" w:rsidRPr="00EB117B" w:rsidRDefault="00D85853" w:rsidP="00D85853">
      <w:pPr>
        <w:rPr>
          <w:rFonts w:ascii="ＭＳ ゴシック" w:eastAsia="ＭＳ ゴシック" w:hAnsi="ＭＳ ゴシック"/>
          <w:lang w:eastAsia="ja-JP"/>
        </w:rPr>
      </w:pPr>
    </w:p>
    <w:p w14:paraId="4FEB1A4E" w14:textId="77777777" w:rsidR="0007054E" w:rsidRPr="00EB117B" w:rsidRDefault="0007054E" w:rsidP="002A4A9B">
      <w:pPr>
        <w:rPr>
          <w:rFonts w:ascii="ＭＳ ゴシック" w:eastAsia="ＭＳ ゴシック" w:hAnsi="ＭＳ ゴシック"/>
          <w:sz w:val="24"/>
          <w:szCs w:val="24"/>
          <w:lang w:eastAsia="ja-JP"/>
        </w:rPr>
      </w:pPr>
      <w:bookmarkStart w:id="0" w:name="_Hlk212021778"/>
      <w:r w:rsidRPr="00EB117B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トレーニング対象</w:t>
      </w:r>
    </w:p>
    <w:tbl>
      <w:tblPr>
        <w:tblW w:w="153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9"/>
        <w:gridCol w:w="8669"/>
        <w:gridCol w:w="747"/>
        <w:gridCol w:w="671"/>
        <w:gridCol w:w="708"/>
        <w:gridCol w:w="998"/>
        <w:gridCol w:w="709"/>
        <w:gridCol w:w="1078"/>
        <w:gridCol w:w="491"/>
        <w:gridCol w:w="429"/>
        <w:gridCol w:w="407"/>
      </w:tblGrid>
      <w:tr w:rsidR="00E851BB" w:rsidRPr="00EB117B" w14:paraId="3F177B0A" w14:textId="35C28CFB" w:rsidTr="00E851BB">
        <w:trPr>
          <w:trHeight w:val="375"/>
        </w:trPr>
        <w:tc>
          <w:tcPr>
            <w:tcW w:w="90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148063D4" w14:textId="14572A37" w:rsidR="00E851BB" w:rsidRPr="007F1E48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トレーニング資料(Trained Item)</w:t>
            </w:r>
          </w:p>
          <w:p w14:paraId="1C8274D0" w14:textId="535BA8C4" w:rsidR="00E851BB" w:rsidRPr="007F1E48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Version/ date</w:t>
            </w:r>
            <w:r w:rsidRPr="00C4098E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 (if appl.)</w:t>
            </w:r>
            <w:r w:rsidRPr="007F1E48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   </w:t>
            </w:r>
          </w:p>
        </w:tc>
        <w:tc>
          <w:tcPr>
            <w:tcW w:w="62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03A75546" w14:textId="76FCC22D" w:rsidR="00E851BB" w:rsidRPr="007F1E48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トレーニング対象者(</w:t>
            </w:r>
            <w:r w:rsidRPr="007F1E48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 xml:space="preserve">Training Items for Tasks Defined in </w:t>
            </w:r>
            <w:proofErr w:type="spellStart"/>
            <w:r w:rsidRPr="007F1E48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DoR</w:t>
            </w:r>
            <w:proofErr w:type="spellEnd"/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)</w:t>
            </w:r>
          </w:p>
        </w:tc>
      </w:tr>
      <w:tr w:rsidR="00B72113" w:rsidRPr="00EB117B" w14:paraId="421147E7" w14:textId="79943C9C" w:rsidTr="002A0074">
        <w:trPr>
          <w:trHeight w:val="685"/>
        </w:trPr>
        <w:tc>
          <w:tcPr>
            <w:tcW w:w="90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14:paraId="3708C1C4" w14:textId="77777777" w:rsidR="00E851BB" w:rsidRPr="00EB117B" w:rsidRDefault="00E851BB" w:rsidP="00E851BB">
            <w:pPr>
              <w:spacing w:after="0" w:line="240" w:lineRule="auto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0A24CFC" w14:textId="77777777" w:rsidR="00EA3955" w:rsidRPr="00EB117B" w:rsidRDefault="00EA3955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責任</w:t>
            </w:r>
          </w:p>
          <w:p w14:paraId="6619D3D7" w14:textId="77777777" w:rsidR="00EA3955" w:rsidRPr="00EB117B" w:rsidRDefault="00EA3955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医師</w:t>
            </w:r>
          </w:p>
          <w:p w14:paraId="65FE4303" w14:textId="4D703E7B" w:rsidR="00E851BB" w:rsidRPr="00EB117B" w:rsidRDefault="00B72113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PI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65DAD85" w14:textId="10718A85" w:rsidR="00E851BB" w:rsidRPr="00EB117B" w:rsidRDefault="00EA3955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分担医師</w:t>
            </w:r>
            <w:r w:rsidR="00B72113"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SI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040B0EE" w14:textId="77777777" w:rsidR="00EA3955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SC</w:t>
            </w:r>
          </w:p>
          <w:p w14:paraId="32D6A295" w14:textId="6EDBC5D0" w:rsidR="00E851BB" w:rsidRPr="00EB117B" w:rsidRDefault="00B72113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(CRC)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383A934E" w14:textId="724AE7BD" w:rsidR="00E851BB" w:rsidRPr="00EB117B" w:rsidRDefault="00EA3955" w:rsidP="00EA3955">
            <w:pPr>
              <w:spacing w:after="0" w:line="240" w:lineRule="auto"/>
              <w:ind w:firstLineChars="100" w:firstLine="160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薬剤師</w:t>
            </w:r>
            <w:r w:rsidR="00B72113" w:rsidRPr="00EB117B"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  <w:t>Pharmacist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AA1672C" w14:textId="77777777" w:rsidR="00EA3955" w:rsidRPr="00EB117B" w:rsidRDefault="00EA3955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検査</w:t>
            </w:r>
          </w:p>
          <w:p w14:paraId="1F81337C" w14:textId="3AA0EC98" w:rsidR="00EA3955" w:rsidRPr="00EB117B" w:rsidRDefault="00EA3955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技師</w:t>
            </w:r>
          </w:p>
          <w:p w14:paraId="6F27EABE" w14:textId="6E4D1DE8" w:rsidR="00E851BB" w:rsidRPr="00EB117B" w:rsidRDefault="00B72113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MT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AE990EE" w14:textId="398B7B48" w:rsidR="00B72113" w:rsidRPr="00EB117B" w:rsidRDefault="00EA3955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放射線</w:t>
            </w:r>
          </w:p>
          <w:p w14:paraId="63F45F4C" w14:textId="024E14A1" w:rsidR="00EA3955" w:rsidRPr="00EB117B" w:rsidRDefault="00EA3955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技師</w:t>
            </w:r>
          </w:p>
          <w:p w14:paraId="69657933" w14:textId="34B4107E" w:rsidR="00E851BB" w:rsidRPr="00EB117B" w:rsidRDefault="00B72113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16"/>
                <w:szCs w:val="16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16"/>
                <w:szCs w:val="16"/>
                <w:lang w:eastAsia="ja-JP"/>
              </w:rPr>
              <w:t>Radiologist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DEEC8C6" w14:textId="5305D5B4" w:rsidR="00E851BB" w:rsidRPr="00EB117B" w:rsidRDefault="00E851BB" w:rsidP="002A0074">
            <w:pPr>
              <w:spacing w:after="0" w:line="240" w:lineRule="auto"/>
              <w:jc w:val="both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11D154C" w14:textId="6276A183" w:rsidR="00E851BB" w:rsidRPr="00EB117B" w:rsidRDefault="00E851BB" w:rsidP="002A0074">
            <w:pPr>
              <w:spacing w:after="0" w:line="240" w:lineRule="auto"/>
              <w:jc w:val="both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4E7953B" w14:textId="574212CD" w:rsidR="00E851BB" w:rsidRPr="00EB117B" w:rsidRDefault="00E851BB" w:rsidP="002A0074">
            <w:pPr>
              <w:spacing w:after="0" w:line="240" w:lineRule="auto"/>
              <w:jc w:val="both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</w:tr>
      <w:tr w:rsidR="00B72113" w:rsidRPr="00EB117B" w14:paraId="55D2121D" w14:textId="287E8B23" w:rsidTr="002A0074">
        <w:trPr>
          <w:trHeight w:val="410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046E1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30F12E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1548B" w14:textId="26338C03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225F" w14:textId="228F0C75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BDAB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49A75" w14:textId="64DDB546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675C2" w14:textId="2880374A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8C0A" w14:textId="59D5EB32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F3CA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742C" w14:textId="4C9950D6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1913" w14:textId="7EACCAC8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</w:tr>
      <w:tr w:rsidR="00B72113" w:rsidRPr="00EB117B" w14:paraId="282EAC8C" w14:textId="08CCA779" w:rsidTr="002A0074">
        <w:trPr>
          <w:trHeight w:val="410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DCCB5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46806A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935AD" w14:textId="45EC50E5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D1F84" w14:textId="15E82CF2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8877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ED38F" w14:textId="07110BE5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6EF2A" w14:textId="34020AB6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EC68" w14:textId="4D61BCA3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113B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288B" w14:textId="289B6241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3CEE" w14:textId="398E8EDC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</w:tr>
      <w:tr w:rsidR="00B72113" w:rsidRPr="00EB117B" w14:paraId="5B302422" w14:textId="24F11114" w:rsidTr="002A0074">
        <w:trPr>
          <w:trHeight w:val="410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E3ABF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ABDE75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DBAF" w14:textId="2D0B5900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5B6B7" w14:textId="27622EFE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F922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8B22" w14:textId="7CB17F84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96C78" w14:textId="4075E2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1EA0" w14:textId="057DBE49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27F7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1A02" w14:textId="7F42F86B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8A3B" w14:textId="43F99BD5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</w:tr>
      <w:tr w:rsidR="00B72113" w:rsidRPr="00EB117B" w14:paraId="0A034B83" w14:textId="73C50C83" w:rsidTr="002A0074">
        <w:trPr>
          <w:trHeight w:val="41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70630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  <w:hideMark/>
          </w:tcPr>
          <w:p w14:paraId="0E59965A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07B4" w14:textId="59DC25C0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04BB9" w14:textId="6DA11BC0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787B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CD60" w14:textId="58B28F42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CF0D" w14:textId="552EB03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ED34" w14:textId="7B2B14A1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799B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5480" w14:textId="29A71BC1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C8AC" w14:textId="3F7FB44A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</w:tr>
      <w:tr w:rsidR="00B72113" w:rsidRPr="00EB117B" w14:paraId="616A7524" w14:textId="209DF095" w:rsidTr="002A0074">
        <w:trPr>
          <w:trHeight w:val="41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49258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8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08D7BC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93346" w14:textId="3EC35ED9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C518" w14:textId="681A7622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D145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5FA30" w14:textId="1DC8B33E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C06C9" w14:textId="6D917521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36E5" w14:textId="00476BA1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AA5C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6975" w14:textId="60A5F584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BBEA" w14:textId="4EF89DAF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</w:tr>
      <w:tr w:rsidR="00B72113" w:rsidRPr="00EB117B" w14:paraId="1EC896DD" w14:textId="7340C2A3" w:rsidTr="002A0074">
        <w:trPr>
          <w:trHeight w:val="410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C71E9" w14:textId="4F295771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8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9D8FBA" w14:textId="77777777" w:rsidR="00E851BB" w:rsidRPr="00EB117B" w:rsidRDefault="00E851BB" w:rsidP="00E851BB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  <w:r w:rsidRPr="00EB117B">
              <w:rPr>
                <w:rFonts w:ascii="ＭＳ ゴシック" w:eastAsia="ＭＳ ゴシック" w:hAnsi="ＭＳ ゴシック" w:cs="ＭＳ Ｐゴシック" w:hint="eastAsia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FA5F7" w14:textId="4EAD640D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ED4F0" w14:textId="7665013E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3F23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BDDB7" w14:textId="1BEDA003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5B036" w14:textId="06204991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F5D7" w14:textId="1FB2F52D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0437" w14:textId="77777777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225F" w14:textId="023C6A5C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F413" w14:textId="2F748D59" w:rsidR="00E851BB" w:rsidRPr="00EB117B" w:rsidRDefault="00E851BB" w:rsidP="002A0074">
            <w:pPr>
              <w:spacing w:after="0" w:line="240" w:lineRule="auto"/>
              <w:jc w:val="center"/>
              <w:rPr>
                <w:rFonts w:ascii="ＭＳ ゴシック" w:eastAsia="ＭＳ ゴシック" w:hAnsi="ＭＳ ゴシック" w:cs="ＭＳ Ｐゴシック"/>
                <w:color w:val="000000"/>
                <w:sz w:val="20"/>
                <w:szCs w:val="20"/>
                <w:lang w:eastAsia="ja-JP"/>
              </w:rPr>
            </w:pPr>
          </w:p>
        </w:tc>
      </w:tr>
    </w:tbl>
    <w:p w14:paraId="71C783EF" w14:textId="6E0B963D" w:rsidR="007F1E48" w:rsidRDefault="007F1E48" w:rsidP="00595A90">
      <w:pPr>
        <w:rPr>
          <w:rFonts w:ascii="ＭＳ ゴシック" w:eastAsia="ＭＳ ゴシック" w:hAnsi="ＭＳ ゴシック"/>
          <w:lang w:eastAsia="ja-JP"/>
        </w:rPr>
      </w:pPr>
    </w:p>
    <w:p w14:paraId="5AB6D511" w14:textId="07081A8B" w:rsidR="005F1FA2" w:rsidRPr="00EB117B" w:rsidRDefault="007F1E48" w:rsidP="00595A90">
      <w:pPr>
        <w:rPr>
          <w:rFonts w:ascii="ＭＳ ゴシック" w:eastAsia="ＭＳ ゴシック" w:hAnsi="ＭＳ ゴシック"/>
          <w:color w:val="0070C0"/>
          <w:sz w:val="20"/>
          <w:lang w:eastAsia="ja-JP"/>
        </w:rPr>
      </w:pPr>
      <w:r>
        <w:rPr>
          <w:rFonts w:ascii="ＭＳ ゴシック" w:eastAsia="ＭＳ ゴシック" w:hAnsi="ＭＳ ゴシック"/>
          <w:lang w:eastAsia="ja-JP"/>
        </w:rPr>
        <w:br w:type="column"/>
      </w:r>
      <w:r w:rsidR="005F1FA2" w:rsidRPr="00EB117B">
        <w:rPr>
          <w:rFonts w:ascii="ＭＳ ゴシック" w:eastAsia="ＭＳ ゴシック" w:hAnsi="ＭＳ ゴシック" w:hint="eastAsia"/>
          <w:color w:val="0070C0"/>
          <w:sz w:val="20"/>
          <w:lang w:eastAsia="ja-JP"/>
        </w:rPr>
        <w:lastRenderedPageBreak/>
        <w:t>《対面</w:t>
      </w:r>
      <w:r w:rsidR="00E851BB" w:rsidRPr="00EB117B">
        <w:rPr>
          <w:rFonts w:ascii="ＭＳ ゴシック" w:eastAsia="ＭＳ ゴシック" w:hAnsi="ＭＳ ゴシック" w:hint="eastAsia"/>
          <w:color w:val="0070C0"/>
          <w:sz w:val="20"/>
          <w:lang w:eastAsia="ja-JP"/>
        </w:rPr>
        <w:t>トレーニング</w:t>
      </w:r>
      <w:r w:rsidR="005F1FA2" w:rsidRPr="00EB117B">
        <w:rPr>
          <w:rFonts w:ascii="ＭＳ ゴシック" w:eastAsia="ＭＳ ゴシック" w:hAnsi="ＭＳ ゴシック" w:hint="eastAsia"/>
          <w:color w:val="0070C0"/>
          <w:sz w:val="20"/>
          <w:lang w:eastAsia="ja-JP"/>
        </w:rPr>
        <w:t>記録》</w:t>
      </w:r>
    </w:p>
    <w:tbl>
      <w:tblPr>
        <w:tblStyle w:val="afe"/>
        <w:tblW w:w="15309" w:type="dxa"/>
        <w:tblInd w:w="-5" w:type="dxa"/>
        <w:tblLook w:val="04A0" w:firstRow="1" w:lastRow="0" w:firstColumn="1" w:lastColumn="0" w:noHBand="0" w:noVBand="1"/>
      </w:tblPr>
      <w:tblGrid>
        <w:gridCol w:w="3402"/>
        <w:gridCol w:w="1701"/>
        <w:gridCol w:w="3402"/>
        <w:gridCol w:w="1701"/>
        <w:gridCol w:w="3402"/>
        <w:gridCol w:w="1701"/>
      </w:tblGrid>
      <w:tr w:rsidR="005F1FA2" w:rsidRPr="00EB117B" w14:paraId="292863BB" w14:textId="1883B364" w:rsidTr="00C4098E">
        <w:tc>
          <w:tcPr>
            <w:tcW w:w="3402" w:type="dxa"/>
            <w:shd w:val="clear" w:color="auto" w:fill="DDD9C3" w:themeFill="background2" w:themeFillShade="E6"/>
          </w:tcPr>
          <w:p w14:paraId="0291BF45" w14:textId="77777777" w:rsidR="005F1FA2" w:rsidRPr="007F1E48" w:rsidRDefault="005F1FA2" w:rsidP="009F75F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bookmarkStart w:id="1" w:name="_Hlk213834700"/>
            <w:bookmarkEnd w:id="0"/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氏名 /</w:t>
            </w:r>
          </w:p>
          <w:p w14:paraId="45D80C6E" w14:textId="4D853D30" w:rsidR="005F1FA2" w:rsidRPr="007F1E48" w:rsidRDefault="005F1FA2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簡易署名 </w:t>
            </w:r>
            <w:r w:rsidRPr="00C4098E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(initial)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14:paraId="32BF484F" w14:textId="77777777" w:rsidR="005F1FA2" w:rsidRPr="007F1E48" w:rsidRDefault="005F1FA2" w:rsidP="001D65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</w:p>
          <w:p w14:paraId="1A9E5AC5" w14:textId="06B459D7" w:rsidR="005F1FA2" w:rsidRPr="007F1E48" w:rsidRDefault="0075501B" w:rsidP="001D65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資料</w:t>
            </w:r>
            <w:r w:rsidR="005F1FA2"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3402" w:type="dxa"/>
            <w:tcBorders>
              <w:left w:val="double" w:sz="4" w:space="0" w:color="auto"/>
            </w:tcBorders>
            <w:shd w:val="clear" w:color="auto" w:fill="DDD9C3" w:themeFill="background2" w:themeFillShade="E6"/>
          </w:tcPr>
          <w:p w14:paraId="7F3D220D" w14:textId="77777777" w:rsidR="005F1FA2" w:rsidRPr="007F1E48" w:rsidRDefault="005F1FA2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氏名 /</w:t>
            </w:r>
          </w:p>
          <w:p w14:paraId="249FD4ED" w14:textId="0B892FDC" w:rsidR="005F1FA2" w:rsidRPr="007F1E48" w:rsidRDefault="005F1FA2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簡易署名 </w:t>
            </w:r>
            <w:r w:rsidRPr="00C4098E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(initial)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DDD9C3" w:themeFill="background2" w:themeFillShade="E6"/>
          </w:tcPr>
          <w:p w14:paraId="1FE01D0E" w14:textId="77777777" w:rsidR="005F1FA2" w:rsidRPr="007F1E48" w:rsidRDefault="005F1FA2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</w:p>
          <w:p w14:paraId="5457CC6E" w14:textId="488A7B90" w:rsidR="005F1FA2" w:rsidRPr="007F1E48" w:rsidRDefault="0075501B" w:rsidP="00EA03E3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資料</w:t>
            </w:r>
            <w:r w:rsidR="005F1FA2"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3402" w:type="dxa"/>
            <w:tcBorders>
              <w:left w:val="double" w:sz="4" w:space="0" w:color="auto"/>
            </w:tcBorders>
            <w:shd w:val="clear" w:color="auto" w:fill="DDD9C3" w:themeFill="background2" w:themeFillShade="E6"/>
          </w:tcPr>
          <w:p w14:paraId="6E4B36F1" w14:textId="77777777" w:rsidR="005F1FA2" w:rsidRPr="007F1E48" w:rsidRDefault="005F1FA2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氏名 / </w:t>
            </w:r>
          </w:p>
          <w:p w14:paraId="6F3D2322" w14:textId="28FDC119" w:rsidR="005F1FA2" w:rsidRPr="007F1E48" w:rsidRDefault="005F1FA2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簡易署名 </w:t>
            </w:r>
            <w:r w:rsidRPr="00C4098E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(initial)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14:paraId="70398D32" w14:textId="7E383E1C" w:rsidR="005F1FA2" w:rsidRPr="007F1E48" w:rsidRDefault="005F1FA2" w:rsidP="001D65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</w:p>
          <w:p w14:paraId="0F85C2B9" w14:textId="353CC72A" w:rsidR="005F1FA2" w:rsidRPr="007F1E48" w:rsidRDefault="005F1FA2" w:rsidP="001D653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　</w:t>
            </w:r>
            <w:r w:rsidR="0075501B"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資料</w:t>
            </w: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番号</w:t>
            </w:r>
          </w:p>
        </w:tc>
      </w:tr>
      <w:tr w:rsidR="002A0074" w:rsidRPr="00EB117B" w14:paraId="144E1412" w14:textId="198BD9F3" w:rsidTr="002A0074">
        <w:trPr>
          <w:trHeight w:val="737"/>
        </w:trPr>
        <w:tc>
          <w:tcPr>
            <w:tcW w:w="3402" w:type="dxa"/>
            <w:vAlign w:val="center"/>
          </w:tcPr>
          <w:p w14:paraId="1E9C6C03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bookmarkStart w:id="2" w:name="_Hlk212019033"/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7F9512BE" w14:textId="0937AC81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126A8CB7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E38F46F" w14:textId="6140BA29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37168C98" w14:textId="156FBEBB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2534EF3C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bookmarkEnd w:id="2"/>
      <w:tr w:rsidR="002A0074" w:rsidRPr="00EB117B" w14:paraId="71BCC8AD" w14:textId="7ACA8DDC" w:rsidTr="002A0074">
        <w:trPr>
          <w:trHeight w:val="737"/>
        </w:trPr>
        <w:tc>
          <w:tcPr>
            <w:tcW w:w="3402" w:type="dxa"/>
            <w:vAlign w:val="center"/>
          </w:tcPr>
          <w:p w14:paraId="34094603" w14:textId="47D69CA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40FA77B" w14:textId="3124C41D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033FB6B4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0C330DE" w14:textId="176EFC3F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176D02DD" w14:textId="2D5E1591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47B1328C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56DB2EB3" w14:textId="73ED07FD" w:rsidTr="002A0074">
        <w:trPr>
          <w:trHeight w:val="737"/>
        </w:trPr>
        <w:tc>
          <w:tcPr>
            <w:tcW w:w="3402" w:type="dxa"/>
            <w:vAlign w:val="center"/>
          </w:tcPr>
          <w:p w14:paraId="5C95E761" w14:textId="5C0AAAEE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ED4BA31" w14:textId="3945F414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3A307318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F9358D3" w14:textId="7BAA6874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23E894E5" w14:textId="40CDAC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67585AA9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676460CC" w14:textId="439AF902" w:rsidTr="002A0074">
        <w:trPr>
          <w:trHeight w:val="737"/>
        </w:trPr>
        <w:tc>
          <w:tcPr>
            <w:tcW w:w="3402" w:type="dxa"/>
            <w:vAlign w:val="center"/>
          </w:tcPr>
          <w:p w14:paraId="393D834D" w14:textId="046B45F2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932D572" w14:textId="4566F888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21F64043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FF2F59C" w14:textId="6FBC32D0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4B3CBC91" w14:textId="22D42CF6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2B4FA5FB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46F18EC8" w14:textId="299F695F" w:rsidTr="002A0074">
        <w:trPr>
          <w:trHeight w:val="737"/>
        </w:trPr>
        <w:tc>
          <w:tcPr>
            <w:tcW w:w="3402" w:type="dxa"/>
            <w:vAlign w:val="center"/>
          </w:tcPr>
          <w:p w14:paraId="384EEAF1" w14:textId="63BB982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4EAEE9DB" w14:textId="58D8F05A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0DDAE126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4A063C3" w14:textId="7F0C16FD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447A8CC4" w14:textId="3BE03168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639A3D86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620C03E0" w14:textId="77777777" w:rsidTr="002A0074">
        <w:trPr>
          <w:trHeight w:val="737"/>
        </w:trPr>
        <w:tc>
          <w:tcPr>
            <w:tcW w:w="3402" w:type="dxa"/>
            <w:vAlign w:val="center"/>
          </w:tcPr>
          <w:p w14:paraId="4617FE72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18938B4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28510A57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480660E1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37BF7733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474CA2BD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0533D82E" w14:textId="2F37199E" w:rsidTr="002A0074">
        <w:trPr>
          <w:trHeight w:val="737"/>
        </w:trPr>
        <w:tc>
          <w:tcPr>
            <w:tcW w:w="3402" w:type="dxa"/>
            <w:vAlign w:val="center"/>
          </w:tcPr>
          <w:p w14:paraId="013454BD" w14:textId="1B89A8E1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047AEC4" w14:textId="03FEB9B3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03267C8F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94C7884" w14:textId="20FC1E63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6ECE1FE8" w14:textId="19E9DD6C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6FDE975D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74EF979D" w14:textId="77777777" w:rsidTr="002A0074">
        <w:trPr>
          <w:trHeight w:val="737"/>
        </w:trPr>
        <w:tc>
          <w:tcPr>
            <w:tcW w:w="3402" w:type="dxa"/>
            <w:vAlign w:val="center"/>
          </w:tcPr>
          <w:p w14:paraId="0C4DBFED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DC89628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333532B5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AE709BF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  <w:vAlign w:val="center"/>
          </w:tcPr>
          <w:p w14:paraId="2C6D9C82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041A02F1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5F1FA2" w:rsidRPr="00EB117B" w14:paraId="37E0EFFF" w14:textId="77777777" w:rsidTr="00B80D48">
        <w:tc>
          <w:tcPr>
            <w:tcW w:w="15309" w:type="dxa"/>
            <w:gridSpan w:val="6"/>
          </w:tcPr>
          <w:p w14:paraId="3F5B7B89" w14:textId="02A87C75" w:rsidR="005F1FA2" w:rsidRPr="002A0074" w:rsidRDefault="005F1FA2" w:rsidP="0007054E">
            <w:pPr>
              <w:rPr>
                <w:rFonts w:ascii="ＭＳ ゴシック" w:eastAsia="ＭＳ ゴシック" w:hAnsi="ＭＳ ゴシック"/>
                <w:sz w:val="16"/>
                <w:szCs w:val="16"/>
                <w:lang w:eastAsia="ja-JP"/>
              </w:rPr>
            </w:pPr>
            <w:r w:rsidRPr="002A0074">
              <w:rPr>
                <w:rFonts w:ascii="ＭＳ ゴシック" w:eastAsia="ＭＳ ゴシック" w:hAnsi="ＭＳ ゴシック" w:hint="eastAsia"/>
                <w:sz w:val="20"/>
                <w:szCs w:val="18"/>
              </w:rPr>
              <w:t>NOTE：</w:t>
            </w:r>
          </w:p>
          <w:p w14:paraId="339F1BA0" w14:textId="77777777" w:rsidR="005F1FA2" w:rsidRDefault="005F1FA2" w:rsidP="0007054E">
            <w:pPr>
              <w:rPr>
                <w:rFonts w:ascii="ＭＳ ゴシック" w:eastAsia="ＭＳ ゴシック" w:hAnsi="ＭＳ ゴシック"/>
                <w:sz w:val="16"/>
                <w:szCs w:val="16"/>
                <w:lang w:eastAsia="ja-JP"/>
              </w:rPr>
            </w:pPr>
          </w:p>
          <w:p w14:paraId="698F41EC" w14:textId="77777777" w:rsidR="005F1FA2" w:rsidRPr="002A0074" w:rsidRDefault="005F1FA2" w:rsidP="0007054E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</w:tbl>
    <w:bookmarkEnd w:id="1"/>
    <w:p w14:paraId="18466F78" w14:textId="4C75A37D" w:rsidR="00CB5378" w:rsidRPr="00EB117B" w:rsidRDefault="007F1E48" w:rsidP="002C3F62">
      <w:pPr>
        <w:rPr>
          <w:rFonts w:ascii="ＭＳ ゴシック" w:eastAsia="ＭＳ ゴシック" w:hAnsi="ＭＳ ゴシック"/>
          <w:color w:val="948A54" w:themeColor="background2" w:themeShade="80"/>
          <w:sz w:val="20"/>
          <w:lang w:eastAsia="ja-JP"/>
        </w:rPr>
      </w:pPr>
      <w:r>
        <w:rPr>
          <w:rFonts w:ascii="ＭＳ ゴシック" w:eastAsia="ＭＳ ゴシック" w:hAnsi="ＭＳ ゴシック"/>
          <w:color w:val="948A54" w:themeColor="background2" w:themeShade="80"/>
          <w:sz w:val="20"/>
          <w:lang w:eastAsia="ja-JP"/>
        </w:rPr>
        <w:br w:type="column"/>
      </w:r>
      <w:r w:rsidR="00CB5378" w:rsidRPr="00EB117B">
        <w:rPr>
          <w:rFonts w:ascii="ＭＳ ゴシック" w:eastAsia="ＭＳ ゴシック" w:hAnsi="ＭＳ ゴシック" w:hint="eastAsia"/>
          <w:color w:val="948A54" w:themeColor="background2" w:themeShade="80"/>
          <w:sz w:val="20"/>
          <w:lang w:eastAsia="ja-JP"/>
        </w:rPr>
        <w:lastRenderedPageBreak/>
        <w:t>《セルフトレーニング</w:t>
      </w:r>
      <w:r w:rsidR="005F1FA2" w:rsidRPr="00EB117B">
        <w:rPr>
          <w:rFonts w:ascii="ＭＳ ゴシック" w:eastAsia="ＭＳ ゴシック" w:hAnsi="ＭＳ ゴシック" w:hint="eastAsia"/>
          <w:color w:val="948A54" w:themeColor="background2" w:themeShade="80"/>
          <w:sz w:val="20"/>
          <w:lang w:eastAsia="ja-JP"/>
        </w:rPr>
        <w:t>記録</w:t>
      </w:r>
      <w:r w:rsidR="00CB5378" w:rsidRPr="00EB117B">
        <w:rPr>
          <w:rFonts w:ascii="ＭＳ ゴシック" w:eastAsia="ＭＳ ゴシック" w:hAnsi="ＭＳ ゴシック" w:hint="eastAsia"/>
          <w:color w:val="948A54" w:themeColor="background2" w:themeShade="80"/>
          <w:sz w:val="20"/>
          <w:lang w:eastAsia="ja-JP"/>
        </w:rPr>
        <w:t>》</w:t>
      </w:r>
    </w:p>
    <w:tbl>
      <w:tblPr>
        <w:tblStyle w:val="afe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8"/>
        <w:gridCol w:w="2154"/>
        <w:gridCol w:w="2381"/>
        <w:gridCol w:w="3118"/>
        <w:gridCol w:w="2154"/>
        <w:gridCol w:w="2384"/>
      </w:tblGrid>
      <w:tr w:rsidR="00CB5378" w:rsidRPr="00EB117B" w14:paraId="5CB4ADBB" w14:textId="77777777" w:rsidTr="00C4098E">
        <w:tc>
          <w:tcPr>
            <w:tcW w:w="3118" w:type="dxa"/>
            <w:shd w:val="clear" w:color="auto" w:fill="DDD9C3" w:themeFill="background2" w:themeFillShade="E6"/>
          </w:tcPr>
          <w:p w14:paraId="54DA1EDB" w14:textId="77777777" w:rsidR="005F1FA2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氏名 /</w:t>
            </w:r>
          </w:p>
          <w:p w14:paraId="1F76585A" w14:textId="4564F7DA" w:rsidR="00CB5378" w:rsidRPr="007F1E48" w:rsidRDefault="00CB5378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簡易署名</w:t>
            </w:r>
            <w:r w:rsidR="005F1FA2"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C4098E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(initial)</w:t>
            </w:r>
          </w:p>
        </w:tc>
        <w:tc>
          <w:tcPr>
            <w:tcW w:w="2154" w:type="dxa"/>
            <w:shd w:val="clear" w:color="auto" w:fill="DDD9C3" w:themeFill="background2" w:themeFillShade="E6"/>
          </w:tcPr>
          <w:p w14:paraId="1A2843F9" w14:textId="77777777" w:rsidR="00CB5378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</w:p>
          <w:p w14:paraId="15C461AE" w14:textId="6652A7EE" w:rsidR="00CB5378" w:rsidRPr="007F1E48" w:rsidRDefault="0075501B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資料</w:t>
            </w:r>
            <w:r w:rsidR="00CB5378"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381" w:type="dxa"/>
            <w:tcBorders>
              <w:right w:val="double" w:sz="12" w:space="0" w:color="auto"/>
            </w:tcBorders>
            <w:shd w:val="clear" w:color="auto" w:fill="DDD9C3" w:themeFill="background2" w:themeFillShade="E6"/>
          </w:tcPr>
          <w:p w14:paraId="29E408DC" w14:textId="77777777" w:rsidR="00CB5378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</w:p>
          <w:p w14:paraId="2C349FB0" w14:textId="5CEF0A28" w:rsidR="00CB5378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trike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実施日</w:t>
            </w:r>
            <w:r w:rsidRPr="007F1E48">
              <w:rPr>
                <w:rFonts w:ascii="ＭＳ ゴシック" w:eastAsia="ＭＳ ゴシック" w:hAnsi="ＭＳ ゴシック" w:cstheme="majorHAnsi"/>
                <w:sz w:val="20"/>
                <w:szCs w:val="20"/>
                <w:lang w:eastAsia="ja-JP"/>
              </w:rPr>
              <w:t xml:space="preserve"> </w:t>
            </w:r>
            <w:r w:rsidRPr="00C4098E">
              <w:rPr>
                <w:rFonts w:ascii="ＭＳ ゴシック" w:eastAsia="ＭＳ ゴシック" w:hAnsi="ＭＳ ゴシック" w:cstheme="majorHAnsi"/>
                <w:sz w:val="20"/>
                <w:szCs w:val="20"/>
                <w:lang w:eastAsia="ja-JP"/>
              </w:rPr>
              <w:t>(</w:t>
            </w:r>
            <w:r w:rsidRPr="00C4098E">
              <w:rPr>
                <w:rFonts w:ascii="ＭＳ ゴシック" w:eastAsia="ＭＳ ゴシック" w:hAnsi="ＭＳ ゴシック" w:cstheme="majorHAnsi"/>
                <w:b/>
                <w:bCs/>
                <w:sz w:val="20"/>
                <w:szCs w:val="20"/>
                <w:lang w:eastAsia="ja-JP"/>
              </w:rPr>
              <w:t>YYYY/MM/DD</w:t>
            </w:r>
            <w:r w:rsidRPr="00C4098E">
              <w:rPr>
                <w:rFonts w:ascii="ＭＳ ゴシック" w:eastAsia="ＭＳ ゴシック" w:hAnsi="ＭＳ ゴシック" w:cstheme="majorHAnsi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3118" w:type="dxa"/>
            <w:shd w:val="clear" w:color="auto" w:fill="DDD9C3" w:themeFill="background2" w:themeFillShade="E6"/>
          </w:tcPr>
          <w:p w14:paraId="518A03E8" w14:textId="77777777" w:rsidR="005F1FA2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氏名 / </w:t>
            </w:r>
          </w:p>
          <w:p w14:paraId="78246C07" w14:textId="32822227" w:rsidR="00CB5378" w:rsidRPr="007F1E48" w:rsidRDefault="00CB5378" w:rsidP="005F1FA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簡易署名</w:t>
            </w:r>
            <w:r w:rsidR="005F1FA2"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 </w:t>
            </w:r>
            <w:r w:rsidRPr="00C4098E"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  <w:t>(initial)</w:t>
            </w:r>
          </w:p>
        </w:tc>
        <w:tc>
          <w:tcPr>
            <w:tcW w:w="2154" w:type="dxa"/>
            <w:shd w:val="clear" w:color="auto" w:fill="DDD9C3" w:themeFill="background2" w:themeFillShade="E6"/>
          </w:tcPr>
          <w:p w14:paraId="28512DEC" w14:textId="77777777" w:rsidR="00CB5378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</w:p>
          <w:p w14:paraId="4D5B876F" w14:textId="0CFEE7A0" w:rsidR="00CB5378" w:rsidRPr="007F1E48" w:rsidRDefault="0075501B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資料</w:t>
            </w:r>
            <w:r w:rsidR="00CB5378"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381" w:type="dxa"/>
            <w:shd w:val="clear" w:color="auto" w:fill="DDD9C3" w:themeFill="background2" w:themeFillShade="E6"/>
          </w:tcPr>
          <w:p w14:paraId="4B6778DA" w14:textId="77777777" w:rsidR="00CB5378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トレーニング</w:t>
            </w:r>
          </w:p>
          <w:p w14:paraId="5B9420A1" w14:textId="77777777" w:rsidR="00CB5378" w:rsidRPr="007F1E48" w:rsidRDefault="00CB5378" w:rsidP="003E3B8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7F1E48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 xml:space="preserve">　実施日</w:t>
            </w:r>
            <w:r w:rsidRPr="00C4098E">
              <w:rPr>
                <w:rFonts w:ascii="ＭＳ ゴシック" w:eastAsia="ＭＳ ゴシック" w:hAnsi="ＭＳ ゴシック" w:cstheme="majorHAnsi"/>
                <w:sz w:val="20"/>
                <w:szCs w:val="20"/>
                <w:lang w:eastAsia="ja-JP"/>
              </w:rPr>
              <w:t>(</w:t>
            </w:r>
            <w:r w:rsidRPr="00C4098E">
              <w:rPr>
                <w:rFonts w:ascii="ＭＳ ゴシック" w:eastAsia="ＭＳ ゴシック" w:hAnsi="ＭＳ ゴシック" w:cstheme="majorHAnsi"/>
                <w:b/>
                <w:bCs/>
                <w:sz w:val="20"/>
                <w:szCs w:val="20"/>
                <w:lang w:eastAsia="ja-JP"/>
              </w:rPr>
              <w:t>YYYY/MM/DD</w:t>
            </w:r>
            <w:r w:rsidRPr="00C4098E">
              <w:rPr>
                <w:rFonts w:ascii="ＭＳ ゴシック" w:eastAsia="ＭＳ ゴシック" w:hAnsi="ＭＳ ゴシック" w:cstheme="majorHAnsi"/>
                <w:sz w:val="20"/>
                <w:szCs w:val="20"/>
                <w:lang w:eastAsia="ja-JP"/>
              </w:rPr>
              <w:t>)</w:t>
            </w:r>
          </w:p>
        </w:tc>
      </w:tr>
      <w:tr w:rsidR="00CB5378" w:rsidRPr="00EB117B" w14:paraId="1A79A931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1A79D8B2" w14:textId="65ED51B5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37B703C2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0317FDDA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4A72358A" w14:textId="5C646D8F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1A7CC275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3F3CCC62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CB5378" w:rsidRPr="00EB117B" w14:paraId="1E8E8E84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485C6B42" w14:textId="13CBFADE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30D868F2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793EE766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7D402BF0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0A8864E9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2D93EA41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CB5378" w:rsidRPr="00EB117B" w14:paraId="6BE2AB1F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5DFE1BB1" w14:textId="1363CA0D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5FEF1D43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73426EAD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569CCCCC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62AB514B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615A9A69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CB5378" w:rsidRPr="00EB117B" w14:paraId="451E62C5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71CBC390" w14:textId="764B1F6C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5B5C9290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096F9142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18243685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483B004A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1A86EC27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CB5378" w:rsidRPr="00EB117B" w14:paraId="2A176C58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39BFE7CC" w14:textId="3B01761C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4AA5F339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5B70BAFB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0EC210E5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41327F1B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4942FE02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CB5378" w:rsidRPr="00EB117B" w14:paraId="186C0A0E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5FA428BC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3311B1D3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48DFC1F8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4B212A86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28ADCD88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2EB2B239" w14:textId="77777777" w:rsidR="00CB5378" w:rsidRPr="002A0074" w:rsidRDefault="00CB5378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47ABD45E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5453D4E9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2F1BBF1E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567FBEE2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7DCACDE6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6849DCAD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74A3B6E1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2A0074" w:rsidRPr="00EB117B" w14:paraId="35E4FA61" w14:textId="77777777" w:rsidTr="002A0074">
        <w:trPr>
          <w:trHeight w:val="737"/>
        </w:trPr>
        <w:tc>
          <w:tcPr>
            <w:tcW w:w="3118" w:type="dxa"/>
            <w:vAlign w:val="center"/>
          </w:tcPr>
          <w:p w14:paraId="0C30381D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30E55853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 w:cstheme="majorHAnsi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tcBorders>
              <w:right w:val="double" w:sz="12" w:space="0" w:color="auto"/>
            </w:tcBorders>
            <w:vAlign w:val="center"/>
          </w:tcPr>
          <w:p w14:paraId="697A2CEF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0F1AC34A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  <w:tc>
          <w:tcPr>
            <w:tcW w:w="2154" w:type="dxa"/>
            <w:vAlign w:val="center"/>
          </w:tcPr>
          <w:p w14:paraId="10C2A808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highlight w:val="darkYellow"/>
                <w:lang w:eastAsia="ja-JP"/>
              </w:rPr>
            </w:pPr>
          </w:p>
        </w:tc>
        <w:tc>
          <w:tcPr>
            <w:tcW w:w="2381" w:type="dxa"/>
            <w:vAlign w:val="center"/>
          </w:tcPr>
          <w:p w14:paraId="16B4EC96" w14:textId="77777777" w:rsidR="002A0074" w:rsidRPr="002A0074" w:rsidRDefault="002A0074" w:rsidP="002A007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</w:tc>
      </w:tr>
      <w:tr w:rsidR="005F1FA2" w:rsidRPr="00EB117B" w14:paraId="42029A5B" w14:textId="77777777" w:rsidTr="00C4098E">
        <w:tc>
          <w:tcPr>
            <w:tcW w:w="15309" w:type="dxa"/>
            <w:gridSpan w:val="6"/>
          </w:tcPr>
          <w:p w14:paraId="3F6A9F41" w14:textId="00C25077" w:rsidR="005F1FA2" w:rsidRPr="002A0074" w:rsidRDefault="005F1FA2" w:rsidP="003E3B8A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  <w:r w:rsidRPr="002A0074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NOTE</w:t>
            </w:r>
            <w:r w:rsidR="002A0074">
              <w:rPr>
                <w:rFonts w:ascii="ＭＳ ゴシック" w:eastAsia="ＭＳ ゴシック" w:hAnsi="ＭＳ ゴシック" w:hint="eastAsia"/>
                <w:sz w:val="20"/>
                <w:szCs w:val="20"/>
                <w:lang w:eastAsia="ja-JP"/>
              </w:rPr>
              <w:t>：</w:t>
            </w:r>
          </w:p>
          <w:p w14:paraId="6E38F86F" w14:textId="77777777" w:rsidR="005F1FA2" w:rsidRPr="002A0074" w:rsidRDefault="005F1FA2" w:rsidP="003E3B8A">
            <w:pPr>
              <w:jc w:val="both"/>
              <w:rPr>
                <w:rFonts w:ascii="ＭＳ ゴシック" w:eastAsia="ＭＳ ゴシック" w:hAnsi="ＭＳ ゴシック"/>
                <w:sz w:val="20"/>
                <w:szCs w:val="20"/>
                <w:lang w:eastAsia="ja-JP"/>
              </w:rPr>
            </w:pPr>
          </w:p>
          <w:p w14:paraId="2FC5600D" w14:textId="77777777" w:rsidR="005F1FA2" w:rsidRPr="00EB117B" w:rsidRDefault="005F1FA2" w:rsidP="003E3B8A">
            <w:pPr>
              <w:jc w:val="both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</w:p>
        </w:tc>
      </w:tr>
    </w:tbl>
    <w:p w14:paraId="00394875" w14:textId="77777777" w:rsidR="00CB5378" w:rsidRPr="00EB117B" w:rsidRDefault="00CB5378" w:rsidP="002C3F62">
      <w:pPr>
        <w:rPr>
          <w:rFonts w:ascii="ＭＳ ゴシック" w:eastAsia="ＭＳ ゴシック" w:hAnsi="ＭＳ ゴシック"/>
          <w:sz w:val="20"/>
          <w:lang w:eastAsia="ja-JP"/>
        </w:rPr>
      </w:pPr>
    </w:p>
    <w:sectPr w:rsidR="00CB5378" w:rsidRPr="00EB117B" w:rsidSect="00C4098E">
      <w:headerReference w:type="default" r:id="rId7"/>
      <w:footerReference w:type="default" r:id="rId8"/>
      <w:pgSz w:w="16838" w:h="11906" w:orient="landscape" w:code="9"/>
      <w:pgMar w:top="720" w:right="720" w:bottom="720" w:left="720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4BD30" w14:textId="77777777" w:rsidR="002A66C4" w:rsidRDefault="002A66C4" w:rsidP="005E404C">
      <w:pPr>
        <w:spacing w:after="0" w:line="240" w:lineRule="auto"/>
      </w:pPr>
      <w:r>
        <w:separator/>
      </w:r>
    </w:p>
  </w:endnote>
  <w:endnote w:type="continuationSeparator" w:id="0">
    <w:p w14:paraId="07DB2836" w14:textId="77777777" w:rsidR="002A66C4" w:rsidRDefault="002A66C4" w:rsidP="005E4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9749" w14:textId="77777777" w:rsidR="005F63FC" w:rsidRPr="004F5BFD" w:rsidRDefault="002A4A9B" w:rsidP="005F63FC">
    <w:pPr>
      <w:pStyle w:val="a7"/>
      <w:jc w:val="center"/>
      <w:rPr>
        <w:rFonts w:ascii="ＭＳ ゴシック" w:eastAsia="ＭＳ ゴシック" w:hAnsi="ＭＳ ゴシック"/>
        <w:sz w:val="16"/>
        <w:szCs w:val="16"/>
        <w:lang w:eastAsia="ja-JP"/>
      </w:rPr>
    </w:pPr>
    <w:sdt>
      <w:sdtPr>
        <w:rPr>
          <w:rFonts w:ascii="ＭＳ ゴシック" w:eastAsia="ＭＳ ゴシック" w:hAnsi="ＭＳ ゴシック"/>
        </w:rPr>
        <w:id w:val="284542356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sdt>
          <w:sdtPr>
            <w:rPr>
              <w:rFonts w:ascii="ＭＳ ゴシック" w:eastAsia="ＭＳ ゴシック" w:hAnsi="ＭＳ ゴシック"/>
            </w:r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r w:rsidR="00852B73" w:rsidRPr="00C4098E">
              <w:rPr>
                <w:rFonts w:ascii="ＭＳ ゴシック" w:eastAsia="ＭＳ ゴシック" w:hAnsi="ＭＳ ゴシック"/>
                <w:lang w:val="ja-JP" w:eastAsia="ja-JP"/>
              </w:rPr>
              <w:t xml:space="preserve"> </w:t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</w:rPr>
              <w:fldChar w:fldCharType="begin"/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  <w:lang w:eastAsia="ja-JP"/>
              </w:rPr>
              <w:instrText>PAGE</w:instrText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</w:rPr>
              <w:fldChar w:fldCharType="separate"/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  <w:lang w:val="ja-JP" w:eastAsia="ja-JP"/>
              </w:rPr>
              <w:t>2</w:t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</w:rPr>
              <w:fldChar w:fldCharType="end"/>
            </w:r>
            <w:r w:rsidR="00852B73" w:rsidRPr="004F5BFD">
              <w:rPr>
                <w:rFonts w:ascii="ＭＳ ゴシック" w:eastAsia="ＭＳ ゴシック" w:hAnsi="ＭＳ ゴシック"/>
                <w:lang w:val="ja-JP" w:eastAsia="ja-JP"/>
              </w:rPr>
              <w:t xml:space="preserve"> / </w:t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</w:rPr>
              <w:fldChar w:fldCharType="begin"/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  <w:lang w:eastAsia="ja-JP"/>
              </w:rPr>
              <w:instrText>NUMPAGES</w:instrText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</w:rPr>
              <w:fldChar w:fldCharType="separate"/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  <w:lang w:val="ja-JP" w:eastAsia="ja-JP"/>
              </w:rPr>
              <w:t>2</w:t>
            </w:r>
            <w:r w:rsidR="00852B73" w:rsidRPr="004F5BFD">
              <w:rPr>
                <w:rFonts w:ascii="ＭＳ ゴシック" w:eastAsia="ＭＳ ゴシック" w:hAnsi="ＭＳ ゴシック"/>
                <w:b/>
                <w:bCs/>
              </w:rPr>
              <w:fldChar w:fldCharType="end"/>
            </w:r>
          </w:sdtContent>
        </w:sdt>
      </w:sdtContent>
    </w:sdt>
  </w:p>
  <w:p w14:paraId="328ED853" w14:textId="2855B3E6" w:rsidR="000A5460" w:rsidRPr="004F5BFD" w:rsidRDefault="005F63FC" w:rsidP="005F63FC">
    <w:pPr>
      <w:pStyle w:val="a7"/>
      <w:rPr>
        <w:rFonts w:ascii="ＭＳ ゴシック" w:eastAsia="ＭＳ ゴシック" w:hAnsi="ＭＳ ゴシック"/>
        <w:lang w:eastAsia="ja-JP"/>
      </w:rPr>
    </w:pPr>
    <w:r w:rsidRPr="004F5BFD">
      <w:rPr>
        <w:rFonts w:ascii="ＭＳ ゴシック" w:eastAsia="ＭＳ ゴシック" w:hAnsi="ＭＳ ゴシック" w:cs="Calibri" w:hint="eastAsia"/>
        <w:sz w:val="16"/>
        <w:szCs w:val="16"/>
        <w:lang w:eastAsia="ja-JP"/>
      </w:rPr>
      <w:t xml:space="preserve">トレーニング記録 </w:t>
    </w:r>
    <w:r w:rsidRPr="004F5BFD">
      <w:rPr>
        <w:rFonts w:ascii="ＭＳ ゴシック" w:eastAsia="ＭＳ ゴシック" w:hAnsi="ＭＳ ゴシック" w:cs="Calibri"/>
        <w:sz w:val="16"/>
        <w:szCs w:val="16"/>
        <w:lang w:eastAsia="ja-JP"/>
      </w:rPr>
      <w:t>Ver</w:t>
    </w:r>
    <w:r w:rsidR="000A5460" w:rsidRPr="004F5BFD">
      <w:rPr>
        <w:rFonts w:ascii="ＭＳ ゴシック" w:eastAsia="ＭＳ ゴシック" w:hAnsi="ＭＳ ゴシック" w:cs="Calibri"/>
        <w:sz w:val="16"/>
        <w:szCs w:val="16"/>
        <w:lang w:eastAsia="ja-JP"/>
      </w:rPr>
      <w:t>0.</w:t>
    </w:r>
    <w:r w:rsidR="00B279DC" w:rsidRPr="004F5BFD">
      <w:rPr>
        <w:rFonts w:ascii="ＭＳ ゴシック" w:eastAsia="ＭＳ ゴシック" w:hAnsi="ＭＳ ゴシック" w:cs="Calibri" w:hint="eastAsia"/>
        <w:sz w:val="16"/>
        <w:szCs w:val="16"/>
        <w:lang w:eastAsia="ja-JP"/>
      </w:rPr>
      <w:t>7</w:t>
    </w:r>
    <w:r w:rsidR="004F5BFD" w:rsidRPr="004F5BFD">
      <w:rPr>
        <w:rFonts w:ascii="ＭＳ ゴシック" w:eastAsia="ＭＳ ゴシック" w:hAnsi="ＭＳ ゴシック" w:cs="Calibri" w:hint="eastAsia"/>
        <w:sz w:val="16"/>
        <w:szCs w:val="16"/>
        <w:lang w:eastAsia="ja-JP"/>
      </w:rPr>
      <w:t xml:space="preserve">　</w:t>
    </w:r>
    <w:r w:rsidR="00B279DC" w:rsidRPr="004F5BFD">
      <w:rPr>
        <w:rFonts w:ascii="ＭＳ ゴシック" w:eastAsia="ＭＳ ゴシック" w:hAnsi="ＭＳ ゴシック" w:cs="Calibri" w:hint="eastAsia"/>
        <w:sz w:val="16"/>
        <w:szCs w:val="16"/>
        <w:lang w:eastAsia="ja-JP"/>
      </w:rPr>
      <w:t>作成日：2026/5/</w:t>
    </w:r>
    <w:r w:rsidR="004F5BFD" w:rsidRPr="004F5BFD">
      <w:rPr>
        <w:rFonts w:ascii="ＭＳ ゴシック" w:eastAsia="ＭＳ ゴシック" w:hAnsi="ＭＳ ゴシック" w:cs="Calibri" w:hint="eastAsia"/>
        <w:sz w:val="16"/>
        <w:szCs w:val="16"/>
        <w:lang w:eastAsia="ja-JP"/>
      </w:rPr>
      <w:t>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21B39" w14:textId="77777777" w:rsidR="002A66C4" w:rsidRDefault="002A66C4" w:rsidP="005E404C">
      <w:pPr>
        <w:spacing w:after="0" w:line="240" w:lineRule="auto"/>
      </w:pPr>
      <w:r>
        <w:separator/>
      </w:r>
    </w:p>
  </w:footnote>
  <w:footnote w:type="continuationSeparator" w:id="0">
    <w:p w14:paraId="4F423DBF" w14:textId="77777777" w:rsidR="002A66C4" w:rsidRDefault="002A66C4" w:rsidP="005E4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51C1" w14:textId="4F637BE0" w:rsidR="004179D5" w:rsidRPr="00C4098E" w:rsidRDefault="004179D5" w:rsidP="00C4098E">
    <w:pPr>
      <w:pStyle w:val="a5"/>
      <w:jc w:val="center"/>
      <w:rPr>
        <w:rFonts w:ascii="ＭＳ ゴシック" w:eastAsia="ＭＳ ゴシック" w:hAnsi="ＭＳ ゴシック" w:cstheme="majorHAnsi"/>
        <w:sz w:val="28"/>
        <w:szCs w:val="28"/>
        <w:lang w:eastAsia="ja-JP"/>
      </w:rPr>
    </w:pPr>
    <w:r w:rsidRPr="00C4098E">
      <w:rPr>
        <w:rFonts w:ascii="ＭＳ ゴシック" w:eastAsia="ＭＳ ゴシック" w:hAnsi="ＭＳ ゴシック" w:cstheme="majorHAnsi"/>
        <w:sz w:val="28"/>
        <w:szCs w:val="28"/>
        <w:lang w:eastAsia="ja-JP"/>
      </w:rPr>
      <w:t>トレーニング記録</w:t>
    </w:r>
  </w:p>
  <w:tbl>
    <w:tblPr>
      <w:tblStyle w:val="afe"/>
      <w:tblW w:w="0" w:type="auto"/>
      <w:tblLook w:val="04A0" w:firstRow="1" w:lastRow="0" w:firstColumn="1" w:lastColumn="0" w:noHBand="0" w:noVBand="1"/>
    </w:tblPr>
    <w:tblGrid>
      <w:gridCol w:w="2268"/>
      <w:gridCol w:w="4535"/>
      <w:gridCol w:w="3572"/>
      <w:gridCol w:w="4819"/>
    </w:tblGrid>
    <w:tr w:rsidR="007F2B4C" w:rsidRPr="00EB117B" w14:paraId="2A1B9070" w14:textId="77777777" w:rsidTr="00C4098E">
      <w:tc>
        <w:tcPr>
          <w:tcW w:w="2268" w:type="dxa"/>
          <w:shd w:val="clear" w:color="auto" w:fill="DDD9C3" w:themeFill="background2" w:themeFillShade="E6"/>
        </w:tcPr>
        <w:p w14:paraId="0C929E2D" w14:textId="2C6C8689" w:rsidR="004179D5" w:rsidRPr="00EB117B" w:rsidRDefault="004179D5" w:rsidP="004179D5">
          <w:pPr>
            <w:rPr>
              <w:rFonts w:ascii="ＭＳ ゴシック" w:eastAsia="ＭＳ ゴシック" w:hAnsi="ＭＳ ゴシック" w:cstheme="majorHAnsi"/>
            </w:rPr>
          </w:pPr>
          <w:r w:rsidRPr="00EB117B">
            <w:rPr>
              <w:rFonts w:ascii="ＭＳ ゴシック" w:eastAsia="ＭＳ ゴシック" w:hAnsi="ＭＳ ゴシック" w:cstheme="majorHAnsi" w:hint="eastAsia"/>
              <w:lang w:eastAsia="ja-JP"/>
            </w:rPr>
            <w:t xml:space="preserve">Study </w:t>
          </w:r>
          <w:r w:rsidRPr="00EB117B">
            <w:rPr>
              <w:rFonts w:ascii="ＭＳ ゴシック" w:eastAsia="ＭＳ ゴシック" w:hAnsi="ＭＳ ゴシック" w:cstheme="majorHAnsi"/>
              <w:lang w:eastAsia="ja-JP"/>
            </w:rPr>
            <w:t>Sponsor</w:t>
          </w:r>
        </w:p>
      </w:tc>
      <w:tc>
        <w:tcPr>
          <w:tcW w:w="4535" w:type="dxa"/>
        </w:tcPr>
        <w:p w14:paraId="6FCAE5C2" w14:textId="77777777" w:rsidR="004179D5" w:rsidRPr="00EB117B" w:rsidRDefault="004179D5" w:rsidP="004179D5">
          <w:pPr>
            <w:rPr>
              <w:rFonts w:ascii="ＭＳ ゴシック" w:eastAsia="ＭＳ ゴシック" w:hAnsi="ＭＳ ゴシック" w:cstheme="majorHAnsi"/>
            </w:rPr>
          </w:pPr>
        </w:p>
      </w:tc>
      <w:tc>
        <w:tcPr>
          <w:tcW w:w="3572" w:type="dxa"/>
          <w:shd w:val="clear" w:color="auto" w:fill="DDD9C3" w:themeFill="background2" w:themeFillShade="E6"/>
        </w:tcPr>
        <w:p w14:paraId="55DD3345" w14:textId="59657B31" w:rsidR="004179D5" w:rsidRPr="00EB117B" w:rsidRDefault="004179D5" w:rsidP="00C4098E">
          <w:pPr>
            <w:rPr>
              <w:rFonts w:ascii="ＭＳ ゴシック" w:eastAsia="ＭＳ ゴシック" w:hAnsi="ＭＳ ゴシック" w:cstheme="majorHAnsi"/>
            </w:rPr>
          </w:pPr>
          <w:r w:rsidRPr="00EB117B">
            <w:rPr>
              <w:rFonts w:ascii="ＭＳ ゴシック" w:eastAsia="ＭＳ ゴシック" w:hAnsi="ＭＳ ゴシック" w:cstheme="majorHAnsi" w:hint="eastAsia"/>
              <w:lang w:eastAsia="ja-JP"/>
            </w:rPr>
            <w:t>実施医療機関</w:t>
          </w:r>
          <w:r w:rsidR="00294FDD" w:rsidRPr="00EB117B">
            <w:rPr>
              <w:rFonts w:ascii="ＭＳ ゴシック" w:eastAsia="ＭＳ ゴシック" w:hAnsi="ＭＳ ゴシック" w:cstheme="majorHAnsi" w:hint="eastAsia"/>
              <w:lang w:eastAsia="ja-JP"/>
            </w:rPr>
            <w:t>名(Site Number)</w:t>
          </w:r>
        </w:p>
      </w:tc>
      <w:tc>
        <w:tcPr>
          <w:tcW w:w="4819" w:type="dxa"/>
        </w:tcPr>
        <w:p w14:paraId="2204B835" w14:textId="0C3451F6" w:rsidR="004179D5" w:rsidRPr="00EB117B" w:rsidRDefault="00F93B46" w:rsidP="004179D5">
          <w:pPr>
            <w:rPr>
              <w:rFonts w:ascii="ＭＳ ゴシック" w:eastAsia="ＭＳ ゴシック" w:hAnsi="ＭＳ ゴシック" w:cstheme="majorHAnsi"/>
            </w:rPr>
          </w:pPr>
          <w:r w:rsidRPr="00EB117B">
            <w:rPr>
              <w:rFonts w:ascii="ＭＳ ゴシック" w:eastAsia="ＭＳ ゴシック" w:hAnsi="ＭＳ ゴシック" w:cstheme="majorHAnsi" w:hint="eastAsia"/>
              <w:lang w:eastAsia="ja-JP"/>
            </w:rPr>
            <w:t>Japan/</w:t>
          </w:r>
        </w:p>
      </w:tc>
    </w:tr>
    <w:tr w:rsidR="007F2B4C" w:rsidRPr="00EB117B" w14:paraId="2B907E85" w14:textId="77777777" w:rsidTr="00C4098E">
      <w:tc>
        <w:tcPr>
          <w:tcW w:w="2268" w:type="dxa"/>
          <w:shd w:val="clear" w:color="auto" w:fill="DDD9C3" w:themeFill="background2" w:themeFillShade="E6"/>
        </w:tcPr>
        <w:p w14:paraId="7E80E197" w14:textId="6E3A7A31" w:rsidR="004179D5" w:rsidRPr="00EB117B" w:rsidRDefault="00294FDD" w:rsidP="004179D5">
          <w:pPr>
            <w:rPr>
              <w:rFonts w:ascii="ＭＳ ゴシック" w:eastAsia="ＭＳ ゴシック" w:hAnsi="ＭＳ ゴシック" w:cstheme="majorHAnsi"/>
            </w:rPr>
          </w:pPr>
          <w:r w:rsidRPr="00EB117B">
            <w:rPr>
              <w:rFonts w:ascii="ＭＳ ゴシック" w:eastAsia="ＭＳ ゴシック" w:hAnsi="ＭＳ ゴシック" w:cstheme="majorHAnsi" w:hint="eastAsia"/>
              <w:lang w:eastAsia="ja-JP"/>
            </w:rPr>
            <w:t>治験</w:t>
          </w:r>
          <w:r w:rsidR="004179D5" w:rsidRPr="00EB117B">
            <w:rPr>
              <w:rFonts w:ascii="ＭＳ ゴシック" w:eastAsia="ＭＳ ゴシック" w:hAnsi="ＭＳ ゴシック" w:cstheme="majorHAnsi" w:hint="eastAsia"/>
              <w:lang w:eastAsia="ja-JP"/>
            </w:rPr>
            <w:t>実施計画書番号</w:t>
          </w:r>
        </w:p>
      </w:tc>
      <w:tc>
        <w:tcPr>
          <w:tcW w:w="4535" w:type="dxa"/>
        </w:tcPr>
        <w:p w14:paraId="315B53F2" w14:textId="77777777" w:rsidR="004179D5" w:rsidRPr="00EB117B" w:rsidRDefault="004179D5" w:rsidP="004179D5">
          <w:pPr>
            <w:rPr>
              <w:rFonts w:ascii="ＭＳ ゴシック" w:eastAsia="ＭＳ ゴシック" w:hAnsi="ＭＳ ゴシック" w:cstheme="majorHAnsi"/>
            </w:rPr>
          </w:pPr>
        </w:p>
      </w:tc>
      <w:tc>
        <w:tcPr>
          <w:tcW w:w="3572" w:type="dxa"/>
          <w:shd w:val="clear" w:color="auto" w:fill="DDD9C3" w:themeFill="background2" w:themeFillShade="E6"/>
        </w:tcPr>
        <w:p w14:paraId="313B0E37" w14:textId="77777777" w:rsidR="004179D5" w:rsidRPr="00EB117B" w:rsidRDefault="004179D5" w:rsidP="004179D5">
          <w:pPr>
            <w:rPr>
              <w:rFonts w:ascii="ＭＳ ゴシック" w:eastAsia="ＭＳ ゴシック" w:hAnsi="ＭＳ ゴシック" w:cstheme="majorHAnsi"/>
              <w:lang w:eastAsia="zh-TW"/>
            </w:rPr>
          </w:pPr>
          <w:r w:rsidRPr="00EB117B">
            <w:rPr>
              <w:rFonts w:ascii="ＭＳ ゴシック" w:eastAsia="ＭＳ ゴシック" w:hAnsi="ＭＳ ゴシック" w:cstheme="majorHAnsi" w:hint="eastAsia"/>
              <w:lang w:eastAsia="zh-TW"/>
            </w:rPr>
            <w:t>治験責任医師</w:t>
          </w:r>
        </w:p>
        <w:p w14:paraId="17B02895" w14:textId="431900A8" w:rsidR="004179D5" w:rsidRPr="00EB117B" w:rsidRDefault="004179D5" w:rsidP="004179D5">
          <w:pPr>
            <w:ind w:firstLineChars="100" w:firstLine="220"/>
            <w:rPr>
              <w:rFonts w:ascii="ＭＳ ゴシック" w:eastAsia="ＭＳ ゴシック" w:hAnsi="ＭＳ ゴシック" w:cstheme="majorHAnsi"/>
              <w:lang w:eastAsia="zh-TW"/>
            </w:rPr>
          </w:pPr>
          <w:r w:rsidRPr="00EB117B">
            <w:rPr>
              <w:rFonts w:ascii="ＭＳ ゴシック" w:eastAsia="ＭＳ ゴシック" w:hAnsi="ＭＳ ゴシック" w:cstheme="majorHAnsi" w:hint="eastAsia"/>
              <w:lang w:eastAsia="zh-TW"/>
            </w:rPr>
            <w:t>/診療科名</w:t>
          </w:r>
        </w:p>
      </w:tc>
      <w:tc>
        <w:tcPr>
          <w:tcW w:w="4819" w:type="dxa"/>
        </w:tcPr>
        <w:p w14:paraId="5C11A269" w14:textId="77777777" w:rsidR="004179D5" w:rsidRPr="00EB117B" w:rsidRDefault="004179D5" w:rsidP="004179D5">
          <w:pPr>
            <w:rPr>
              <w:rFonts w:ascii="ＭＳ ゴシック" w:eastAsia="ＭＳ ゴシック" w:hAnsi="ＭＳ ゴシック" w:cstheme="majorHAnsi"/>
              <w:lang w:eastAsia="zh-TW"/>
            </w:rPr>
          </w:pPr>
        </w:p>
      </w:tc>
    </w:tr>
  </w:tbl>
  <w:p w14:paraId="040C6D2A" w14:textId="77777777" w:rsidR="004179D5" w:rsidRPr="00EB117B" w:rsidRDefault="004179D5">
    <w:pPr>
      <w:pStyle w:val="a5"/>
      <w:rPr>
        <w:rFonts w:ascii="ＭＳ ゴシック" w:eastAsia="ＭＳ ゴシック" w:hAnsi="ＭＳ ゴシック"/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0338F8"/>
    <w:multiLevelType w:val="hybridMultilevel"/>
    <w:tmpl w:val="3D1A815C"/>
    <w:lvl w:ilvl="0" w:tplc="95986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62266220">
    <w:abstractNumId w:val="8"/>
  </w:num>
  <w:num w:numId="2" w16cid:durableId="484512145">
    <w:abstractNumId w:val="6"/>
  </w:num>
  <w:num w:numId="3" w16cid:durableId="1686444510">
    <w:abstractNumId w:val="5"/>
  </w:num>
  <w:num w:numId="4" w16cid:durableId="473833818">
    <w:abstractNumId w:val="4"/>
  </w:num>
  <w:num w:numId="5" w16cid:durableId="1520898902">
    <w:abstractNumId w:val="7"/>
  </w:num>
  <w:num w:numId="6" w16cid:durableId="304971736">
    <w:abstractNumId w:val="3"/>
  </w:num>
  <w:num w:numId="7" w16cid:durableId="1992635792">
    <w:abstractNumId w:val="2"/>
  </w:num>
  <w:num w:numId="8" w16cid:durableId="2003122546">
    <w:abstractNumId w:val="1"/>
  </w:num>
  <w:num w:numId="9" w16cid:durableId="1206916413">
    <w:abstractNumId w:val="0"/>
  </w:num>
  <w:num w:numId="10" w16cid:durableId="14417985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54E"/>
    <w:rsid w:val="0007084F"/>
    <w:rsid w:val="00073820"/>
    <w:rsid w:val="00085721"/>
    <w:rsid w:val="0008646C"/>
    <w:rsid w:val="000A07D1"/>
    <w:rsid w:val="000A36C3"/>
    <w:rsid w:val="000A5460"/>
    <w:rsid w:val="000B40F1"/>
    <w:rsid w:val="000D2586"/>
    <w:rsid w:val="000E12D0"/>
    <w:rsid w:val="00102F77"/>
    <w:rsid w:val="0015074B"/>
    <w:rsid w:val="00160870"/>
    <w:rsid w:val="00166F2C"/>
    <w:rsid w:val="00172959"/>
    <w:rsid w:val="001B2E55"/>
    <w:rsid w:val="001D653A"/>
    <w:rsid w:val="001E4468"/>
    <w:rsid w:val="001E679E"/>
    <w:rsid w:val="0020228C"/>
    <w:rsid w:val="00213BCD"/>
    <w:rsid w:val="0024532E"/>
    <w:rsid w:val="00245375"/>
    <w:rsid w:val="00252C92"/>
    <w:rsid w:val="00265A55"/>
    <w:rsid w:val="0027741A"/>
    <w:rsid w:val="00280EFD"/>
    <w:rsid w:val="00285B61"/>
    <w:rsid w:val="00294FDD"/>
    <w:rsid w:val="0029639D"/>
    <w:rsid w:val="002A0074"/>
    <w:rsid w:val="002A4A9B"/>
    <w:rsid w:val="002A66C4"/>
    <w:rsid w:val="002B40E9"/>
    <w:rsid w:val="002C39FD"/>
    <w:rsid w:val="002C3F62"/>
    <w:rsid w:val="002C493D"/>
    <w:rsid w:val="002F1027"/>
    <w:rsid w:val="003158A7"/>
    <w:rsid w:val="00323867"/>
    <w:rsid w:val="00326F90"/>
    <w:rsid w:val="0036248B"/>
    <w:rsid w:val="003700B8"/>
    <w:rsid w:val="00380C31"/>
    <w:rsid w:val="00390313"/>
    <w:rsid w:val="003A1376"/>
    <w:rsid w:val="003D6A6C"/>
    <w:rsid w:val="003F3A73"/>
    <w:rsid w:val="00404CAD"/>
    <w:rsid w:val="004154D2"/>
    <w:rsid w:val="004179D5"/>
    <w:rsid w:val="004255A9"/>
    <w:rsid w:val="004814AD"/>
    <w:rsid w:val="004948CC"/>
    <w:rsid w:val="004B2F3E"/>
    <w:rsid w:val="004B64A8"/>
    <w:rsid w:val="004F5BFD"/>
    <w:rsid w:val="0051001F"/>
    <w:rsid w:val="00517959"/>
    <w:rsid w:val="00544574"/>
    <w:rsid w:val="00561391"/>
    <w:rsid w:val="005813A6"/>
    <w:rsid w:val="0059161E"/>
    <w:rsid w:val="00595A90"/>
    <w:rsid w:val="005A3DAC"/>
    <w:rsid w:val="005E404C"/>
    <w:rsid w:val="005F1FA2"/>
    <w:rsid w:val="005F63FC"/>
    <w:rsid w:val="00610AED"/>
    <w:rsid w:val="00612544"/>
    <w:rsid w:val="00620B7F"/>
    <w:rsid w:val="00630AE0"/>
    <w:rsid w:val="00690C9F"/>
    <w:rsid w:val="00694134"/>
    <w:rsid w:val="006A6CF6"/>
    <w:rsid w:val="006B2C30"/>
    <w:rsid w:val="006F4363"/>
    <w:rsid w:val="0071471D"/>
    <w:rsid w:val="00727808"/>
    <w:rsid w:val="00745E6A"/>
    <w:rsid w:val="0075501B"/>
    <w:rsid w:val="00777554"/>
    <w:rsid w:val="007828E2"/>
    <w:rsid w:val="00785F55"/>
    <w:rsid w:val="007B4740"/>
    <w:rsid w:val="007B5A35"/>
    <w:rsid w:val="007B7D94"/>
    <w:rsid w:val="007F1E48"/>
    <w:rsid w:val="007F2B4C"/>
    <w:rsid w:val="008375AC"/>
    <w:rsid w:val="008459F0"/>
    <w:rsid w:val="00852B73"/>
    <w:rsid w:val="0087189B"/>
    <w:rsid w:val="0088479A"/>
    <w:rsid w:val="00885BBF"/>
    <w:rsid w:val="00886CF8"/>
    <w:rsid w:val="008961A6"/>
    <w:rsid w:val="008A28D9"/>
    <w:rsid w:val="008B2C1A"/>
    <w:rsid w:val="008C4CA0"/>
    <w:rsid w:val="008D28B6"/>
    <w:rsid w:val="008E4F15"/>
    <w:rsid w:val="008F0F7A"/>
    <w:rsid w:val="009009DF"/>
    <w:rsid w:val="0090184A"/>
    <w:rsid w:val="009029B7"/>
    <w:rsid w:val="009168A7"/>
    <w:rsid w:val="009269A0"/>
    <w:rsid w:val="00935578"/>
    <w:rsid w:val="009363A0"/>
    <w:rsid w:val="0095430C"/>
    <w:rsid w:val="00983A6D"/>
    <w:rsid w:val="00984B89"/>
    <w:rsid w:val="009955D3"/>
    <w:rsid w:val="009D325D"/>
    <w:rsid w:val="009F06A4"/>
    <w:rsid w:val="009F0D94"/>
    <w:rsid w:val="009F75FA"/>
    <w:rsid w:val="00A23557"/>
    <w:rsid w:val="00A32403"/>
    <w:rsid w:val="00A356FD"/>
    <w:rsid w:val="00A456C2"/>
    <w:rsid w:val="00A7529C"/>
    <w:rsid w:val="00A92C28"/>
    <w:rsid w:val="00A94A64"/>
    <w:rsid w:val="00A954BC"/>
    <w:rsid w:val="00AA1D8D"/>
    <w:rsid w:val="00AB023D"/>
    <w:rsid w:val="00AB15AE"/>
    <w:rsid w:val="00AE1807"/>
    <w:rsid w:val="00AE49BA"/>
    <w:rsid w:val="00B14CCD"/>
    <w:rsid w:val="00B279DC"/>
    <w:rsid w:val="00B433A6"/>
    <w:rsid w:val="00B47730"/>
    <w:rsid w:val="00B637F0"/>
    <w:rsid w:val="00B72113"/>
    <w:rsid w:val="00B93085"/>
    <w:rsid w:val="00BA0C33"/>
    <w:rsid w:val="00BA5874"/>
    <w:rsid w:val="00BC0DCC"/>
    <w:rsid w:val="00BC1040"/>
    <w:rsid w:val="00BD6CC2"/>
    <w:rsid w:val="00BE1050"/>
    <w:rsid w:val="00BE15E8"/>
    <w:rsid w:val="00BF7600"/>
    <w:rsid w:val="00C4098E"/>
    <w:rsid w:val="00C42A01"/>
    <w:rsid w:val="00C50CA5"/>
    <w:rsid w:val="00CB0664"/>
    <w:rsid w:val="00CB5378"/>
    <w:rsid w:val="00CB716B"/>
    <w:rsid w:val="00CD214D"/>
    <w:rsid w:val="00CE726A"/>
    <w:rsid w:val="00CF3C1A"/>
    <w:rsid w:val="00CF3CDB"/>
    <w:rsid w:val="00CF3E62"/>
    <w:rsid w:val="00D04FD6"/>
    <w:rsid w:val="00D24F71"/>
    <w:rsid w:val="00D37BF2"/>
    <w:rsid w:val="00D42578"/>
    <w:rsid w:val="00D43988"/>
    <w:rsid w:val="00D47B41"/>
    <w:rsid w:val="00D7775E"/>
    <w:rsid w:val="00D85853"/>
    <w:rsid w:val="00DC092B"/>
    <w:rsid w:val="00DD5D82"/>
    <w:rsid w:val="00DF3F07"/>
    <w:rsid w:val="00DF3FEF"/>
    <w:rsid w:val="00E32A0D"/>
    <w:rsid w:val="00E356C9"/>
    <w:rsid w:val="00E63977"/>
    <w:rsid w:val="00E706BA"/>
    <w:rsid w:val="00E851BB"/>
    <w:rsid w:val="00EA03E3"/>
    <w:rsid w:val="00EA288B"/>
    <w:rsid w:val="00EA3955"/>
    <w:rsid w:val="00EB117B"/>
    <w:rsid w:val="00F11F09"/>
    <w:rsid w:val="00F12874"/>
    <w:rsid w:val="00F20436"/>
    <w:rsid w:val="00F35B9B"/>
    <w:rsid w:val="00F807D1"/>
    <w:rsid w:val="00F93B46"/>
    <w:rsid w:val="00FB49FB"/>
    <w:rsid w:val="00FB67C6"/>
    <w:rsid w:val="00FC3AD3"/>
    <w:rsid w:val="00FC62D1"/>
    <w:rsid w:val="00FC693F"/>
    <w:rsid w:val="00FC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7DAAD8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annotation reference"/>
    <w:basedOn w:val="a2"/>
    <w:uiPriority w:val="99"/>
    <w:semiHidden/>
    <w:unhideWhenUsed/>
    <w:rsid w:val="009955D3"/>
    <w:rPr>
      <w:sz w:val="18"/>
      <w:szCs w:val="18"/>
    </w:rPr>
  </w:style>
  <w:style w:type="paragraph" w:styleId="aff0">
    <w:name w:val="annotation text"/>
    <w:basedOn w:val="a1"/>
    <w:link w:val="aff1"/>
    <w:uiPriority w:val="99"/>
    <w:unhideWhenUsed/>
    <w:rsid w:val="009955D3"/>
  </w:style>
  <w:style w:type="character" w:customStyle="1" w:styleId="aff1">
    <w:name w:val="コメント文字列 (文字)"/>
    <w:basedOn w:val="a2"/>
    <w:link w:val="aff0"/>
    <w:uiPriority w:val="99"/>
    <w:rsid w:val="009955D3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9955D3"/>
    <w:rPr>
      <w:b/>
      <w:bCs/>
    </w:rPr>
  </w:style>
  <w:style w:type="character" w:customStyle="1" w:styleId="aff3">
    <w:name w:val="コメント内容 (文字)"/>
    <w:basedOn w:val="aff1"/>
    <w:link w:val="aff2"/>
    <w:uiPriority w:val="99"/>
    <w:semiHidden/>
    <w:rsid w:val="009955D3"/>
    <w:rPr>
      <w:b/>
      <w:bCs/>
    </w:rPr>
  </w:style>
  <w:style w:type="paragraph" w:styleId="aff4">
    <w:name w:val="Revision"/>
    <w:hidden/>
    <w:uiPriority w:val="99"/>
    <w:semiHidden/>
    <w:rsid w:val="007F1E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2026-05-19T09:22:00Z</dcterms:created>
  <dcterms:modified xsi:type="dcterms:W3CDTF">2026-05-19T09:25:00Z</dcterms:modified>
  <cp:category/>
</cp:coreProperties>
</file>